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Jewish events spotlight LGBTQ+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Jewish community is preparing to bring faith, colour and solidarity to Pride in Midtown, with nearly 50 organisations joining SOJOURN for a weekend of services, conversation and public celebration. The programme matters because visible support can turn a parade appearance into something warmer and more lasting: a clear welcome for LGBTQ+ people across the South.</w:t>
      </w:r>
      <w:r/>
    </w:p>
    <w:p>
      <w:pPr>
        <w:pStyle w:val="Heading2"/>
      </w:pPr>
      <w:r>
        <w:t>Essential Takeaways</w:t>
      </w:r>
      <w:r/>
      <w:r/>
    </w:p>
    <w:p>
      <w:pPr>
        <w:pStyle w:val="ListBullet"/>
        <w:spacing w:line="240" w:lineRule="auto"/>
        <w:ind w:left="720"/>
      </w:pPr>
      <w:r/>
      <w:r>
        <w:rPr>
          <w:b/>
        </w:rPr>
        <w:t>Broad community backing:</w:t>
      </w:r>
      <w:r>
        <w:t xml:space="preserve"> SOJOURN has brought together 48 Jewish organisations for Atlanta Pride.</w:t>
      </w:r>
      <w:r/>
    </w:p>
    <w:p>
      <w:pPr>
        <w:pStyle w:val="ListBullet"/>
        <w:spacing w:line="240" w:lineRule="auto"/>
        <w:ind w:left="720"/>
      </w:pPr>
      <w:r/>
      <w:r>
        <w:rPr>
          <w:b/>
        </w:rPr>
        <w:t>A meaningful opening:</w:t>
      </w:r>
      <w:r>
        <w:t xml:space="preserve"> The weekend begins with an interfaith Shabbat service, dinner and LGBTQ+ faith leadership.</w:t>
      </w:r>
      <w:r/>
    </w:p>
    <w:p>
      <w:pPr>
        <w:pStyle w:val="ListBullet"/>
        <w:spacing w:line="240" w:lineRule="auto"/>
        <w:ind w:left="720"/>
      </w:pPr>
      <w:r/>
      <w:r>
        <w:rPr>
          <w:b/>
        </w:rPr>
        <w:t>Public visibility matters:</w:t>
      </w:r>
      <w:r>
        <w:t xml:space="preserve"> Participants will share information at Piedmont Park and join the parade.</w:t>
      </w:r>
      <w:r/>
    </w:p>
    <w:p>
      <w:pPr>
        <w:pStyle w:val="ListBullet"/>
        <w:spacing w:line="240" w:lineRule="auto"/>
        <w:ind w:left="720"/>
      </w:pPr>
      <w:r/>
      <w:r>
        <w:rPr>
          <w:b/>
        </w:rPr>
        <w:t>A joyful theme:</w:t>
      </w:r>
      <w:r>
        <w:t xml:space="preserve"> The community parade presence includes a Dolly Parton-inspired float.</w:t>
      </w:r>
      <w:r/>
    </w:p>
    <w:p>
      <w:pPr>
        <w:pStyle w:val="ListBullet"/>
        <w:spacing w:line="240" w:lineRule="auto"/>
        <w:ind w:left="720"/>
      </w:pPr>
      <w:r/>
      <w:r>
        <w:rPr>
          <w:b/>
        </w:rPr>
        <w:t>Regional purpose:</w:t>
      </w:r>
      <w:r>
        <w:t xml:space="preserve"> SOJOURN provides Jewish LGBTQ+ education, support, programming and advocacy across the American South.</w:t>
      </w:r>
      <w:r/>
      <w:r/>
    </w:p>
    <w:p>
      <w:pPr>
        <w:pStyle w:val="Heading2"/>
      </w:pPr>
      <w:r>
        <w:t>Nearly 50 organisations are showing up together</w:t>
      </w:r>
      <w:r/>
    </w:p>
    <w:p>
      <w:r/>
      <w:r>
        <w:t>The striking detail isn't simply the size of the delegation. It's the shared decision by 48 Jewish organisations to appear together, making Atlanta Pride feel less like a single group's initiative and more like a community-wide statement.</w:t>
      </w:r>
      <w:r/>
    </w:p>
    <w:p>
      <w:r/>
      <w:r>
        <w:t>According to the Atlanta Jewish Times, SOJOURN has coordinated Atlanta's Jewish participation since 2007. That long-running involvement gives the weekend a sense of continuity, while the scale of this year's participation suggests that inclusion has become a visible part of communal life rather than a quiet side conversation.</w:t>
      </w:r>
      <w:r/>
    </w:p>
    <w:p>
      <w:pPr>
        <w:pStyle w:val="Heading2"/>
      </w:pPr>
      <w:r>
        <w:t>Shabbat brings faith and identity into the same room</w:t>
      </w:r>
      <w:r/>
    </w:p>
    <w:p>
      <w:r/>
      <w:r>
        <w:t>The programme opens with an intimate interfaith Shabbat service at the Unitarian Universalist Congregation of Atlanta. Guests are welcomed with a community meal before moving into Kabbalat Shabbat, creating an atmosphere that's more reflective than the usual parade-day bustle.</w:t>
      </w:r>
      <w:r/>
    </w:p>
    <w:p>
      <w:r/>
      <w:r>
        <w:t>The evening brings together Jewish, Muslim, Christian, Unitarian Universalist and Indigenous faith voices, as well as a sound healer. Details listed by Atlanta Jewish Connector show how the gathering is designed to make room for different traditions without losing its Jewish centre. It sounds like the sort of evening where the food is comforting, the singing is communal and the conversation carries well beyond the final blessing.</w:t>
      </w:r>
      <w:r/>
    </w:p>
    <w:p>
      <w:pPr>
        <w:pStyle w:val="Heading2"/>
      </w:pPr>
      <w:r>
        <w:t>Why visibility still carries real weight</w:t>
      </w:r>
      <w:r/>
    </w:p>
    <w:p>
      <w:r/>
      <w:r>
        <w:t>Pride is both celebration and protest, and public support from faith communities can be especially powerful for people who are watching from the edges. SOJOURN executive director Rebecca Stapel-Wax told the Atlanta Jewish Times that visibility can make a difference to people participating as well as those standing on the sidelines.</w:t>
      </w:r>
      <w:r/>
    </w:p>
    <w:p>
      <w:r/>
      <w:r>
        <w:t>That point is easy to overlook amid flags and floats. A booth, a service or a marching group may seem small on its own, but together these gestures tell LGBTQ+ people that belonging isn't conditional on leaving faith behind. SOJOURN's own mission centres on advancing and celebrating gender and sexual diversity throughout the South.</w:t>
      </w:r>
      <w:r/>
    </w:p>
    <w:p>
      <w:pPr>
        <w:pStyle w:val="Heading2"/>
      </w:pPr>
      <w:r>
        <w:t>A weather disruption couldn't stop the weekend</w:t>
      </w:r>
      <w:r/>
    </w:p>
    <w:p>
      <w:r/>
      <w:r>
        <w:t>The Atlanta Pride Festival was cancelled on the Saturday because of poor weather, but SOJOURN returned for the festival at Piedmont Park the following day. The organisation's presence there offered a practical way for visitors to learn about the Atlanta Jewish community's commitment to LGBTQ+ inclusion.</w:t>
      </w:r>
      <w:r/>
    </w:p>
    <w:p>
      <w:r/>
      <w:r>
        <w:t>The weekend then reached its brightest, most playful moment in the parade, where representatives from Jewish communities across Atlanta marched alongside SOJOURN's Dolly Parton-themed float. It's a cheerful choice with a serious undertone: a little sparkle can draw people in, while the message behind it remains unmistakably supportive.</w:t>
      </w:r>
      <w:r/>
    </w:p>
    <w:p>
      <w:pPr>
        <w:pStyle w:val="Heading2"/>
      </w:pPr>
      <w:r>
        <w:t>What visitors can expect from Atlanta Pride's Jewish programme</w:t>
      </w:r>
      <w:r/>
    </w:p>
    <w:p>
      <w:r/>
      <w:r>
        <w:t>For those looking for Atlanta Pride Jewish events, the schedule offers more than a parade viewing point. The Shabbat gathering provides a spiritual and social entry into the weekend, while the Piedmont Park booth creates an informal place to ask questions, find resources and meet people connected to SOJOURN.</w:t>
      </w:r>
      <w:r/>
    </w:p>
    <w:p>
      <w:r/>
      <w:r>
        <w:t>It's worth checking event details before travelling, particularly when weather can alter outdoor plans. Atlanta Jewish Connector listings and SOJOURN's website are the best places to look for current programme information, accessibility details and any last-minute changes.</w:t>
      </w:r>
      <w:r/>
    </w:p>
    <w:p>
      <w:r/>
      <w:r>
        <w:t>For SOJOURN, the outlook is about sustained community-building rather than a single busy weekend. As Atlanta's Pride celebration continues to evolve, the organisation's presence shows how faith, identity and public advocacy can share the same platform without losing their warmth.</w:t>
      </w:r>
      <w:r/>
    </w:p>
    <w:p>
      <w:r/>
      <w:r>
        <w:t>Small acts of visibility can make a city feel considerably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0">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[7]</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2">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https://www.atlantajewishtimes.com/nearly-50-jewish-orgs-join-sojourn-for-pride-2026/</w:t>
        </w:r>
      </w:hyperlink>
      <w:r>
        <w:t xml:space="preserve"> - Please view link - unable to able to access data</w:t>
      </w:r>
      <w:r/>
    </w:p>
    <w:p>
      <w:pPr>
        <w:pStyle w:val="ListNumber"/>
        <w:spacing w:line="240" w:lineRule="auto"/>
        <w:ind w:left="720"/>
      </w:pPr>
      <w:r/>
      <w:hyperlink r:id="rId9">
        <w:r>
          <w:rPr>
            <w:color w:val="0000EE"/>
            <w:u w:val="single"/>
          </w:rPr>
          <w:t>https://www.atlantajewishtimes.com/nearly-50-jewish-orgs-join-sojourn-for-pride-2026/</w:t>
        </w:r>
      </w:hyperlink>
      <w:r>
        <w:t xml:space="preserve"> - The Southern Jewish Resource Network for Gender and Sexual Diversity (SOJOURN) coordinated the participation of 48 Jewish organisations in the 2026 Atlanta Pride festivities, held from October 9 to 11 in Midtown Atlanta. This annual event provides a platform for the LGBTQ+ community to unite against discrimination and celebrate their shared identities. SOJOURN has been facilitating the Atlanta Jewish community's involvement in Pride since 2007. In 2015, SOJOURN was honoured as an Atlanta Pride Grand Marshal. Rebecca Stapel-Wax, SOJOURN's executive director, highlighted the significance of faith community visibility at Pride events. The weekend commenced with an interfaith Shabbat service at the Unitarian Universalist Congregation of Atlanta, featuring a community dinner and a Kabbalat Shabbat service led by various LGBTQ+ faith leaders. Despite the cancellation of the Atlanta Pride Festival on October 10 due to weather, SOJOURN hosted a booth at the Pride Festival at Piedmont Park on October 11, emphasising the Atlanta Jewish community's commitment to LGBTQ+ inclusion. The festivities concluded with representatives from Atlanta's Jewish communities marching alongside SOJOURN's Dolly Parton-themed float in the Atlanta Pride Parade on October 11. SOJOURN is dedicated to empowering communities to advance and celebrate gender and sexual diversity across the Southern U.S.</w:t>
      </w:r>
      <w:r/>
    </w:p>
    <w:p>
      <w:pPr>
        <w:pStyle w:val="ListNumber"/>
        <w:spacing w:line="240" w:lineRule="auto"/>
        <w:ind w:left="720"/>
      </w:pPr>
      <w:r/>
      <w:hyperlink r:id="rId10">
        <w:r>
          <w:rPr>
            <w:color w:val="0000EE"/>
            <w:u w:val="single"/>
          </w:rPr>
          <w:t>https://sojourngsd.org/</w:t>
        </w:r>
      </w:hyperlink>
      <w:r>
        <w:t xml:space="preserve"> - SOJOURN, the Southern Jewish Resource Network for Gender and Sexual Diversity, is a leading resource for Jewish and LGBTQ+ programming, education, and advocacy in the Southern United States. Their mission is to empower communities to advance and celebrate gender and sexual diversity across the South. SOJOURN offers mental health support, resource referrals, and guidance for Jewish institutions to welcome LGBTQ+ community members. They also facilitate joyful, inclusive events and educational programming that teaches Jewish values supporting LGBTQ+ inclusion. Their office is located at 1530 Dekalb Ave., Suite A, Atlanta, GA 30307. For more information, visit their website at www.sojourngsd.org. (</w:t>
      </w:r>
      <w:hyperlink r:id="rId15">
        <w:r>
          <w:rPr>
            <w:color w:val="0000EE"/>
            <w:u w:val="single"/>
          </w:rPr>
          <w:t>sojourngsd.org</w:t>
        </w:r>
      </w:hyperlink>
      <w:r>
        <w:t>)</w:t>
      </w:r>
      <w:r/>
    </w:p>
    <w:p>
      <w:pPr>
        <w:pStyle w:val="ListNumber"/>
        <w:spacing w:line="240" w:lineRule="auto"/>
        <w:ind w:left="720"/>
      </w:pPr>
      <w:r/>
      <w:hyperlink r:id="rId13">
        <w:r>
          <w:rPr>
            <w:color w:val="0000EE"/>
            <w:u w:val="single"/>
          </w:rPr>
          <w:t>https://www.atlantajewishconnector.com/events/atlanta-pride-parade/</w:t>
        </w:r>
      </w:hyperlink>
      <w:r>
        <w:t xml:space="preserve"> - SOJOURN coordinates the Jewish community's participation in the Atlanta Pride Parade, which took place on October 11, 2026. The parade steps off at noon from the Civic Center MARTA Station and covers a 2.5-mile route, taking approximately two hours. Participants can join the parade or ride on a decorated truck for those unable to walk the full route. For more details, contact [email protected]. (</w:t>
      </w:r>
      <w:hyperlink r:id="rId16">
        <w:r>
          <w:rPr>
            <w:color w:val="0000EE"/>
            <w:u w:val="single"/>
          </w:rPr>
          <w:t>atlantajewishconnector.com</w:t>
        </w:r>
      </w:hyperlink>
      <w:r>
        <w:t>)</w:t>
      </w:r>
      <w:r/>
    </w:p>
    <w:p>
      <w:pPr>
        <w:pStyle w:val="ListNumber"/>
        <w:spacing w:line="240" w:lineRule="auto"/>
        <w:ind w:left="720"/>
      </w:pPr>
      <w:r/>
      <w:hyperlink r:id="rId12">
        <w:r>
          <w:rPr>
            <w:color w:val="0000EE"/>
            <w:u w:val="single"/>
          </w:rPr>
          <w:t>https://www.atlantajewishconnector.com/events/atlanta-pride-shabbat-2/</w:t>
        </w:r>
      </w:hyperlink>
      <w:r>
        <w:t xml:space="preserve"> - SOJOURN hosted an interfaith Shabbat service to kick off Atlanta Pride weekend on October 9, 2026. The event included a community dinner at 6:30 PM, followed by a free Kabbalat Shabbat service at 7:30 PM. The service featured LGBTQ+ faith leaders from various traditions, including Imam Kelly Wentworth, Rebekka Goldsmith, Shannon Willow, Rabbi Malka Packer, the Rev. E.N. Hill, Cantor Beth Schafer, Pastor Matt O’Rear, and Dr. Sharon Jackson. The location was in Toco Hills, with the exact address provided upon registration. Registration closed on October 5. (</w:t>
      </w:r>
      <w:hyperlink r:id="rId17">
        <w:r>
          <w:rPr>
            <w:color w:val="0000EE"/>
            <w:u w:val="single"/>
          </w:rPr>
          <w:t>atlantajewishconnector.com</w:t>
        </w:r>
      </w:hyperlink>
      <w:r>
        <w:t>)</w:t>
      </w:r>
      <w:r/>
    </w:p>
    <w:p>
      <w:pPr>
        <w:pStyle w:val="ListNumber"/>
        <w:spacing w:line="240" w:lineRule="auto"/>
        <w:ind w:left="720"/>
      </w:pPr>
      <w:r/>
      <w:hyperlink r:id="rId14">
        <w:r>
          <w:rPr>
            <w:color w:val="0000EE"/>
            <w:u w:val="single"/>
          </w:rPr>
          <w:t>https://www.atlantajewishconnector.com/events/atlanta-pride-festival/</w:t>
        </w:r>
      </w:hyperlink>
      <w:r>
        <w:t xml:space="preserve"> - SOJOURN sought volunteers for their Pride Festival booth during the Atlanta Pride Festival on October 11, 2026. Volunteers were responsible for informing attendees about area programs, distributing swag, inviting people to take photos, and fostering camaraderie. The festival was free and open to everyone. (</w:t>
      </w:r>
      <w:hyperlink r:id="rId18">
        <w:r>
          <w:rPr>
            <w:color w:val="0000EE"/>
            <w:u w:val="single"/>
          </w:rPr>
          <w:t>atlantajewishconnector.com</w:t>
        </w:r>
      </w:hyperlink>
      <w:r>
        <w:t>)</w:t>
      </w:r>
      <w:r/>
    </w:p>
    <w:p>
      <w:pPr>
        <w:pStyle w:val="ListNumber"/>
        <w:spacing w:line="240" w:lineRule="auto"/>
        <w:ind w:left="720"/>
      </w:pPr>
      <w:r/>
      <w:hyperlink r:id="rId11">
        <w:r>
          <w:rPr>
            <w:color w:val="0000EE"/>
            <w:u w:val="single"/>
          </w:rPr>
          <w:t>https://sojourngsd.org/celebrate/</w:t>
        </w:r>
      </w:hyperlink>
      <w:r>
        <w:t xml:space="preserve"> - SOJOURN's annual immersive fundraiser, Purim Off Ponce (POP), was held on March 21, 2026, at the Supermarket in Atlanta. The theme was 'Back to the Future,' celebrating the history of resilience and sustaining hope for the years ahead. Photos from POP 2026 are available on their website. The next POP event is scheduled for February 27, 2027. (</w:t>
      </w:r>
      <w:hyperlink r:id="rId19">
        <w:r>
          <w:rPr>
            <w:color w:val="0000EE"/>
            <w:u w:val="single"/>
          </w:rPr>
          <w:t>sojourngsd.org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lantajewishtimes.com/nearly-50-jewish-orgs-join-sojourn-for-pride-2026/" TargetMode="External"/><Relationship Id="rId10" Type="http://schemas.openxmlformats.org/officeDocument/2006/relationships/hyperlink" Target="https://sojourngsd.org/" TargetMode="External"/><Relationship Id="rId11" Type="http://schemas.openxmlformats.org/officeDocument/2006/relationships/hyperlink" Target="https://sojourngsd.org/celebrate/" TargetMode="External"/><Relationship Id="rId12" Type="http://schemas.openxmlformats.org/officeDocument/2006/relationships/hyperlink" Target="https://www.atlantajewishconnector.com/events/atlanta-pride-shabbat-2/" TargetMode="External"/><Relationship Id="rId13" Type="http://schemas.openxmlformats.org/officeDocument/2006/relationships/hyperlink" Target="https://www.atlantajewishconnector.com/events/atlanta-pride-parade/" TargetMode="External"/><Relationship Id="rId14" Type="http://schemas.openxmlformats.org/officeDocument/2006/relationships/hyperlink" Target="https://www.atlantajewishconnector.com/events/atlanta-pride-festival/" TargetMode="External"/><Relationship Id="rId15" Type="http://schemas.openxmlformats.org/officeDocument/2006/relationships/hyperlink" Target="https://sojourngsd.org/?utm_source=openai" TargetMode="External"/><Relationship Id="rId16" Type="http://schemas.openxmlformats.org/officeDocument/2006/relationships/hyperlink" Target="https://www.atlantajewishconnector.com/events/atlanta-pride-parade/?utm_source=openai" TargetMode="External"/><Relationship Id="rId17" Type="http://schemas.openxmlformats.org/officeDocument/2006/relationships/hyperlink" Target="https://www.atlantajewishconnector.com/events/atlanta-pride-shabbat-2/?utm_source=openai" TargetMode="External"/><Relationship Id="rId18" Type="http://schemas.openxmlformats.org/officeDocument/2006/relationships/hyperlink" Target="https://www.atlantajewishconnector.com/events/atlanta-pride-festival/?utm_source=openai" TargetMode="External"/><Relationship Id="rId19" Type="http://schemas.openxmlformats.org/officeDocument/2006/relationships/hyperlink" Target="https://sojourngsd.org/celebrat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