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Friends Still Feels Problematic to Younger Viewers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returning to Friends on streaming, but the beloved Manhattan sitcom now lands differently. For Gen Z and younger millennials, jokes about gender, sexuality, bodies and relationships can feel less nostalgic than uncomfortable, raising a bigger question: can a classic comedy remain comforting when its world no longer resembles real life?</w:t>
      </w:r>
      <w:r/>
    </w:p>
    <w:p>
      <w:pPr>
        <w:pStyle w:val="Heading2"/>
      </w:pPr>
      <w:r>
        <w:t>Essential Takeaways</w:t>
      </w:r>
      <w:r/>
      <w:r/>
    </w:p>
    <w:p>
      <w:pPr>
        <w:pStyle w:val="ListBullet"/>
        <w:spacing w:line="240" w:lineRule="auto"/>
        <w:ind w:left="720"/>
      </w:pPr>
      <w:r/>
      <w:r>
        <w:rPr>
          <w:b/>
        </w:rPr>
        <w:t>A huge cultural hit:</w:t>
      </w:r>
      <w:r>
        <w:t xml:space="preserve"> Friends ran for 236 episodes, while its 2004 finale attracted 52.5 million US viewers.</w:t>
      </w:r>
      <w:r/>
    </w:p>
    <w:p>
      <w:pPr>
        <w:pStyle w:val="ListBullet"/>
        <w:spacing w:line="240" w:lineRule="auto"/>
        <w:ind w:left="720"/>
      </w:pPr>
      <w:r/>
      <w:r>
        <w:rPr>
          <w:b/>
        </w:rPr>
        <w:t>Streaming changed the conversation:</w:t>
      </w:r>
      <w:r>
        <w:t xml:space="preserve"> Netflix introduced the series to younger audiences who aren't bound by its original era.</w:t>
      </w:r>
      <w:r/>
    </w:p>
    <w:p>
      <w:pPr>
        <w:pStyle w:val="ListBullet"/>
        <w:spacing w:line="240" w:lineRule="auto"/>
        <w:ind w:left="720"/>
      </w:pPr>
      <w:r/>
      <w:r>
        <w:rPr>
          <w:b/>
        </w:rPr>
        <w:t>Comedy under scrutiny:</w:t>
      </w:r>
      <w:r>
        <w:t xml:space="preserve"> Critics have highlighted recurring jokes about homosexuality, transgender identity, gender roles and weight.</w:t>
      </w:r>
      <w:r/>
    </w:p>
    <w:p>
      <w:pPr>
        <w:pStyle w:val="ListBullet"/>
        <w:spacing w:line="240" w:lineRule="auto"/>
        <w:ind w:left="720"/>
      </w:pPr>
      <w:r/>
      <w:r>
        <w:rPr>
          <w:b/>
        </w:rPr>
        <w:t>The fantasy feels dated:</w:t>
      </w:r>
      <w:r>
        <w:t xml:space="preserve"> The characters' largely white, heterosexual social circle and implausibly cheap Manhattan housing can jar today.</w:t>
      </w:r>
      <w:r/>
    </w:p>
    <w:p>
      <w:pPr>
        <w:pStyle w:val="ListBullet"/>
        <w:spacing w:line="240" w:lineRule="auto"/>
        <w:ind w:left="720"/>
      </w:pPr>
      <w:r/>
      <w:r>
        <w:rPr>
          <w:b/>
        </w:rPr>
        <w:t>Nostalgia isn't a free pass:</w:t>
      </w:r>
      <w:r>
        <w:t xml:space="preserve"> Fans can still enjoy the chemistry while recognising where the writing has aged badly.</w:t>
      </w:r>
      <w:r/>
      <w:r/>
    </w:p>
    <w:p>
      <w:pPr>
        <w:pStyle w:val="Heading2"/>
      </w:pPr>
      <w:r>
        <w:t>Streaming gave Friends a second life</w:t>
      </w:r>
      <w:r/>
    </w:p>
    <w:p>
      <w:r/>
      <w:r>
        <w:t>Few sitcoms have had a second act quite like Friends. The series ended in 2004, yet streaming helped Rachel, Ross, Monica, Chandler, Joey and Phoebe become familiar faces to a new generation, often watching from bedrooms and shared flats rather than gathering around a television schedule.</w:t>
      </w:r>
      <w:r/>
    </w:p>
    <w:p>
      <w:r/>
      <w:r>
        <w:t>That renewed audience also brought a fresh set of expectations. According to The Independent, younger viewers questioned whether the show's jokes about sexuality, gender and identity could still be treated as harmless banter. The reaction wasn't simply that the sitcom was old-fashioned. For many, its humour felt actively uncomfortable.</w:t>
      </w:r>
      <w:r/>
    </w:p>
    <w:p>
      <w:r/>
      <w:r>
        <w:t>The contrast is striking. The same scene that once earned an easy laugh can now prompt a pause, a raised eyebrow and perhaps a quick explanation to someone watching for the first time. Comedy travels through time, but it doesn't arrive unchanged. Sources including NME and PinkNews documented how sharply divided the response became when the show reached younger viewers through Netflix.</w:t>
      </w:r>
      <w:r/>
    </w:p>
    <w:p>
      <w:pPr>
        <w:pStyle w:val="Heading2"/>
      </w:pPr>
      <w:r>
        <w:t>The jokes that now stop the laughter</w:t>
      </w:r>
      <w:r/>
    </w:p>
    <w:p>
      <w:r/>
      <w:r>
        <w:t>Chandler's anxiety about being perceived as gay is one of the clearest examples. The gag is repeated so often that his fear of appearing feminine or homosexual becomes part of the character's comic machinery. Today, that premise can feel less like a portrait of insecurity and more like an invitation to laugh at queer identity.</w:t>
      </w:r>
      <w:r/>
    </w:p>
    <w:p>
      <w:r/>
      <w:r>
        <w:t>The treatment of Chandler's transgender parent has also drawn sustained criticism. The storyline relies on misgendering and discomfort, rather than allowing the character dignity or complexity. The Independent and them have both pointed to these episodes as evidence of how the programme used gender variance as a punchline.</w:t>
      </w:r>
      <w:r/>
    </w:p>
    <w:p>
      <w:r/>
      <w:r>
        <w:t>Then there's Monica's former body. Her weight is repeatedly treated as a source of ridicule, even though the character's past is meant to explain her insecurities and evolution. The result is a storyline that can feel strangely cruel, particularly to viewers used to more careful conversations about body image.</w:t>
      </w:r>
      <w:r/>
    </w:p>
    <w:p>
      <w:pPr>
        <w:pStyle w:val="Heading2"/>
      </w:pPr>
      <w:r>
        <w:t>Friends' Manhattan fantasy has lost some sparkle</w:t>
      </w:r>
      <w:r/>
    </w:p>
    <w:p>
      <w:r/>
      <w:r>
        <w:t>The show's apartment is practically a character in its own right: spacious, colourful and ideal for impromptu gatherings. But the financial logic behind it has always been wobbly, and that illusion is harder to maintain in an era of soaring rents and precarious work.</w:t>
      </w:r>
      <w:r/>
    </w:p>
    <w:p>
      <w:r/>
      <w:r>
        <w:t>The Independent noted that younger viewers can struggle with the sitcom's picture of New York life. Six friends, all white and mostly heterosexual, appear to navigate adulthood in a city that is expensive, diverse and socially complicated, yet the show rarely lets those realities disturb the cosy bubble.</w:t>
      </w:r>
      <w:r/>
    </w:p>
    <w:p>
      <w:r/>
      <w:r>
        <w:t>Even the famous rent explanation doesn't completely solve the problem. It may account for Monica and Rachel's flat within the story, but it doesn't address the broader fantasy: secure jobs, generous space, endless free time and a neighbourhood café that seems to operate mainly for this one group of friends. Charming? Absolutely. Plausible? Not for anyone checking their bank balance after payday.</w:t>
      </w:r>
      <w:r/>
    </w:p>
    <w:p>
      <w:pPr>
        <w:pStyle w:val="Heading2"/>
      </w:pPr>
      <w:r>
        <w:t>Can fans enjoy a dated show honestly?</w:t>
      </w:r>
      <w:r/>
    </w:p>
    <w:p>
      <w:r/>
      <w:r>
        <w:t>Defenders of Friends have argued that it should be judged in the context of its time. Matt LeBlanc, speaking to PinkNews, pushed back against accusations that the series was simply hateful, while other commentators have stressed that its characters were often flawed rather than intended as role models.</w:t>
      </w:r>
      <w:r/>
    </w:p>
    <w:p>
      <w:r/>
      <w:r>
        <w:t>That defence has some force. A sitcom isn't a social policy document, and not every clumsy joke proves that every person involved shared the attitude behind it. The cast's warmth, timing and lived-in chemistry remain a major part of the show's appeal.</w:t>
      </w:r>
      <w:r/>
    </w:p>
    <w:p>
      <w:r/>
      <w:r>
        <w:t>But context shouldn't become a shield against criticism. A viewer can love Phoebe's oddness, Joey's appetite and the group's familiar rhythm while still admitting that some jokes depend on humiliation. In fact, that kind of honest viewing is more interesting than pretending the series hasn't aged.</w:t>
      </w:r>
      <w:r/>
    </w:p>
    <w:p>
      <w:pPr>
        <w:pStyle w:val="Heading2"/>
      </w:pPr>
      <w:r>
        <w:t>The lasting appeal is real, but so is the discomfort</w:t>
      </w:r>
      <w:r/>
    </w:p>
    <w:p>
      <w:r/>
      <w:r>
        <w:t>Friends still understands a basic emotional truth: adulthood is easier when you have people to call, argue with and meet for coffee. That sense of chosen family gives the series its staying power, even when the fashion, apartments and jokes look increasingly trapped in the late 1990s.</w:t>
      </w:r>
      <w:r/>
    </w:p>
    <w:p>
      <w:r/>
      <w:r>
        <w:t>The challenge for new viewers is deciding what to keep and what to question. They may laugh at the show's romantic chaos, then recoil at a gag that treats queerness or weight as inherently funny. Both reactions can exist at once.</w:t>
      </w:r>
      <w:r/>
    </w:p>
    <w:p>
      <w:r/>
      <w:r>
        <w:t>Perhaps that's the most useful way to revisit a classic sitcom. Don't throw away the comfort, but don't switch off your critical instincts either. Friends can remain a warm blanket, provided nobody insists it was perfectly made.</w:t>
      </w:r>
      <w:r/>
    </w:p>
    <w:p>
      <w:r/>
      <w:r>
        <w:t>Explore the nostalgia, but keep your eyes open to what has changed.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13">
        <w:r>
          <w:rPr>
            <w:color w:val="0000EE"/>
            <w:u w:val="single"/>
          </w:rPr>
          <w:t>[4]</w:t>
        </w:r>
      </w:hyperlink>
      <w:r>
        <w:t xml:space="preserve">, </w:t>
      </w:r>
      <w:hyperlink r:id="rId15">
        <w:r>
          <w:rPr>
            <w:color w:val="0000EE"/>
            <w:u w:val="single"/>
          </w:rPr>
          <w:t>[7]</w:t>
        </w:r>
      </w:hyperlink>
      <w:r>
        <w:t xml:space="preserve">- Paragraph 17: </w:t>
      </w:r>
      <w:hyperlink r:id="rId11">
        <w:r>
          <w:rPr>
            <w:color w:val="0000EE"/>
            <w:u w:val="single"/>
          </w:rPr>
          <w:t>[3]</w:t>
        </w:r>
      </w:hyperlink>
      <w:r>
        <w:t xml:space="preserve">, </w:t>
      </w:r>
      <w:hyperlink r:id="rId12">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https://www.dhnet.be/medias/series/2026/10/27/serie-culte-pour-les-uns-synonyme-de-stereotypes-inacceptables-aujourdhui-pour-les-autres-un-malaise-sest-installe-autour-de-friends-LEJOMATELRATDGI6CSDSCO6YPQ/</w:t>
        </w:r>
      </w:hyperlink>
      <w:r>
        <w:t xml:space="preserve"> - Please view link - unable to able to access data</w:t>
      </w:r>
      <w:r/>
    </w:p>
    <w:p>
      <w:pPr>
        <w:pStyle w:val="ListNumber"/>
        <w:spacing w:line="240" w:lineRule="auto"/>
        <w:ind w:left="720"/>
      </w:pPr>
      <w:r/>
      <w:hyperlink r:id="rId10">
        <w:r>
          <w:rPr>
            <w:color w:val="0000EE"/>
            <w:u w:val="single"/>
          </w:rPr>
          <w:t>https://www.nme.com/news/tv/friends-criticised-sexist-homophobic-netflix-2219739</w:t>
        </w:r>
      </w:hyperlink>
      <w:r>
        <w:t xml:space="preserve"> - In January 2018, the 1990s sitcom 'Friends' faced criticism from new viewers after its addition to Netflix. Many highlighted jokes centered around Ross's ex-wife's homosexuality and Chandler's fears of being perceived as gay. Additionally, the series' lack of racial diversity, focusing on five white characters, was noted. Viewers expressed discomfort with these elements, leading to discussions about the show's relevance and sensitivity in contemporary times.</w:t>
      </w:r>
      <w:r/>
    </w:p>
    <w:p>
      <w:pPr>
        <w:pStyle w:val="ListNumber"/>
        <w:spacing w:line="240" w:lineRule="auto"/>
        <w:ind w:left="720"/>
      </w:pPr>
      <w:r/>
      <w:hyperlink r:id="rId11">
        <w:r>
          <w:rPr>
            <w:color w:val="0000EE"/>
            <w:u w:val="single"/>
          </w:rPr>
          <w:t>https://www.the-independent.com/arts-entertainment/tv/friends-netflix-sexist-racist-transphobic-problematic-millenials-watch-a8154626.html</w:t>
        </w:r>
      </w:hyperlink>
      <w:r>
        <w:t xml:space="preserve"> - In March 2018, millennials watching 'Friends' on Netflix expressed shock at the sitcom's storylines, describing them as transphobic, homophobic, and sexist. Specific plot points, such as Chandler's paranoia about being perceived as gay and jokes about his cross-dressing father, were highlighted. The series' lack of racial diversity, despite being set in New York, was also criticized, leading to debates about its appropriateness for modern audiences.</w:t>
      </w:r>
      <w:r/>
    </w:p>
    <w:p>
      <w:pPr>
        <w:pStyle w:val="ListNumber"/>
        <w:spacing w:line="240" w:lineRule="auto"/>
        <w:ind w:left="720"/>
      </w:pPr>
      <w:r/>
      <w:hyperlink r:id="rId13">
        <w:r>
          <w:rPr>
            <w:color w:val="0000EE"/>
            <w:u w:val="single"/>
          </w:rPr>
          <w:t>https://www.thepinknews.com/2018/02/20/matt-leblanc-defends-friends-from-accusations-of-homophobia-transphobia-and-misogyny/</w:t>
        </w:r>
      </w:hyperlink>
      <w:r>
        <w:t xml:space="preserve"> - In February 2018, Matt LeBlanc defended 'Friends' against accusations of misogyny, homophobia, and transphobia. The sitcom, which had recently been added to Netflix, faced criticism for its portrayal of LGBTQ+ characters and themes. LeBlanc acknowledged the show's impact but emphasized that it was a product of its time, suggesting that contemporary viewers might interpret its content differently.</w:t>
      </w:r>
      <w:r/>
    </w:p>
    <w:p>
      <w:pPr>
        <w:pStyle w:val="ListNumber"/>
        <w:spacing w:line="240" w:lineRule="auto"/>
        <w:ind w:left="720"/>
      </w:pPr>
      <w:r/>
      <w:hyperlink r:id="rId12">
        <w:r>
          <w:rPr>
            <w:color w:val="0000EE"/>
            <w:u w:val="single"/>
          </w:rPr>
          <w:t>https://www.thepinknews.com/2018/01/12/friends-came-to-netflix-and-everyone-is-shocked-at-the-homophobia-transphobia-and-misogyny/</w:t>
        </w:r>
      </w:hyperlink>
      <w:r>
        <w:t xml:space="preserve"> - In January 2018, the addition of 'Friends' to Netflix led to widespread criticism of the show's homophobic, transphobic, and misogynistic elements. Viewers pointed out recurring jokes about Chandler's transgender father and the series' lack of racial diversity. The backlash sparked discussions about the show's relevance and sensitivity in the context of modern social issues.</w:t>
      </w:r>
      <w:r/>
    </w:p>
    <w:p>
      <w:pPr>
        <w:pStyle w:val="ListNumber"/>
        <w:spacing w:line="240" w:lineRule="auto"/>
        <w:ind w:left="720"/>
      </w:pPr>
      <w:r/>
      <w:hyperlink r:id="rId14">
        <w:r>
          <w:rPr>
            <w:color w:val="0000EE"/>
            <w:u w:val="single"/>
          </w:rPr>
          <w:t>https://www.them.us/story/friends-is-transphobic</w:t>
        </w:r>
      </w:hyperlink>
      <w:r>
        <w:t xml:space="preserve"> - In 2019, an article in 'Them' magazine criticized 'Friends' for its overt homophobia and transmisogyny. The piece argued that while the show was celebrated as wholesome, it actively contributed to the mockery of queer individuals. It highlighted the show's legacy as a sitcom that reinforced negative stereotypes about LGBTQ+ people, questioning its continued popularity and influence.</w:t>
      </w:r>
      <w:r/>
    </w:p>
    <w:p>
      <w:pPr>
        <w:pStyle w:val="ListNumber"/>
        <w:spacing w:line="240" w:lineRule="auto"/>
        <w:ind w:left="720"/>
      </w:pPr>
      <w:r/>
      <w:hyperlink r:id="rId15">
        <w:r>
          <w:rPr>
            <w:color w:val="0000EE"/>
            <w:u w:val="single"/>
          </w:rPr>
          <w:t>https://www.the-independent.com/arts-entertainment/tv/news/friends-netflix-sitcom-problematic-sexism-b1847272.html</w:t>
        </w:r>
      </w:hyperlink>
      <w:r>
        <w:t xml:space="preserve"> - In May 2021, 'The Independent' highlighted ten instances where 'Friends' was considered problematic. The article discussed issues such as sexism, homophobia, and the lack of diversity within the series. It noted that while the show was beloved by many, its portrayal of certain themes and characters was increasingly viewed as outdated and insensitive by contemporary standards.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hnet.be/medias/series/2026/10/27/serie-culte-pour-les-uns-synonyme-de-stereotypes-inacceptables-aujourdhui-pour-les-autres-un-malaise-sest-installe-autour-de-friends-LEJOMATELRATDGI6CSDSCO6YPQ/" TargetMode="External"/><Relationship Id="rId10" Type="http://schemas.openxmlformats.org/officeDocument/2006/relationships/hyperlink" Target="https://www.nme.com/news/tv/friends-criticised-sexist-homophobic-netflix-2219739" TargetMode="External"/><Relationship Id="rId11" Type="http://schemas.openxmlformats.org/officeDocument/2006/relationships/hyperlink" Target="https://www.the-independent.com/arts-entertainment/tv/friends-netflix-sexist-racist-transphobic-problematic-millenials-watch-a8154626.html" TargetMode="External"/><Relationship Id="rId12" Type="http://schemas.openxmlformats.org/officeDocument/2006/relationships/hyperlink" Target="https://www.thepinknews.com/2018/01/12/friends-came-to-netflix-and-everyone-is-shocked-at-the-homophobia-transphobia-and-misogyny/" TargetMode="External"/><Relationship Id="rId13" Type="http://schemas.openxmlformats.org/officeDocument/2006/relationships/hyperlink" Target="https://www.thepinknews.com/2018/02/20/matt-leblanc-defends-friends-from-accusations-of-homophobia-transphobia-and-misogyny/" TargetMode="External"/><Relationship Id="rId14" Type="http://schemas.openxmlformats.org/officeDocument/2006/relationships/hyperlink" Target="https://www.them.us/story/friends-is-transphobic" TargetMode="External"/><Relationship Id="rId15" Type="http://schemas.openxmlformats.org/officeDocument/2006/relationships/hyperlink" Target="https://www.the-independent.com/arts-entertainment/tv/news/friends-netflix-sitcom-problematic-sexism-b1847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