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Malmö Pride’s trusted taxi list aims to make journeys safer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Drag performers and other LGBTQ+ passengers in Malmö are being offered a practical new safety measure after reports of taxi refusals and discomfort. The local Pride organisation is compiling a trusted-driver list, hoping to give passengers more confidence when travelling home from venues, events and community spaces.</w:t>
      </w:r>
      <w:r/>
    </w:p>
    <w:p>
      <w:pPr>
        <w:pStyle w:val="Heading2"/>
      </w:pPr>
      <w:r>
        <w:t>Essential Takeaways</w:t>
      </w:r>
      <w:r/>
      <w:r/>
    </w:p>
    <w:p>
      <w:pPr>
        <w:pStyle w:val="ListBullet"/>
        <w:spacing w:line="240" w:lineRule="auto"/>
        <w:ind w:left="720"/>
      </w:pPr>
      <w:r/>
      <w:r>
        <w:rPr>
          <w:b/>
        </w:rPr>
        <w:t>The immediate trigger:</w:t>
      </w:r>
      <w:r>
        <w:t xml:space="preserve"> Drag performers were reportedly refused a taxi journey after an event in Malmö.</w:t>
      </w:r>
      <w:r/>
    </w:p>
    <w:p>
      <w:pPr>
        <w:pStyle w:val="ListBullet"/>
        <w:spacing w:line="240" w:lineRule="auto"/>
        <w:ind w:left="720"/>
      </w:pPr>
      <w:r/>
      <w:r>
        <w:rPr>
          <w:b/>
        </w:rPr>
        <w:t>A safety response:</w:t>
      </w:r>
      <w:r>
        <w:t xml:space="preserve"> Malmö Pride is creating a list of drivers viewed as welcoming and reliable.</w:t>
      </w:r>
      <w:r/>
    </w:p>
    <w:p>
      <w:pPr>
        <w:pStyle w:val="ListBullet"/>
        <w:spacing w:line="240" w:lineRule="auto"/>
        <w:ind w:left="720"/>
      </w:pPr>
      <w:r/>
      <w:r>
        <w:rPr>
          <w:b/>
        </w:rPr>
        <w:t>Early interest is limited:</w:t>
      </w:r>
      <w:r>
        <w:t xml:space="preserve"> Only two drivers had registered when the initiative was reported.</w:t>
      </w:r>
      <w:r/>
    </w:p>
    <w:p>
      <w:pPr>
        <w:pStyle w:val="ListBullet"/>
        <w:spacing w:line="240" w:lineRule="auto"/>
        <w:ind w:left="720"/>
      </w:pPr>
      <w:r/>
      <w:r>
        <w:rPr>
          <w:b/>
        </w:rPr>
        <w:t>Where it may appear:</w:t>
      </w:r>
      <w:r>
        <w:t xml:space="preserve"> The list is expected to be shared through LGBTQ+ clubs, organisations and community venues.</w:t>
      </w:r>
      <w:r/>
    </w:p>
    <w:p>
      <w:pPr>
        <w:pStyle w:val="ListBullet"/>
        <w:spacing w:line="240" w:lineRule="auto"/>
        <w:ind w:left="720"/>
      </w:pPr>
      <w:r/>
      <w:r>
        <w:rPr>
          <w:b/>
        </w:rPr>
        <w:t>The bigger proposal:</w:t>
      </w:r>
      <w:r>
        <w:t xml:space="preserve"> Malmö Pride also wants more dialogue about driver training and LGBTQ+ certification.</w:t>
      </w:r>
      <w:r/>
      <w:r/>
    </w:p>
    <w:p>
      <w:pPr>
        <w:pStyle w:val="Heading2"/>
      </w:pPr>
      <w:r>
        <w:t>A taxi journey became the latest flashpoint</w:t>
      </w:r>
      <w:r/>
    </w:p>
    <w:p>
      <w:r/>
      <w:r>
        <w:t>For most passengers, getting into a taxi is routine: open the door, give an address and settle into the back seat. But for some drag performers and transgender passengers, that ordinary journey can carry a sharper edge, particularly when they're alone with a driver who may react negatively to their appearance or identity.</w:t>
      </w:r>
      <w:r/>
    </w:p>
    <w:p>
      <w:r/>
      <w:r>
        <w:t>The incident that prompted the latest response involved drag duo Lady Busty and Miss Shameless Winewhore. After hosting a drag bingo event at Plan B in Malmö, they were reportedly refused a ride by a Taxi Skåne driver, who cancelled the booking and asked them to leave, according to reporting cited by Aftonbladet and Sydsvenskan.</w:t>
      </w:r>
      <w:r/>
    </w:p>
    <w:p>
      <w:r/>
      <w:r>
        <w:t>The company later said the driver no longer worked for Taxi Skåne. That may address the individual case, but it doesn't erase the broader concern. As Malmö Pride's operations manager Andrea Correa told Sydsvenskan, LGBTQ+ passengers have felt vulnerable in taxis for some time.</w:t>
      </w:r>
      <w:r/>
    </w:p>
    <w:p>
      <w:pPr>
        <w:pStyle w:val="Heading2"/>
      </w:pPr>
      <w:r>
        <w:t>Malmö Pride is building a trusted-driver list</w:t>
      </w:r>
      <w:r/>
    </w:p>
    <w:p>
      <w:r/>
      <w:r>
        <w:t>The proposed list is deliberately simple. Rather than asking passengers to navigate a complicated complaints process after something goes wrong, it aims to point them towards drivers who are considered safe and respectful before they travel.</w:t>
      </w:r>
      <w:r/>
    </w:p>
    <w:p>
      <w:r/>
      <w:r>
        <w:t>Malmö Pride plans to make the information available through venues and associations serving the LGBTQ+ community. That could include clubs, event organisers and other familiar spaces where people already look for practical advice, according to reports from Aftonbladet and Oberoende Nyheter.</w:t>
      </w:r>
      <w:r/>
    </w:p>
    <w:p>
      <w:r/>
      <w:r>
        <w:t>There's an obvious appeal to the idea. A name recommended by a trusted community organisation can feel more reassuring than a generic promise of good service, especially late at night or after a busy Pride event.</w:t>
      </w:r>
      <w:r/>
    </w:p>
    <w:p>
      <w:pPr>
        <w:pStyle w:val="Heading2"/>
      </w:pPr>
      <w:r>
        <w:t>Why only two drivers have signed up so far matters</w:t>
      </w:r>
      <w:r/>
    </w:p>
    <w:p>
      <w:r/>
      <w:r>
        <w:t>The early response has been positive in tone, but small in numbers. At the time of reporting, only two taxi drivers had volunteered for the list, a detail Correa described as worrying.</w:t>
      </w:r>
      <w:r/>
    </w:p>
    <w:p>
      <w:r/>
      <w:r>
        <w:t>That gap says something about the challenge facing the scheme. A trusted-driver directory is only useful if passengers can actually find a car when they need one, and a handful of names won't yet provide broad coverage across Malmö.</w:t>
      </w:r>
      <w:r/>
    </w:p>
    <w:p>
      <w:r/>
      <w:r>
        <w:t>It also puts pressure on taxi companies to show that inclusion isn't just a seasonal message. Malmö Pride's wider policy work has included scrutiny of so-called pinkwashing, meaning public support for LGBTQ+ causes that isn't matched by meaningful action. Training, clear reporting routes and credible certification could offer a more lasting answer than a list alone.</w:t>
      </w:r>
      <w:r/>
    </w:p>
    <w:p>
      <w:pPr>
        <w:pStyle w:val="Heading2"/>
      </w:pPr>
      <w:r>
        <w:t>Training could make the biggest difference</w:t>
      </w:r>
      <w:r/>
    </w:p>
    <w:p>
      <w:r/>
      <w:r>
        <w:t>A taxi journey doesn't need to become a political statement. Passengers generally want the basics: to be accepted, driven safely and treated with ordinary courtesy. Driver education could help establish those expectations before an incident reaches social media or the press.</w:t>
      </w:r>
      <w:r/>
    </w:p>
    <w:p>
      <w:r/>
      <w:r>
        <w:t>Malmö Pride wants to continue discussions with taxi companies about LGBTQ+ training and certification. That approach would also give firms a chance to explain their standards, support drivers and respond consistently when complaints arise.</w:t>
      </w:r>
      <w:r/>
    </w:p>
    <w:p>
      <w:r/>
      <w:r>
        <w:t>For passengers, meanwhile, the practical advice is familiar but useful: book through a reputable service, keep the journey details visible in the app and share the trip with someone you trust when travelling late. Those steps don't solve discrimination, but they can provide a little extra reassurance.</w:t>
      </w:r>
      <w:r/>
    </w:p>
    <w:p>
      <w:pPr>
        <w:pStyle w:val="Heading2"/>
      </w:pPr>
      <w:r>
        <w:t>The issue stretches beyond Malmö</w:t>
      </w:r>
      <w:r/>
    </w:p>
    <w:p>
      <w:r/>
      <w:r>
        <w:t>Reports of drivers refusing drag performers have appeared elsewhere too. In Amsterdam, an Uber driver was reported to have refused a drag queen during Pride, showing that the problem isn't limited to one city or one taxi brand, according to NL Times.</w:t>
      </w:r>
      <w:r/>
    </w:p>
    <w:p>
      <w:r/>
      <w:r>
        <w:t>That wider pattern helps explain why Malmö's proposal has attracted attention. A locally maintained list could be a quick, community-led response, while formal training and accountability would tackle the underlying culture more directly.</w:t>
      </w:r>
      <w:r/>
    </w:p>
    <w:p>
      <w:r/>
      <w:r>
        <w:t>For passengers who have ever hesitated before getting into a taxi, the human point is simple: feeling safe shouldn't depend on how carefully you present yourself. Malmö Pride's initiative is modest, but it puts that expectation firmly on the agenda.</w:t>
      </w:r>
      <w:r/>
    </w:p>
    <w:p>
      <w:r/>
      <w:r>
        <w:t>It's a small local measure with the potential to make a late-night journey feel considerably less uncertain.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[2]</w:t>
        </w:r>
      </w:hyperlink>
      <w:r>
        <w:t xml:space="preserve">, </w:t>
      </w:r>
      <w:hyperlink r:id="rId10">
        <w:r>
          <w:rPr>
            <w:color w:val="0000EE"/>
            <w:u w:val="single"/>
          </w:rPr>
          <w:t>[3]</w:t>
        </w:r>
      </w:hyperlink>
      <w:r>
        <w:t xml:space="preserve">- Paragraph 4: </w:t>
      </w:r>
      <w:hyperlink r:id="rId12">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[2]</w:t>
        </w:r>
      </w:hyperlink>
      <w:r>
        <w:t xml:space="preserve">, </w:t>
      </w:r>
      <w:hyperlink r:id="rId10">
        <w:r>
          <w:rPr>
            <w:color w:val="0000EE"/>
            <w:u w:val="single"/>
          </w:rPr>
          <w:t>[3]</w:t>
        </w:r>
      </w:hyperlink>
      <w:r>
        <w:t xml:space="preserve">- Paragraph 8: </w:t>
      </w:r>
      <w:hyperlink r:id="rId12">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https://www.aftonbladet.se/nyheter/a/xl68nQ/malmo-dragqueens-nekades-taxi-pride-agerar-med-lista?utm_medium=rss</w:t>
        </w:r>
      </w:hyperlink>
      <w:r>
        <w:t xml:space="preserve"> - Please view link - unable to able to access data</w:t>
      </w:r>
      <w:r/>
    </w:p>
    <w:p>
      <w:pPr>
        <w:pStyle w:val="ListNumber"/>
        <w:spacing w:line="240" w:lineRule="auto"/>
        <w:ind w:left="720"/>
      </w:pPr>
      <w:r/>
      <w:hyperlink r:id="rId12">
        <w:r>
          <w:rPr>
            <w:color w:val="0000EE"/>
            <w:u w:val="single"/>
          </w:rPr>
          <w:t>https://www.malmopride.com/pinkwashing-policy</w:t>
        </w:r>
      </w:hyperlink>
      <w:r>
        <w:t xml:space="preserve"> - Malmö Pride's Pinkwashing Policy emphasises the importance of active LGBTQIA+ inclusion, stating that non-LGBTQIA+ organisations can participate in the parade only if they support Malmö Pride's values. This policy ensures that Pride is not merely a marketing tool but a platform for genuine inclusion and support for the LGBTQIA+ community.</w:t>
      </w:r>
      <w:r/>
    </w:p>
    <w:p>
      <w:pPr>
        <w:pStyle w:val="ListNumber"/>
        <w:spacing w:line="240" w:lineRule="auto"/>
        <w:ind w:left="720"/>
      </w:pPr>
      <w:r/>
      <w:hyperlink r:id="rId10">
        <w:r>
          <w:rPr>
            <w:color w:val="0000EE"/>
            <w:u w:val="single"/>
          </w:rPr>
          <w:t>https://oberoendenyheter.se/nyheter/malmo-pride-agerar-efter-att-dragqueens-nekats-taxiresa</w:t>
        </w:r>
      </w:hyperlink>
      <w:r>
        <w:t xml:space="preserve"> - Following incidents where drag queens and other LGBTQIA+ individuals were denied taxi services or felt unsafe, Malmö Pride is compiling a list of taxi drivers deemed safe for the community. This initiative aims to address the issue of discrimination and enhance safety for LGBTQIA+ individuals during taxi rides.</w:t>
      </w:r>
      <w:r/>
    </w:p>
    <w:p>
      <w:pPr>
        <w:pStyle w:val="ListNumber"/>
        <w:spacing w:line="240" w:lineRule="auto"/>
        <w:ind w:left="720"/>
      </w:pPr>
      <w:r/>
      <w:hyperlink r:id="rId14">
        <w:r>
          <w:rPr>
            <w:color w:val="0000EE"/>
            <w:u w:val="single"/>
          </w:rPr>
          <w:t>https://www.malmopride.com/program2026/pride-heart-template-zxyzy</w:t>
        </w:r>
      </w:hyperlink>
      <w:r>
        <w:t xml:space="preserve"> - PRIDE HEART: THE BXTCH &amp; THE BXTCH is a Malmö-based queer DJ duo, THAI.Q and DenXBella, known for their vibrant house music sets. They have performed at various venues, including Malmö Pride events, contributing to the city's dynamic LGBTQIA+ nightlife scene.</w:t>
      </w:r>
      <w:r/>
    </w:p>
    <w:p>
      <w:pPr>
        <w:pStyle w:val="ListNumber"/>
        <w:spacing w:line="240" w:lineRule="auto"/>
        <w:ind w:left="720"/>
      </w:pPr>
      <w:r/>
      <w:hyperlink r:id="rId11">
        <w:r>
          <w:rPr>
            <w:color w:val="0000EE"/>
            <w:u w:val="single"/>
          </w:rPr>
          <w:t>https://se.headtopics.com/news/dragqueens-vagrades-taxi-nu-gor-malmo-pride-en-lista-med-89225034</w:t>
        </w:r>
      </w:hyperlink>
      <w:r>
        <w:t xml:space="preserve"> - Malmö Pride is creating a list of taxi drivers considered safe for LGBTQIA+ individuals after incidents where drag queens were denied rides. The initiative aims to address discrimination and improve safety for the community during taxi journeys.</w:t>
      </w:r>
      <w:r/>
    </w:p>
    <w:p>
      <w:pPr>
        <w:pStyle w:val="ListNumber"/>
        <w:spacing w:line="240" w:lineRule="auto"/>
        <w:ind w:left="720"/>
      </w:pPr>
      <w:r/>
      <w:hyperlink r:id="rId15">
        <w:r>
          <w:rPr>
            <w:color w:val="0000EE"/>
            <w:u w:val="single"/>
          </w:rPr>
          <w:t>https://en.wikipedia.org/wiki/Homobiles</w:t>
        </w:r>
      </w:hyperlink>
      <w:r>
        <w:t xml:space="preserve"> - Homobiles is a San Francisco-based nonprofit organisation founded in 2011, providing rides primarily to the LGBTQIA+ community on a pay-what-you-can model. Established as an alternative to traditional taxi services, Homobiles aims to counter discrimination against drag queens, transgender riders, and other LGBTQIA+ individuals.</w:t>
      </w:r>
      <w:r/>
    </w:p>
    <w:p>
      <w:pPr>
        <w:pStyle w:val="ListNumber"/>
        <w:spacing w:line="240" w:lineRule="auto"/>
        <w:ind w:left="720"/>
      </w:pPr>
      <w:r/>
      <w:hyperlink r:id="rId13">
        <w:r>
          <w:rPr>
            <w:color w:val="0000EE"/>
            <w:u w:val="single"/>
          </w:rPr>
          <w:t>https://nltimes.nl/2021/08/10/uber-driver-refused-pick-drag-queen-pride-amsterdam</w:t>
        </w:r>
      </w:hyperlink>
      <w:r>
        <w:t xml:space="preserve"> - During Pride Amsterdam in 2021, drag queen Slet Lana was twice refused rides by Uber drivers. Similar incidents occurred with other drag queens, highlighting ongoing discrimination within the taxi industry. Uber investigated the complaints, suspending the involved drivers and emphasising a zero-tolerance policy towards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ftonbladet.se/nyheter/a/xl68nQ/malmo-dragqueens-nekades-taxi-pride-agerar-med-lista?utm_medium=rss" TargetMode="External"/><Relationship Id="rId10" Type="http://schemas.openxmlformats.org/officeDocument/2006/relationships/hyperlink" Target="https://oberoendenyheter.se/nyheter/malmo-pride-agerar-efter-att-dragqueens-nekats-taxiresa" TargetMode="External"/><Relationship Id="rId11" Type="http://schemas.openxmlformats.org/officeDocument/2006/relationships/hyperlink" Target="https://se.headtopics.com/news/dragqueens-vagrades-taxi-nu-gor-malmo-pride-en-lista-med-89225034" TargetMode="External"/><Relationship Id="rId12" Type="http://schemas.openxmlformats.org/officeDocument/2006/relationships/hyperlink" Target="https://www.malmopride.com/pinkwashing-policy" TargetMode="External"/><Relationship Id="rId13" Type="http://schemas.openxmlformats.org/officeDocument/2006/relationships/hyperlink" Target="https://nltimes.nl/2021/08/10/uber-driver-refused-pick-drag-queen-pride-amsterdam" TargetMode="External"/><Relationship Id="rId14" Type="http://schemas.openxmlformats.org/officeDocument/2006/relationships/hyperlink" Target="https://www.malmopride.com/program2026/pride-heart-template-zxyzy" TargetMode="External"/><Relationship Id="rId15" Type="http://schemas.openxmlformats.org/officeDocument/2006/relationships/hyperlink" Target="https://en.wikipedia.org/wiki/Homobi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