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Kansas Senate candidate Adam Hamilton offers a kinder answer on trans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heard a strikingly humane response when Kansas Senate candidate Adam Hamilton was asked about transgender rights during a KMBC interview. The pastor admitted he doesn't know everything about trans lives, but said that uncertainty isn't an excuse for cruelty. His message has resonated well beyond the interview, as campaign politics continues to shape LGBTQ+ lives.</w:t>
      </w:r>
      <w:r/>
    </w:p>
    <w:p>
      <w:pPr>
        <w:pStyle w:val="Heading2"/>
      </w:pPr>
      <w:r>
        <w:t>Essential Takeaways</w:t>
      </w:r>
      <w:r/>
      <w:r/>
    </w:p>
    <w:p>
      <w:pPr>
        <w:pStyle w:val="ListBullet"/>
        <w:spacing w:line="240" w:lineRule="auto"/>
        <w:ind w:left="720"/>
      </w:pPr>
      <w:r/>
      <w:r>
        <w:rPr>
          <w:b/>
        </w:rPr>
        <w:t>Hamilton's message:</w:t>
      </w:r>
      <w:r>
        <w:t xml:space="preserve"> He said transgender people shouldn't be bullied, targeted or treated as a campaign prop.</w:t>
      </w:r>
      <w:r/>
    </w:p>
    <w:p>
      <w:pPr>
        <w:pStyle w:val="ListBullet"/>
        <w:spacing w:line="240" w:lineRule="auto"/>
        <w:ind w:left="720"/>
      </w:pPr>
      <w:r/>
      <w:r>
        <w:rPr>
          <w:b/>
        </w:rPr>
        <w:t>Faith at the centre:</w:t>
      </w:r>
      <w:r>
        <w:t xml:space="preserve"> The pastor framed his position around Jesus's instruction to love your neighbour.</w:t>
      </w:r>
      <w:r/>
    </w:p>
    <w:p>
      <w:pPr>
        <w:pStyle w:val="ListBullet"/>
        <w:spacing w:line="240" w:lineRule="auto"/>
        <w:ind w:left="720"/>
      </w:pPr>
      <w:r/>
      <w:r>
        <w:rPr>
          <w:b/>
        </w:rPr>
        <w:t>A red-state contrast:</w:t>
      </w:r>
      <w:r>
        <w:t xml:space="preserve"> His answer stood out in a political climate where trans rights remain a frequent flashpoint.</w:t>
      </w:r>
      <w:r/>
    </w:p>
    <w:p>
      <w:pPr>
        <w:pStyle w:val="ListBullet"/>
        <w:spacing w:line="240" w:lineRule="auto"/>
        <w:ind w:left="720"/>
      </w:pPr>
      <w:r/>
      <w:r>
        <w:rPr>
          <w:b/>
        </w:rPr>
        <w:t>Why it matters:</w:t>
      </w:r>
      <w:r>
        <w:t xml:space="preserve"> The response offers a reminder that basic decency can be a meaningful political position.</w:t>
      </w:r>
      <w:r/>
    </w:p>
    <w:p>
      <w:pPr>
        <w:pStyle w:val="ListBullet"/>
        <w:spacing w:line="240" w:lineRule="auto"/>
        <w:ind w:left="720"/>
      </w:pPr>
      <w:r/>
      <w:r>
        <w:rPr>
          <w:b/>
        </w:rPr>
        <w:t>Practical context:</w:t>
      </w:r>
      <w:r>
        <w:t xml:space="preserve"> Kansas voters are weighing Hamilton alongside Republican incumbent Roger Marshall in the 2026 Senate race.</w:t>
      </w:r>
      <w:r/>
      <w:r/>
    </w:p>
    <w:p>
      <w:pPr>
        <w:pStyle w:val="Heading2"/>
      </w:pPr>
      <w:r>
        <w:t>A simple answer landed with unusual force</w:t>
      </w:r>
      <w:r/>
    </w:p>
    <w:p>
      <w:r/>
      <w:r>
        <w:t>The question was familiar: where does a candidate stand on transgender rights? The answer was less predictable. During a live conversation with KMBC, Adam Hamilton said he didn't understand everything about transgender people, but he did understand that singling out a small group for bullying and harm was wrong.</w:t>
      </w:r>
      <w:r/>
    </w:p>
    <w:p>
      <w:r/>
      <w:r>
        <w:t>That plain-spoken honesty gave the response its weight. Rather than reaching for a carefully engineered phrase, Hamilton returned to a straightforward moral argument: people deserve to be treated humanely. KMBC's interview coverage placed the exchange within a broader look at his Senate campaign and political outlook.</w:t>
      </w:r>
      <w:r/>
    </w:p>
    <w:p>
      <w:r/>
      <w:r>
        <w:t>For many viewers, there's something quietly powerful about a politician refusing to turn an already vulnerable community into a debating exercise. It isn't flashy, but it is the sort of answer that tends to linger.</w:t>
      </w:r>
      <w:r/>
    </w:p>
    <w:p>
      <w:pPr>
        <w:pStyle w:val="Heading2"/>
      </w:pPr>
      <w:r>
        <w:t>Hamilton's faith shapes his defence</w:t>
      </w:r>
      <w:r/>
    </w:p>
    <w:p>
      <w:r/>
      <w:r>
        <w:t>Hamilton is a pastor, and he made no attempt to separate that part of his life from his politics. He referred to Jesus's commandment to love one's neighbour, applying that principle to transgender people as well as straight, male and female voters.</w:t>
      </w:r>
      <w:r/>
    </w:p>
    <w:p>
      <w:r/>
      <w:r>
        <w:t>That framing matters because religious language is often used in arguments against LGBTQ+ rights. Hamilton's response turns the emphasis elsewhere, towards compassion rather than condemnation. His public profile as an Overland Park pastor has been part of the story of his political emergence, according to KMBC's earlier reporting.</w:t>
      </w:r>
      <w:r/>
    </w:p>
    <w:p>
      <w:r/>
      <w:r>
        <w:t>Of course, one interview doesn't answer every question about a candidate's record or future votes. But it does reveal a political instinct, and Hamilton's instinct here was to resist dehumanisation.</w:t>
      </w:r>
      <w:r/>
    </w:p>
    <w:p>
      <w:pPr>
        <w:pStyle w:val="Heading2"/>
      </w:pPr>
      <w:r>
        <w:t>Why the red-state setting matters</w:t>
      </w:r>
      <w:r/>
    </w:p>
    <w:p>
      <w:r/>
      <w:r>
        <w:t>The reaction was swift partly because Hamilton is running as a Democrat in Kansas, a state where Republican candidates have generally held the advantage in statewide politics. KMBC has reported on his campaign in the context of a Senate contest that also includes Republican incumbent Roger Marshall.</w:t>
      </w:r>
      <w:r/>
    </w:p>
    <w:p>
      <w:r/>
      <w:r>
        <w:t>That backdrop helps explain why the clip travelled so widely online. Supporters saw a red-state Democrat speaking clearly about trans people without hedging, while others welcomed a rare example of faith being used to defend dignity. The Human Rights Campaign reposted the video with a short message of thanks.</w:t>
      </w:r>
      <w:r/>
    </w:p>
    <w:p>
      <w:r/>
      <w:r>
        <w:t>Kansas's political debate has also unfolded alongside disputes over new transgender restrictions in Kansas and Missouri. KMBC's coverage of those measures shows why a candidate's language can feel more consequential than a routine campaign answer: policy arguments eventually reach schools, families, workplaces and healthcare decisions.</w:t>
      </w:r>
      <w:r/>
    </w:p>
    <w:p>
      <w:pPr>
        <w:pStyle w:val="Heading2"/>
      </w:pPr>
      <w:r>
        <w:t>A useful test for political promises</w:t>
      </w:r>
      <w:r/>
    </w:p>
    <w:p>
      <w:r/>
      <w:r>
        <w:t>There is a difference between expressing sympathy and explaining what a politician would actually do. Voters considering Hamilton should still look for details on legislation, healthcare access, anti-discrimination protections and how he would respond to pressure from his own party.</w:t>
      </w:r>
      <w:r/>
    </w:p>
    <w:p>
      <w:r/>
      <w:r>
        <w:t>Still, tone isn't trivial. When public figures describe a minority group as a problem to be solved, that language can make hostility feel acceptable. Hamilton's refusal to join that pattern offers a useful standard for judging other candidates: do they discuss trans people as neighbours and constituents, or merely as polling points?</w:t>
      </w:r>
      <w:r/>
    </w:p>
    <w:p>
      <w:r/>
      <w:r>
        <w:t>That may be why the answer connected so quickly. People are tired of watching politicians treat dignity as a tactical calculation, especially when the consequences land on people with the least power.</w:t>
      </w:r>
      <w:r/>
    </w:p>
    <w:p>
      <w:pPr>
        <w:pStyle w:val="Heading2"/>
      </w:pPr>
      <w:r>
        <w:t>The conversation is likely to continue</w:t>
      </w:r>
      <w:r/>
    </w:p>
    <w:p>
      <w:r/>
      <w:r>
        <w:t>Hamilton's answer won't settle Kansas's Senate race, and it doesn't erase the difficult political battles ahead. But it has sharpened the contrast between a candidate who speaks in moral terms and a debate often dominated by slogans, outrage and electoral arithmetic.</w:t>
      </w:r>
      <w:r/>
    </w:p>
    <w:p>
      <w:r/>
      <w:r>
        <w:t>For trans voters and their families, the larger question remains practical: which candidates will defend their rights when a bill reaches the floor, not just when a camera is rolling? Hamilton has offered one clear answer on principle. Now voters will be watching for the policy to match.</w:t>
      </w:r>
      <w:r/>
    </w:p>
    <w:p>
      <w:r/>
      <w:r>
        <w:t>A little humanity shouldn't feel remarkable, but in today's politics, it still does.</w:t>
      </w:r>
      <w:r/>
    </w:p>
    <w:p>
      <w:pPr>
        <w:pStyle w:val="Heading2"/>
      </w:pPr>
      <w:r>
        <w:t>Closing Line</w:t>
      </w:r>
      <w:r/>
    </w:p>
    <w:p>
      <w:r/>
      <w:r>
        <w:t>A decent answer won't solve everything, but it can show what political courage looks like.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5">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[6]</w:t>
        </w:r>
      </w:hyperlink>
      <w:r>
        <w:t xml:space="preserve">- Paragraph 6: </w:t>
      </w:r>
      <w:hyperlink r:id="rId14">
        <w:r>
          <w:rPr>
            <w:color w:val="0000EE"/>
            <w:u w:val="single"/>
          </w:rPr>
          <w:t>[4]</w:t>
        </w:r>
      </w:hyperlink>
      <w:r>
        <w:t xml:space="preserve">, </w:t>
      </w:r>
      <w:hyperlink r:id="rId15">
        <w:r>
          <w:rPr>
            <w:color w:val="0000EE"/>
            <w:u w:val="single"/>
          </w:rPr>
          <w:t>[5]</w:t>
        </w:r>
      </w:hyperlink>
      <w:r>
        <w:t xml:space="preserve">- Paragraph 7: </w:t>
      </w:r>
      <w:hyperlink r:id="rId12">
        <w:r>
          <w:rPr>
            <w:color w:val="0000EE"/>
            <w:u w:val="single"/>
          </w:rPr>
          <w:t>[6]</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5">
        <w:r>
          <w:rPr>
            <w:color w:val="0000EE"/>
            <w:u w:val="single"/>
          </w:rPr>
          <w:t>[5]</w:t>
        </w:r>
      </w:hyperlink>
      <w:r>
        <w:t xml:space="preserve">, </w:t>
      </w:r>
      <w:hyperlink r:id="rId12">
        <w:r>
          <w:rPr>
            <w:color w:val="0000EE"/>
            <w:u w:val="single"/>
          </w:rPr>
          <w:t>[6]</w:t>
        </w:r>
      </w:hyperlink>
      <w:r>
        <w:t xml:space="preserve">- Paragraph 10: </w:t>
      </w:r>
      <w:hyperlink r:id="rId10">
        <w:r>
          <w:rPr>
            <w:color w:val="0000EE"/>
            <w:u w:val="single"/>
          </w:rPr>
          <w:t>[2]</w:t>
        </w:r>
      </w:hyperlink>
      <w:r>
        <w:t xml:space="preserve">, </w:t>
      </w:r>
      <w:hyperlink r:id="rId14">
        <w:r>
          <w:rPr>
            <w:color w:val="0000EE"/>
            <w:u w:val="single"/>
          </w:rPr>
          <w:t>[4]</w:t>
        </w:r>
      </w:hyperlink>
      <w:r>
        <w:t xml:space="preserve">- Paragraph 11: </w:t>
      </w:r>
      <w:hyperlink r:id="rId11">
        <w:r>
          <w:rPr>
            <w:color w:val="0000EE"/>
            <w:u w:val="single"/>
          </w:rPr>
          <w:t>[3]</w:t>
        </w:r>
      </w:hyperlink>
      <w:r>
        <w:t xml:space="preserve">, </w:t>
      </w:r>
      <w:hyperlink r:id="rId15">
        <w:r>
          <w:rPr>
            <w:color w:val="0000EE"/>
            <w:u w:val="single"/>
          </w:rPr>
          <w:t>[5]</w:t>
        </w:r>
      </w:hyperlink>
      <w:r>
        <w:t xml:space="preserve">- Paragraph 12: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https://www.lgbtqnation.com/2026/10/red-state-democrat-praised-for-excellent-response-to-trans-rights-question-god-bless-this-man/</w:t>
        </w:r>
      </w:hyperlink>
      <w:r>
        <w:t xml:space="preserve"> - Please view link - unable to able to access data</w:t>
      </w:r>
      <w:r/>
    </w:p>
    <w:p>
      <w:pPr>
        <w:pStyle w:val="ListNumber"/>
        <w:spacing w:line="240" w:lineRule="auto"/>
        <w:ind w:left="720"/>
      </w:pPr>
      <w:r/>
      <w:hyperlink r:id="rId10">
        <w:r>
          <w:rPr>
            <w:color w:val="0000EE"/>
            <w:u w:val="single"/>
          </w:rPr>
          <w:t>https://www.kmbc.com/article/one-on-one-with-democratic-kansas-us-senate-candidate-adam-hamilton/74230027</w:t>
        </w:r>
      </w:hyperlink>
      <w:r>
        <w:t xml:space="preserve"> - In an exclusive interview with KMBC 9 News, Democratic Kansas U.S. Senate candidate Adam Hamilton discusses his policy ideas, the intersection of faith and politics, and the issues that matter to Kansans. Hamilton, a United Methodist pastor, shares his vision for the state and addresses questions about his candidacy and campaign priorities.</w:t>
      </w:r>
      <w:r/>
    </w:p>
    <w:p>
      <w:pPr>
        <w:pStyle w:val="ListNumber"/>
        <w:spacing w:line="240" w:lineRule="auto"/>
        <w:ind w:left="720"/>
      </w:pPr>
      <w:r/>
      <w:hyperlink r:id="rId11">
        <w:r>
          <w:rPr>
            <w:color w:val="0000EE"/>
            <w:u w:val="single"/>
          </w:rPr>
          <w:t>https://www.kmbc.com/article/overland-park-pastor-adam-hamilton-democrat-congress-senate/71176043</w:t>
        </w:r>
      </w:hyperlink>
      <w:r>
        <w:t xml:space="preserve"> - Adam Hamilton, the founding pastor of one of the nation’s largest United Methodist congregations, has filed to run for the United States Senate as a Democrat. Initially considering an independent run, Hamilton decided to join the Democratic Party, citing the need to bridge political divides and work across party lines for better solutions.</w:t>
      </w:r>
      <w:r/>
    </w:p>
    <w:p>
      <w:pPr>
        <w:pStyle w:val="ListNumber"/>
        <w:spacing w:line="240" w:lineRule="auto"/>
        <w:ind w:left="720"/>
      </w:pPr>
      <w:r/>
      <w:hyperlink r:id="rId14">
        <w:r>
          <w:rPr>
            <w:color w:val="0000EE"/>
            <w:u w:val="single"/>
          </w:rPr>
          <w:t>https://www.kmbc.com/article/overland-park-pastor-adam-hamilton-exploring-independent-run-for-congress/70566070</w:t>
        </w:r>
      </w:hyperlink>
      <w:r>
        <w:t xml:space="preserve"> - Overland Park pastor Adam Hamilton is exploring an independent run for the U.S. Senate. He plans to spend five weeks assessing the viability of a campaign and gauging support, aiming to build a coalition of moderate Democrats and Republicans to bridge political divides and work together for better solutions.</w:t>
      </w:r>
      <w:r/>
    </w:p>
    <w:p>
      <w:pPr>
        <w:pStyle w:val="ListNumber"/>
        <w:spacing w:line="240" w:lineRule="auto"/>
        <w:ind w:left="720"/>
      </w:pPr>
      <w:r/>
      <w:hyperlink r:id="rId15">
        <w:r>
          <w:rPr>
            <w:color w:val="0000EE"/>
            <w:u w:val="single"/>
          </w:rPr>
          <w:t>https://www.kmbc.com/article/roger-marshall-adam-hamilton-kansas-senate-race-2026/73417966</w:t>
        </w:r>
      </w:hyperlink>
      <w:r>
        <w:t xml:space="preserve"> - Incumbent Senator Roger Marshall and challenger Reverend Adam Hamilton are actively campaigning across Johnson County as the Kansas Senate race intensifies. Hamilton emphasizes the importance of treating others with compassion and working across party lines, while Marshall focuses on policy issues pertinent to the state's economy and healthcare.</w:t>
      </w:r>
      <w:r/>
    </w:p>
    <w:p>
      <w:pPr>
        <w:pStyle w:val="ListNumber"/>
        <w:spacing w:line="240" w:lineRule="auto"/>
        <w:ind w:left="720"/>
      </w:pPr>
      <w:r/>
      <w:hyperlink r:id="rId12">
        <w:r>
          <w:rPr>
            <w:color w:val="0000EE"/>
            <w:u w:val="single"/>
          </w:rPr>
          <w:t>https://www.kmbc.com/article/privacy-politics-confusion-grows-over-new-transgender-restrictions-in-ks-and-mo/70640907</w:t>
        </w:r>
      </w:hyperlink>
      <w:r>
        <w:t xml:space="preserve"> - New legislation targeting transgender individuals in Kansas and Missouri has led to confusion and legal challenges. Experts discuss the implications of these laws and the growing concerns within the transgender community regarding their rights and protections.</w:t>
      </w:r>
      <w:r/>
    </w:p>
    <w:p>
      <w:pPr>
        <w:pStyle w:val="ListNumber"/>
        <w:spacing w:line="240" w:lineRule="auto"/>
        <w:ind w:left="720"/>
      </w:pPr>
      <w:r/>
      <w:hyperlink r:id="rId13">
        <w:r>
          <w:rPr>
            <w:color w:val="0000EE"/>
            <w:u w:val="single"/>
          </w:rPr>
          <w:t>https://www.kmbc.com/heart-of-the-matter</w:t>
        </w:r>
      </w:hyperlink>
      <w:r>
        <w:t xml:space="preserve"> - KMBC's 'Heart of the Matter' segment features in-depth discussions on various political and social issues affecting the Kansas City area. Recent episodes include interviews with political candidates, analyses of legislative developments, and explorations of community concerns.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red-state-democrat-praised-for-excellent-response-to-trans-rights-question-god-bless-this-man/" TargetMode="External"/><Relationship Id="rId10" Type="http://schemas.openxmlformats.org/officeDocument/2006/relationships/hyperlink" Target="https://www.kmbc.com/article/one-on-one-with-democratic-kansas-us-senate-candidate-adam-hamilton/74230027" TargetMode="External"/><Relationship Id="rId11" Type="http://schemas.openxmlformats.org/officeDocument/2006/relationships/hyperlink" Target="https://www.kmbc.com/article/overland-park-pastor-adam-hamilton-democrat-congress-senate/71176043" TargetMode="External"/><Relationship Id="rId12" Type="http://schemas.openxmlformats.org/officeDocument/2006/relationships/hyperlink" Target="https://www.kmbc.com/article/privacy-politics-confusion-grows-over-new-transgender-restrictions-in-ks-and-mo/70640907" TargetMode="External"/><Relationship Id="rId13" Type="http://schemas.openxmlformats.org/officeDocument/2006/relationships/hyperlink" Target="https://www.kmbc.com/heart-of-the-matter" TargetMode="External"/><Relationship Id="rId14" Type="http://schemas.openxmlformats.org/officeDocument/2006/relationships/hyperlink" Target="https://www.kmbc.com/article/overland-park-pastor-adam-hamilton-exploring-independent-run-for-congress/70566070" TargetMode="External"/><Relationship Id="rId15" Type="http://schemas.openxmlformats.org/officeDocument/2006/relationships/hyperlink" Target="https://www.kmbc.com/article/roger-marshall-adam-hamilton-kansas-senate-race-2026/7341796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