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Bruce Cohen honoured with GLAAD Vito Russo Award for LGBTQ advocacy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GLAAD has honoured Oscar- and Tony-winning producer Bruce Cohen at its New York Gala, recognising a career built around LGBTQ storytelling and equality. Presented by Ariana DeBose and Cohen’s daughter Ilaria, the Vito Russo Award celebrated his cultural impact, while Cohen used the evening to urge solidarity with transgender people.</w:t>
      </w:r>
      <w:r/>
    </w:p>
    <w:p>
      <w:pPr>
        <w:pStyle w:val="Heading2"/>
      </w:pPr>
      <w:r>
        <w:t>Essential Takeaways</w:t>
      </w:r>
      <w:r/>
      <w:r/>
    </w:p>
    <w:p>
      <w:pPr>
        <w:pStyle w:val="ListBullet"/>
        <w:spacing w:line="240" w:lineRule="auto"/>
        <w:ind w:left="720"/>
      </w:pPr>
      <w:r/>
      <w:r>
        <w:rPr>
          <w:b/>
        </w:rPr>
        <w:t>A major honour:</w:t>
      </w:r>
      <w:r>
        <w:t xml:space="preserve"> Cohen received GLAAD’s Vito Russo Award for outstanding contributions to LGBTQ equality.</w:t>
      </w:r>
      <w:r/>
    </w:p>
    <w:p>
      <w:pPr>
        <w:pStyle w:val="ListBullet"/>
        <w:spacing w:line="240" w:lineRule="auto"/>
        <w:ind w:left="720"/>
      </w:pPr>
      <w:r/>
      <w:r>
        <w:rPr>
          <w:b/>
        </w:rPr>
        <w:t>A personal presentation:</w:t>
      </w:r>
      <w:r>
        <w:t xml:space="preserve"> Ariana DeBose and Cohen’s daughter Ilaria presented the award in New York.</w:t>
      </w:r>
      <w:r/>
    </w:p>
    <w:p>
      <w:pPr>
        <w:pStyle w:val="ListBullet"/>
        <w:spacing w:line="240" w:lineRule="auto"/>
        <w:ind w:left="720"/>
      </w:pPr>
      <w:r/>
      <w:r>
        <w:rPr>
          <w:b/>
        </w:rPr>
        <w:t>A film with a mission:</w:t>
      </w:r>
      <w:r>
        <w:t xml:space="preserve"> Cohen recalled how making </w:t>
      </w:r>
      <w:r>
        <w:rPr>
          <w:i/>
        </w:rPr>
        <w:t>Milk</w:t>
      </w:r>
      <w:r>
        <w:t xml:space="preserve"> became a drive to preserve Harvey Milk’s legacy.</w:t>
      </w:r>
      <w:r/>
    </w:p>
    <w:p>
      <w:pPr>
        <w:pStyle w:val="ListBullet"/>
        <w:spacing w:line="240" w:lineRule="auto"/>
        <w:ind w:left="720"/>
      </w:pPr>
      <w:r/>
      <w:r>
        <w:rPr>
          <w:b/>
        </w:rPr>
        <w:t>A clear call to action:</w:t>
      </w:r>
      <w:r>
        <w:t xml:space="preserve"> He urged LGBTQ communities and allies to defend transgender people as elections approach.</w:t>
      </w:r>
      <w:r/>
    </w:p>
    <w:p>
      <w:pPr>
        <w:pStyle w:val="ListBullet"/>
        <w:spacing w:line="240" w:lineRule="auto"/>
        <w:ind w:left="720"/>
      </w:pPr>
      <w:r/>
      <w:r>
        <w:rPr>
          <w:b/>
        </w:rPr>
        <w:t>A lively gala:</w:t>
      </w:r>
      <w:r>
        <w:t xml:space="preserve"> Anika Noni Rose and Alex Newell provided standout musical performances during the fundraiser.</w:t>
      </w:r>
      <w:r/>
      <w:r/>
    </w:p>
    <w:p>
      <w:pPr>
        <w:pStyle w:val="Heading2"/>
      </w:pPr>
      <w:r>
        <w:t>Bruce Cohen’s award recognised more than a trophy shelf</w:t>
      </w:r>
      <w:r/>
    </w:p>
    <w:p>
      <w:r/>
      <w:r>
        <w:t>The room at GLAAD’s New York Gala had plenty of star power, but the evening’s emotional centre was Bruce Cohen. The acclaimed producer, whose credits include Oscar and Tony-winning work, accepted the Vito Russo Award for sustained advocacy and storytelling that has helped bring LGBTQ lives into the mainstream.</w:t>
      </w:r>
      <w:r/>
    </w:p>
    <w:p>
      <w:r/>
      <w:r>
        <w:t>According to BroadwayWorld, the honour places Cohen among figures whose entertainment careers have carried a clear social purpose. That distinction mattered because, as his daughter Ilaria explained, he isn't motivated primarily by awards or industry status. His focus, she said, is advocating for the LGBTQ community.</w:t>
      </w:r>
      <w:r/>
    </w:p>
    <w:p>
      <w:pPr>
        <w:pStyle w:val="Heading2"/>
      </w:pPr>
      <w:r>
        <w:t>Ariana DeBose brought a personal note</w:t>
      </w:r>
      <w:r/>
    </w:p>
    <w:p>
      <w:r/>
      <w:r>
        <w:t>Ariana DeBose presented the award alongside Ilaria, adding a particularly warm memory to the tribute. She recalled meeting Cohen at a march for equality, where his optimism and energy stood out even in a politically charged setting.</w:t>
      </w:r>
      <w:r/>
    </w:p>
    <w:p>
      <w:r/>
      <w:r>
        <w:t>Fashion Week Daily reported that the gala drew a broad mix of entertainment, fashion and media names. DeBose's remarks also underlined the wider reach of Cohen's activism, which she described as connected to the defence of everyone's freedoms, not only LGBTQ rights in isolation.</w:t>
      </w:r>
      <w:r/>
    </w:p>
    <w:p>
      <w:r/>
      <w:r>
        <w:t>That intersectional message gave the presentation extra weight. Advocacy can sound abstract from a stage, but a story about meeting someone on a march makes it feel immediate, human and recognisable.</w:t>
      </w:r>
      <w:r/>
    </w:p>
    <w:p>
      <w:pPr>
        <w:pStyle w:val="Heading2"/>
      </w:pPr>
      <w:r>
        <w:t xml:space="preserve">Why </w:t>
      </w:r>
      <w:r>
        <w:rPr>
          <w:i/>
        </w:rPr>
        <w:t>Milk</w:t>
      </w:r>
      <w:r>
        <w:t xml:space="preserve"> became a “sacred mission”</w:t>
      </w:r>
      <w:r/>
    </w:p>
    <w:p>
      <w:r/>
      <w:r>
        <w:t xml:space="preserve">Cohen's most revealing reflections came from the making of </w:t>
      </w:r>
      <w:r>
        <w:rPr>
          <w:i/>
        </w:rPr>
        <w:t>Milk</w:t>
      </w:r>
      <w:r>
        <w:t>, the acclaimed biopic about gay rights leader Harvey Milk. While scouting locations in San Francisco with director Gus Van Sant, writer Dustin Lance Black and producing partner Dan Jinks, he encountered three gay teenagers who didn't know who Milk was, despite standing in Harvey Milk Plaza.</w:t>
      </w:r>
      <w:r/>
    </w:p>
    <w:p>
      <w:r/>
      <w:r>
        <w:t xml:space="preserve">GayCities reported on the gala's high-profile guest list and the evening's focus on Cohen's contribution to LGBTQ culture. That story from the </w:t>
      </w:r>
      <w:r>
        <w:rPr>
          <w:i/>
        </w:rPr>
        <w:t>Milk</w:t>
      </w:r>
      <w:r>
        <w:t xml:space="preserve"> production offered the clearest explanation of his creative motivation: the film wasn't simply another historical drama, but a way to keep a vital figure and movement from fading from public memory.</w:t>
      </w:r>
      <w:r/>
    </w:p>
    <w:p>
      <w:r/>
      <w:r>
        <w:t>It also says something lasting about popular culture. A film can entertain, but it can also become a first lesson in history for people who haven't yet found their way to the archives.</w:t>
      </w:r>
      <w:r/>
    </w:p>
    <w:p>
      <w:pPr>
        <w:pStyle w:val="Heading2"/>
      </w:pPr>
      <w:r>
        <w:t>Cohen’s message to stand with trans people</w:t>
      </w:r>
      <w:r/>
    </w:p>
    <w:p>
      <w:r/>
      <w:r>
        <w:t>Accepting the award, Cohen turned from the past to the political present. He urged the LGBTQ community to stand especially firmly with transgender people as elections draw closer, arguing that attacks on one part of the community ultimately threaten everyone.</w:t>
      </w:r>
      <w:r/>
    </w:p>
    <w:p>
      <w:r/>
      <w:r>
        <w:t>The message was direct rather than polished for comfort. Cohen pointed guests towards GLAAD's voting resources and HandsOffOurVote.net, encouraging practical engagement alongside solidarity. JQJO's event coverage also highlighted the gala's role in supporting GLAAD's wider media and advocacy work.</w:t>
      </w:r>
      <w:r/>
    </w:p>
    <w:p>
      <w:r/>
      <w:r>
        <w:t>For supporters wondering what allyship looks like beyond a social-media post, the advice is fairly simple: stay informed, vote, listen to trans voices and resist attempts to divide communities into more convenient targets.</w:t>
      </w:r>
      <w:r/>
    </w:p>
    <w:p>
      <w:pPr>
        <w:pStyle w:val="Heading2"/>
      </w:pPr>
      <w:r>
        <w:t>Music and glamour kept the celebration moving</w:t>
      </w:r>
      <w:r/>
    </w:p>
    <w:p>
      <w:r/>
      <w:r>
        <w:t xml:space="preserve">The gala wasn't all speeches and serious reflection. Anika Noni Rose performed Dolly Parton's </w:t>
      </w:r>
      <w:r>
        <w:rPr>
          <w:i/>
        </w:rPr>
        <w:t>Here You Come Again</w:t>
      </w:r>
      <w:r>
        <w:t xml:space="preserve"> during a tribute to the LGBTQ ally, while Alex Newell delivered </w:t>
      </w:r>
      <w:r>
        <w:rPr>
          <w:i/>
        </w:rPr>
        <w:t>Independently Owned</w:t>
      </w:r>
      <w:r>
        <w:t xml:space="preserve"> from </w:t>
      </w:r>
      <w:r>
        <w:rPr>
          <w:i/>
        </w:rPr>
        <w:t>Shucked</w:t>
      </w:r>
      <w:r>
        <w:t>.</w:t>
      </w:r>
      <w:r/>
    </w:p>
    <w:p>
      <w:r/>
      <w:r>
        <w:t>BroadwayWorld's preview coverage pointed to the event's strong theatrical line-up, and the finished evening appears to have delivered on that promise. With guests including Frankie Grande, Margaret Cho, Peppermint and Jon Cryer, the fundraiser combined red-carpet sparkle with a firm political purpose.</w:t>
      </w:r>
      <w:r/>
    </w:p>
    <w:p>
      <w:r/>
      <w:r>
        <w:t>That balance is part of the appeal of a GLAAD gala. There's glamour, certainly, but the night works best when the applause leads somewhere useful, supporting the organisation's efforts to improve LGBTQ representation across media.</w:t>
      </w:r>
      <w:r/>
    </w:p>
    <w:p>
      <w:r/>
      <w:r>
        <w:t>Cohen's award made the point neatly: stories matter, but so does what people do after the credits roll.</w:t>
      </w:r>
      <w:r/>
    </w:p>
    <w:p>
      <w:r/>
      <w:r>
        <w:t>A celebrated career can open the door, but solidarity keeps the work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https://glaad.org/bruce-cohen-presented-with-glaads-vito-russo-award-at-nyc-gala/</w:t>
        </w:r>
      </w:hyperlink>
      <w:r>
        <w:t xml:space="preserve"> - Please view link - unable to able to access data</w:t>
      </w:r>
      <w:r/>
    </w:p>
    <w:p>
      <w:pPr>
        <w:pStyle w:val="ListNumber"/>
        <w:spacing w:line="240" w:lineRule="auto"/>
        <w:ind w:left="720"/>
      </w:pPr>
      <w:r/>
      <w:hyperlink r:id="rId10">
        <w:r>
          <w:rPr>
            <w:color w:val="0000EE"/>
            <w:u w:val="single"/>
          </w:rPr>
          <w:t>https://www.broadwayworld.com/article/Bruce-Cohen-Honored-With-Vito-Russo-Award-at-GLAADs-New-York-Gala-20261024</w:t>
        </w:r>
      </w:hyperlink>
      <w:r>
        <w:t xml:space="preserve"> - At its New York Gala, GLAAD honoured acclaimed producer Bruce Cohen—an Oscar and Tony winner and Emmy nominee—with the prestigious Vito Russo Award, celebrated for exceptional contributions to LGBTQ equality. The Vito Russo Award, named in honour of GLAAD's co-founder—the celebrated LGBTQ film historian and ACT UP co-founder, was presented to Cohen by Oscar-winning actress Ariana DeBose and Bruce's daughter Ilaria. The event also featured memorable live musical appearances including Tony Award winner Anika Noni Rose who performed Dolly Parton’s “Here You Come Again” during a moving tribute to the LGBTQ ally, and a standout live performance of “Independently Owned” from “Shucked” by Tony, Drama Desk, and Outer Critics Circle Award winner Alex Newell.</w:t>
      </w:r>
      <w:r/>
    </w:p>
    <w:p>
      <w:pPr>
        <w:pStyle w:val="ListNumber"/>
        <w:spacing w:line="240" w:lineRule="auto"/>
        <w:ind w:left="720"/>
      </w:pPr>
      <w:r/>
      <w:hyperlink r:id="rId12">
        <w:r>
          <w:rPr>
            <w:color w:val="0000EE"/>
            <w:u w:val="single"/>
          </w:rPr>
          <w:t>https://www.broadwayworld.com/industry/article/Ariana-DeBose-Alex-Newell-and-More-Set-for-GLAAD-Gala-Honoring-Producer-Bruce-Cohen-20261001</w:t>
        </w:r>
      </w:hyperlink>
      <w:r>
        <w:t xml:space="preserve"> - GLAAD, the world's largest lesbian, gay, bisexual, transgender, and queer (LGBTQ) media advocacy organization, announced today that acclaimed producer Bruce Cohen—an Oscar and Tony winner and Emmy nominee—will receive the prestigious Vito Russo Award during GLAAD's New York Gala on Friday, October 23rd. Emmy and GLAAD Media Award Winner Ross Mathews will host the event which will feature a special live performance by Tony Award, Drama Desk Award, and Outer Critics Circle Award-winner Alex Newell. Oscar winning actress Ariana DeBose will present Cohen with the Vito Russo Award, named after GLAAD's co-founder, the renowned LGBTQ film historian and AIDS activist who also co-founded ACT UP. The award is presented to an LGBTQ media professional who has made a significant difference in accelerating LGBTQ acceptance.</w:t>
      </w:r>
      <w:r/>
    </w:p>
    <w:p>
      <w:pPr>
        <w:pStyle w:val="ListNumber"/>
        <w:spacing w:line="240" w:lineRule="auto"/>
        <w:ind w:left="720"/>
      </w:pPr>
      <w:r/>
      <w:hyperlink r:id="rId11">
        <w:r>
          <w:rPr>
            <w:color w:val="0000EE"/>
            <w:u w:val="single"/>
          </w:rPr>
          <w:t>https://fashionweekdaily.com/inside-glaads-new-york-gala-honoring-bruce-cohen/</w:t>
        </w:r>
      </w:hyperlink>
      <w:r>
        <w:t xml:space="preserve"> - GLAAD hosted its New York Gala at Cipriani on Friday night and spiced things up a bit this year. Opting out of the typical sit-down dinner, the Gala was a more casual affair with cocktail party vibes. This year’s show was hosted by the always hilarious Ross Matthews and honoured film producer Bruce Cohen with the prestigious Vito Russo Award to celebrate his countless (and they truly are countless) contributions to LGBTQ+ equality. Cohen’s award was presented by Ariana DeBose and Bruce’s charming daughter, Ilaria.</w:t>
      </w:r>
      <w:r/>
    </w:p>
    <w:p>
      <w:pPr>
        <w:pStyle w:val="ListNumber"/>
        <w:spacing w:line="240" w:lineRule="auto"/>
        <w:ind w:left="720"/>
      </w:pPr>
      <w:r/>
      <w:hyperlink r:id="rId13">
        <w:r>
          <w:rPr>
            <w:color w:val="0000EE"/>
            <w:u w:val="single"/>
          </w:rPr>
          <w:t>https://www.gaycities.com/articles/107851/ross-matthews-frankie-grande-alex-newell-and-more-turn-out-for-glaads-new-york-gala/</w:t>
        </w:r>
      </w:hyperlink>
      <w:r>
        <w:t xml:space="preserve"> - LGBTQ advocacy group GLAAD knows how to throw a memorable fundraiser. Its latest was its New York Gala, which took place at Cipriani 25 on Broadway last Friday evening (Oct. 23). GLAAD award winner Ross Matthews hosted the event. The recipient of the annual Vito Russo Award for their contribution to LGBTQ equality was Bruce Cohen. The Oscar- and Emmy-nominated producer is known for the movies Milk, Silver Linings Playbook, Big Fish, and American Beauty, among others. Ariana DeBose and Cohen’s own daughter, Ilaria, presented him with the award.</w:t>
      </w:r>
      <w:r/>
    </w:p>
    <w:p>
      <w:pPr>
        <w:pStyle w:val="ListNumber"/>
        <w:spacing w:line="240" w:lineRule="auto"/>
        <w:ind w:left="720"/>
      </w:pPr>
      <w:r/>
      <w:hyperlink r:id="rId14">
        <w:r>
          <w:rPr>
            <w:color w:val="0000EE"/>
            <w:u w:val="single"/>
          </w:rPr>
          <w:t>https://jqjo.com/2026-10-02/us/entertainment/en/GLAADs-New-York-Gala-to-Honor-Bruce-Cohen-Feature-Ariana-DeBose-and-Alex-Newell/1342704</w:t>
        </w:r>
      </w:hyperlink>
      <w:r>
        <w:t xml:space="preserve"> - The Gay and Lesbian Alliance Against Defamation hosted its annual New York gala in Manhattan, honouring Oscar and Tony-winning producer Bruce Cohen with the Vito Russo Award. The marquee honour recognises media professionals whose work accelerates LGBTQ acceptance and visibility in entertainment. Comedian and television personality Ross Mathews hosted the high-profile fundraising event, which featured an award presentation by Oscar winner Ariana DeBose and a live musical performance by Tony winner Alex Newell. Cohen joins an extensive roster of previous recipients, including prominent actors, producers, and public figures such as Billy Porter, Andy Cohen, and Cynthia Nixon. The annual gala serves as a major philanthropic vehicle to support the organisation's ongoing advocacy and media monitoring initiatives. Event organisers highlighted the vital role of authentic storytelling in shifting public perception and advancing social equality across the broader entertainment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bruce-cohen-presented-with-glaads-vito-russo-award-at-nyc-gala/" TargetMode="External"/><Relationship Id="rId10" Type="http://schemas.openxmlformats.org/officeDocument/2006/relationships/hyperlink" Target="https://www.broadwayworld.com/article/Bruce-Cohen-Honored-With-Vito-Russo-Award-at-GLAADs-New-York-Gala-20261024" TargetMode="External"/><Relationship Id="rId11" Type="http://schemas.openxmlformats.org/officeDocument/2006/relationships/hyperlink" Target="https://fashionweekdaily.com/inside-glaads-new-york-gala-honoring-bruce-cohen/" TargetMode="External"/><Relationship Id="rId12" Type="http://schemas.openxmlformats.org/officeDocument/2006/relationships/hyperlink" Target="https://www.broadwayworld.com/industry/article/Ariana-DeBose-Alex-Newell-and-More-Set-for-GLAAD-Gala-Honoring-Producer-Bruce-Cohen-20261001" TargetMode="External"/><Relationship Id="rId13" Type="http://schemas.openxmlformats.org/officeDocument/2006/relationships/hyperlink" Target="https://www.gaycities.com/articles/107851/ross-matthews-frankie-grande-alex-newell-and-more-turn-out-for-glaads-new-york-gala/" TargetMode="External"/><Relationship Id="rId14" Type="http://schemas.openxmlformats.org/officeDocument/2006/relationships/hyperlink" Target="https://jqjo.com/2026-10-02/us/entertainment/en/GLAADs-New-York-Gala-to-Honor-Bruce-Cohen-Feature-Ariana-DeBose-and-Alex-Newell/13427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