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Roller Rink in Denver Opens a Welcoming New Space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skaters and queer communities are gathering at Rainbow Dome, a vibrant new roller rink in Denver's Sun Valley. With a polished wooden floor, neon colour, sober-friendly events and a packed programme of music and dancing, the $10 million venue offers more than a night out. It's a purpose-built place to skate, meet and feel at home.</w:t>
      </w:r>
      <w:r/>
    </w:p>
    <w:p>
      <w:pPr>
        <w:pStyle w:val="Heading2"/>
      </w:pPr>
      <w:r>
        <w:t>Essential Takeaways</w:t>
      </w:r>
      <w:r/>
      <w:r/>
    </w:p>
    <w:p>
      <w:pPr>
        <w:pStyle w:val="ListBullet"/>
        <w:spacing w:line="240" w:lineRule="auto"/>
        <w:ind w:left="720"/>
      </w:pPr>
      <w:r/>
      <w:r>
        <w:rPr>
          <w:b/>
        </w:rPr>
        <w:t>A major new venue:</w:t>
      </w:r>
      <w:r>
        <w:t xml:space="preserve"> Rainbow Dome occupies a 29,000-square-foot site in Sun Valley.</w:t>
      </w:r>
      <w:r/>
    </w:p>
    <w:p>
      <w:pPr>
        <w:pStyle w:val="ListBullet"/>
        <w:spacing w:line="240" w:lineRule="auto"/>
        <w:ind w:left="720"/>
      </w:pPr>
      <w:r/>
      <w:r>
        <w:rPr>
          <w:b/>
        </w:rPr>
        <w:t>Built for community:</w:t>
      </w:r>
      <w:r>
        <w:t xml:space="preserve"> The space centres queer skaters, artists, neighbours and allies.</w:t>
      </w:r>
      <w:r/>
    </w:p>
    <w:p>
      <w:pPr>
        <w:pStyle w:val="ListBullet"/>
        <w:spacing w:line="240" w:lineRule="auto"/>
        <w:ind w:left="720"/>
      </w:pPr>
      <w:r/>
      <w:r>
        <w:rPr>
          <w:b/>
        </w:rPr>
        <w:t>More than skating:</w:t>
      </w:r>
      <w:r>
        <w:t xml:space="preserve"> Expect DJs, line dancing, live bands, themed nights and creative installations.</w:t>
      </w:r>
      <w:r/>
    </w:p>
    <w:p>
      <w:pPr>
        <w:pStyle w:val="ListBullet"/>
        <w:spacing w:line="240" w:lineRule="auto"/>
        <w:ind w:left="720"/>
      </w:pPr>
      <w:r/>
      <w:r>
        <w:rPr>
          <w:b/>
        </w:rPr>
        <w:t>Sober-friendly atmosphere:</w:t>
      </w:r>
      <w:r>
        <w:t xml:space="preserve"> The venue's programme gives people another way to enjoy nightlife without alcohol being the focus.</w:t>
      </w:r>
      <w:r/>
    </w:p>
    <w:p>
      <w:pPr>
        <w:pStyle w:val="ListBullet"/>
        <w:spacing w:line="240" w:lineRule="auto"/>
        <w:ind w:left="720"/>
      </w:pPr>
      <w:r/>
      <w:r>
        <w:rPr>
          <w:b/>
        </w:rPr>
        <w:t>Regular opening hours:</w:t>
      </w:r>
      <w:r>
        <w:t xml:space="preserve"> Rainbow Dome runs Thursday through Sunday, with late sessions at the weekend.</w:t>
      </w:r>
      <w:r/>
      <w:r/>
    </w:p>
    <w:p>
      <w:pPr>
        <w:pStyle w:val="Heading2"/>
      </w:pPr>
      <w:r>
        <w:t>Denver's newest roller rink feels like a celebration</w:t>
      </w:r>
      <w:r/>
    </w:p>
    <w:p>
      <w:r/>
      <w:r>
        <w:t>The strongest impression at Rainbow Dome isn't simply the gleam of its skating floor. It's the sound of people cheering each other on, the flash of neon against polished wood and the unmistakable relief of finding a room where everyone seems invited.</w:t>
      </w:r>
      <w:r/>
    </w:p>
    <w:p>
      <w:r/>
      <w:r>
        <w:t>Opening night brought together skaters of different ages and abilities, with colourful outfits, disco music and plenty of nervous first laps. According to Denverite, the evening also included emotional speeches, a ceremonial welcome and a steady stream of visitors taking in the new venue. (</w:t>
      </w:r>
      <w:hyperlink r:id="rId9">
        <w:r>
          <w:rPr>
            <w:color w:val="0000EE"/>
            <w:u w:val="single"/>
          </w:rPr>
          <w:t>[2]</w:t>
        </w:r>
      </w:hyperlink>
      <w:r>
        <w:t xml:space="preserve">, </w:t>
      </w:r>
      <w:hyperlink r:id="rId10">
        <w:r>
          <w:rPr>
            <w:color w:val="0000EE"/>
            <w:u w:val="single"/>
          </w:rPr>
          <w:t>[6]</w:t>
        </w:r>
      </w:hyperlink>
      <w:r>
        <w:t>)</w:t>
      </w:r>
      <w:r/>
    </w:p>
    <w:p>
      <w:r/>
      <w:r>
        <w:t>That warmth is central to the project. Rainbow Dome was created as a queer-centred roller rink, but its appeal stretches beyond experienced skaters. Beginners, families, allies and curious visitors can all find a reason to step through the doors.</w:t>
      </w:r>
      <w:r/>
    </w:p>
    <w:p>
      <w:pPr>
        <w:pStyle w:val="Heading2"/>
      </w:pPr>
      <w:r>
        <w:t>From pop-ups to a permanent home</w:t>
      </w:r>
      <w:r/>
    </w:p>
    <w:p>
      <w:r/>
      <w:r>
        <w:t>Rainbow Dome's arrival follows years of temporary events around Denver, including appearances at community festivals and neighbourhood markets. Those pop-ups helped test the idea, build an audience and show that local demand extended well beyond a single themed night.</w:t>
      </w:r>
      <w:r/>
    </w:p>
    <w:p>
      <w:r/>
      <w:r>
        <w:t>The permanent venue is the result of a substantial renovation project, backed by private investment, grants, crowdfunding and Colorado tax-credit support. Its scale matters because it gives the organisers room for several kinds of activity, from skating sessions and performances to workshops and social gatherings. Denverite reported that the building was previously used as a furniture shop and mechanic's site before its transformation. (</w:t>
      </w:r>
      <w:hyperlink r:id="rId9">
        <w:r>
          <w:rPr>
            <w:color w:val="0000EE"/>
            <w:u w:val="single"/>
          </w:rPr>
          <w:t>[2]</w:t>
        </w:r>
      </w:hyperlink>
      <w:r>
        <w:t xml:space="preserve">, </w:t>
      </w:r>
      <w:hyperlink r:id="rId10">
        <w:r>
          <w:rPr>
            <w:color w:val="0000EE"/>
            <w:u w:val="single"/>
          </w:rPr>
          <w:t>[6]</w:t>
        </w:r>
      </w:hyperlink>
      <w:r>
        <w:t>)</w:t>
      </w:r>
      <w:r/>
    </w:p>
    <w:p>
      <w:r/>
      <w:r>
        <w:t>There is something satisfying about seeing a travelling community project finally get its own front door. The couches, artwork and gathering spaces aren't decorative afterthoughts. They're part of the invitation.</w:t>
      </w:r>
      <w:r/>
    </w:p>
    <w:p>
      <w:pPr>
        <w:pStyle w:val="Heading2"/>
      </w:pPr>
      <w:r>
        <w:t>Why queer roller skating is having a moment</w:t>
      </w:r>
      <w:r/>
    </w:p>
    <w:p>
      <w:r/>
      <w:r>
        <w:t>Roller skating has enjoyed a renewed burst of popularity, helped by social media, dance-led classes and a growing appetite for low-pressure social activities. Rainbow Dome adds another layer by connecting skating with queer nightlife, live music, visual art and activism.</w:t>
      </w:r>
      <w:r/>
    </w:p>
    <w:p>
      <w:r/>
      <w:r>
        <w:t>The opening programme included a marching band, drag and dance elements, line dancing and music spanning contemporary pop and older queer anthems. Coverage from KGnu highlighted the venue's wider role as a home for community and art, rather than treating skating as the only attraction. (</w:t>
      </w:r>
      <w:hyperlink r:id="rId11">
        <w:r>
          <w:rPr>
            <w:color w:val="0000EE"/>
            <w:u w:val="single"/>
          </w:rPr>
          <w:t>[7]</w:t>
        </w:r>
      </w:hyperlink>
      <w:r>
        <w:t>)</w:t>
      </w:r>
      <w:r/>
    </w:p>
    <w:p>
      <w:r/>
      <w:r>
        <w:t>Rainbow Dome also offers a sober-focused environment, giving visitors a nightlife option where conversation, movement and performance take centre stage. That can make a real difference for people who want the energy of a night out without the pressure that often comes with drinking-led venues. Hoodline reported on the rink's sober queer positioning as part of its opening story. (</w:t>
      </w:r>
      <w:hyperlink r:id="rId12">
        <w:r>
          <w:rPr>
            <w:color w:val="0000EE"/>
            <w:u w:val="single"/>
          </w:rPr>
          <w:t>[3]</w:t>
        </w:r>
      </w:hyperlink>
      <w:r>
        <w:t>)</w:t>
      </w:r>
      <w:r/>
    </w:p>
    <w:p>
      <w:pPr>
        <w:pStyle w:val="Heading2"/>
      </w:pPr>
      <w:r>
        <w:t>What to expect on your first visit</w:t>
      </w:r>
      <w:r/>
    </w:p>
    <w:p>
      <w:r/>
      <w:r>
        <w:t>If you're new to roller skating, arrive with realistic expectations. The floor may look inviting, but balance takes a little patience, so start slowly and stay aware of faster skaters nearby. Rainbow Dome's community-led atmosphere should make it easier to ask for help, and classes or hosted sessions may suit complete beginners better than a busy late-night skate.</w:t>
      </w:r>
      <w:r/>
    </w:p>
    <w:p>
      <w:r/>
      <w:r>
        <w:t>It's worth checking the official schedule before travelling, particularly for themed events, ticket details and any changes to opening times. Rainbow Dome's website lists current programming and ways to support the organisation, while the venue's main site provides the latest visitor information. (</w:t>
      </w:r>
      <w:hyperlink r:id="rId13">
        <w:r>
          <w:rPr>
            <w:color w:val="0000EE"/>
            <w:u w:val="single"/>
          </w:rPr>
          <w:t>[4]</w:t>
        </w:r>
      </w:hyperlink>
      <w:r>
        <w:t xml:space="preserve">, </w:t>
      </w:r>
      <w:hyperlink r:id="rId14">
        <w:r>
          <w:rPr>
            <w:color w:val="0000EE"/>
            <w:u w:val="single"/>
          </w:rPr>
          <w:t>[5]</w:t>
        </w:r>
      </w:hyperlink>
      <w:r>
        <w:t>)</w:t>
      </w:r>
      <w:r/>
    </w:p>
    <w:p>
      <w:r/>
      <w:r>
        <w:t>Wear comfortable clothes that let you bend your knees, and bring socks that won't bunch inside your skates. If you're hiring equipment, give yourself time to get fitted rather than rushing straight onto the floor. Your first wobbly lap might not feel glamorous, but that's how nearly everyone starts.</w:t>
      </w:r>
      <w:r/>
    </w:p>
    <w:p>
      <w:pPr>
        <w:pStyle w:val="Heading2"/>
      </w:pPr>
      <w:r>
        <w:t>A venue with ambitions beyond opening night</w:t>
      </w:r>
      <w:r/>
    </w:p>
    <w:p>
      <w:r/>
      <w:r>
        <w:t>Rainbow Dome's early programme includes regular queer skate nights, themed evenings and special events, suggesting that the venue is designed to become part of Denver's weekly rhythm rather than a one-off curiosity. That consistency could be its biggest strength.</w:t>
      </w:r>
      <w:r/>
    </w:p>
    <w:p>
      <w:r/>
      <w:r>
        <w:t>The organisers have also emphasised community input, involving skaters, residents and artists during the development process. According to Denverite and KGnu, that approach helped shape a venue that combines recreation with cultural memory, performance and local connection. (</w:t>
      </w:r>
      <w:hyperlink r:id="rId9">
        <w:r>
          <w:rPr>
            <w:color w:val="0000EE"/>
            <w:u w:val="single"/>
          </w:rPr>
          <w:t>[2]</w:t>
        </w:r>
      </w:hyperlink>
      <w:r>
        <w:t xml:space="preserve">, </w:t>
      </w:r>
      <w:hyperlink r:id="rId11">
        <w:r>
          <w:rPr>
            <w:color w:val="0000EE"/>
            <w:u w:val="single"/>
          </w:rPr>
          <w:t>[7]</w:t>
        </w:r>
      </w:hyperlink>
      <w:r>
        <w:t>)</w:t>
      </w:r>
      <w:r/>
    </w:p>
    <w:p>
      <w:r/>
      <w:r>
        <w:t>For visitors, the result is refreshingly clear. You can come for the skating, stay for the music, join a line dance or simply sit on a bright couch and watch the room move around you. In a city full of nightlife choices, that kind of welcome is a powerful selling point.</w:t>
      </w:r>
      <w:r/>
    </w:p>
    <w:p>
      <w:r/>
      <w:r>
        <w:t>It's a small revolution on wheels, and Denver now has a place built to keep it rolling.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9">
        <w:r>
          <w:rPr>
            <w:color w:val="0000EE"/>
            <w:u w:val="single"/>
          </w:rPr>
          <w:t>[2]</w:t>
        </w:r>
      </w:hyperlink>
      <w:r>
        <w:t xml:space="preserve">, </w:t>
      </w:r>
      <w:hyperlink r:id="rId10">
        <w:r>
          <w:rPr>
            <w:color w:val="0000EE"/>
            <w:u w:val="single"/>
          </w:rPr>
          <w:t>[6]</w:t>
        </w:r>
      </w:hyperlink>
      <w:r>
        <w:t xml:space="preserve">- Paragraph 3: </w:t>
      </w:r>
      <w:hyperlink r:id="rId9">
        <w:r>
          <w:rPr>
            <w:color w:val="0000EE"/>
            <w:u w:val="single"/>
          </w:rPr>
          <w:t>[2]</w:t>
        </w:r>
      </w:hyperlink>
      <w:r>
        <w:t xml:space="preserve">, </w:t>
      </w:r>
      <w:hyperlink r:id="rId10">
        <w:r>
          <w:rPr>
            <w:color w:val="0000EE"/>
            <w:u w:val="single"/>
          </w:rPr>
          <w:t>[6]</w:t>
        </w:r>
      </w:hyperlink>
      <w:r>
        <w:t xml:space="preserve">- Paragraph 4: </w:t>
      </w:r>
      <w:hyperlink r:id="rId9">
        <w:r>
          <w:rPr>
            <w:color w:val="0000EE"/>
            <w:u w:val="single"/>
          </w:rPr>
          <w:t>[2]</w:t>
        </w:r>
      </w:hyperlink>
      <w:r>
        <w:t xml:space="preserve">, </w:t>
      </w:r>
      <w:hyperlink r:id="rId10">
        <w:r>
          <w:rPr>
            <w:color w:val="0000EE"/>
            <w:u w:val="single"/>
          </w:rPr>
          <w:t>[6]</w:t>
        </w:r>
      </w:hyperlink>
      <w:r>
        <w:t xml:space="preserve">- Paragraph 5: </w:t>
      </w:r>
      <w:hyperlink r:id="rId11">
        <w:r>
          <w:rPr>
            <w:color w:val="0000EE"/>
            <w:u w:val="single"/>
          </w:rPr>
          <w:t>[7]</w:t>
        </w:r>
      </w:hyperlink>
      <w:r>
        <w:t xml:space="preserve">- Paragraph 6: </w:t>
      </w:r>
      <w:hyperlink r:id="rId12">
        <w:r>
          <w:rPr>
            <w:color w:val="0000EE"/>
            <w:u w:val="single"/>
          </w:rPr>
          <w:t>[3]</w:t>
        </w:r>
      </w:hyperlink>
      <w:r>
        <w:t xml:space="preserve">- Paragraph 7: </w:t>
      </w:r>
      <w:hyperlink r:id="rId13">
        <w:r>
          <w:rPr>
            <w:color w:val="0000EE"/>
            <w:u w:val="single"/>
          </w:rPr>
          <w:t>[4]</w:t>
        </w:r>
      </w:hyperlink>
      <w:r>
        <w:t xml:space="preserve">, </w:t>
      </w:r>
      <w:hyperlink r:id="rId14">
        <w:r>
          <w:rPr>
            <w:color w:val="0000EE"/>
            <w:u w:val="single"/>
          </w:rPr>
          <w:t>[5]</w:t>
        </w:r>
      </w:hyperlink>
      <w:r>
        <w:t xml:space="preserve">- Paragraph 8: </w:t>
      </w:r>
      <w:hyperlink r:id="rId9">
        <w:r>
          <w:rPr>
            <w:color w:val="0000EE"/>
            <w:u w:val="single"/>
          </w:rPr>
          <w:t>[2]</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https://denverite.com/2026/10/27/rainbow-dome-opening-night-photos/</w:t>
        </w:r>
      </w:hyperlink>
      <w:r>
        <w:t xml:space="preserve"> - Please view link - unable to able to access data</w:t>
      </w:r>
      <w:r/>
    </w:p>
    <w:p>
      <w:pPr>
        <w:pStyle w:val="ListNumber"/>
        <w:spacing w:line="240" w:lineRule="auto"/>
        <w:ind w:left="720"/>
      </w:pPr>
      <w:r/>
      <w:hyperlink r:id="rId9">
        <w:r>
          <w:rPr>
            <w:color w:val="0000EE"/>
            <w:u w:val="single"/>
          </w:rPr>
          <w:t>https://denverite.com/2026/10/27/rainbow-dome-opening-night-photos/</w:t>
        </w:r>
      </w:hyperlink>
      <w:r>
        <w:t xml:space="preserve"> - Denver's Rainbow Dome, a $10 million queer-centric roller rink, opened in Sun Valley on October 23, 2026. The event featured vibrant melodies, dazzling neon lights, and emotional moments. Founders Frankie Toan and Therin Zimmerman expressed their joy at seeing the space come to life after years of planning. The opening included a blessing ceremony by Kalpuli ColorAztlan Quetzalcoatl, line dancing, and a performance by the activist marching band, Notes of Dissent. The venue aims to be a community-driven space for roller skating and art.</w:t>
      </w:r>
      <w:r/>
    </w:p>
    <w:p>
      <w:pPr>
        <w:pStyle w:val="ListNumber"/>
        <w:spacing w:line="240" w:lineRule="auto"/>
        <w:ind w:left="720"/>
      </w:pPr>
      <w:r/>
      <w:hyperlink r:id="rId12">
        <w:r>
          <w:rPr>
            <w:color w:val="0000EE"/>
            <w:u w:val="single"/>
          </w:rPr>
          <w:t>https://hoodline.com/2026/10/sober-queer-roller-rink-rainbow-dome-opens-in-sun-valley-after-10m-build/</w:t>
        </w:r>
      </w:hyperlink>
      <w:r>
        <w:t xml:space="preserve"> - Rainbow Dome, a sober queer roller rink, has opened in Denver's Sun Valley after a $10 million build. Located at 1660 N. Federal Boulevard, the 29,000-square-foot venue offers a roller rink, lounge, private-party room, gender-neutral bathrooms, and a low-sensory room. The project was funded through investors, the Colorado Community Revitalization Tax Credit, crowdfunding, and grants from the Bonfils-Stanton and Gates Family Foundations. The venue operates on a sociocracy governance system and employs nine full-time and four part-time staff members.</w:t>
      </w:r>
      <w:r/>
    </w:p>
    <w:p>
      <w:pPr>
        <w:pStyle w:val="ListNumber"/>
        <w:spacing w:line="240" w:lineRule="auto"/>
        <w:ind w:left="720"/>
      </w:pPr>
      <w:r/>
      <w:hyperlink r:id="rId13">
        <w:r>
          <w:rPr>
            <w:color w:val="0000EE"/>
            <w:u w:val="single"/>
          </w:rPr>
          <w:t>https://www.rainbowdome.com/support</w:t>
        </w:r>
      </w:hyperlink>
      <w:r>
        <w:t xml:space="preserve"> - Rainbow Dome is a queer-centric hub located at 1660 N. Federal Blvd in Denver's Sun Valley neighbourhood. The 29,000-square-foot venue aims to be a catalyst for social cohesion and creative placemaking along Denver’s growing entertainment corridor. The space includes a roller skating rink, lounge, private-party room, gender-neutral bathrooms, and a low-sensory room. The venue is currently fundraising the final $1 million to support its $12 million budget, with contributions being tax-deductible through Fractured Atlas.</w:t>
      </w:r>
      <w:r/>
    </w:p>
    <w:p>
      <w:pPr>
        <w:pStyle w:val="ListNumber"/>
        <w:spacing w:line="240" w:lineRule="auto"/>
        <w:ind w:left="720"/>
      </w:pPr>
      <w:r/>
      <w:hyperlink r:id="rId14">
        <w:r>
          <w:rPr>
            <w:color w:val="0000EE"/>
            <w:u w:val="single"/>
          </w:rPr>
          <w:t>https://www.rainbowdome.com/</w:t>
        </w:r>
      </w:hyperlink>
      <w:r>
        <w:t xml:space="preserve"> - Rainbow Dome is a queer-centric hub in Denver that gathers people across differences to experience joy-in-motion through art and activities. The venue offers roller skating, entertainment, and art, with a vision for a more playful world that values accountability and connectedness. The 29,000-square-foot space at 1660 N. Federal Blvd includes a roller rink, lounge, private-party room, gender-neutral bathrooms, and a low-sensory room. The venue is currently fundraising to support its inaugural art installation and theatrical audio/visual equipment.</w:t>
      </w:r>
      <w:r/>
    </w:p>
    <w:p>
      <w:pPr>
        <w:pStyle w:val="ListNumber"/>
        <w:spacing w:line="240" w:lineRule="auto"/>
        <w:ind w:left="720"/>
      </w:pPr>
      <w:r/>
      <w:hyperlink r:id="rId10">
        <w:r>
          <w:rPr>
            <w:color w:val="0000EE"/>
            <w:u w:val="single"/>
          </w:rPr>
          <w:t>https://denverite.com/2026/10/20/rainbow-dome-opening-preview/</w:t>
        </w:r>
      </w:hyperlink>
      <w:r>
        <w:t xml:space="preserve"> - Rainbow Dome, a queer-centric roller rink, is set to open in Denver's Sun Valley on October 23, 2026. The 29,000-square-foot venue at 1660 N. Federal Boulevard is the culmination of years of planning and pop-up events. The space features a roller rink, lounge, private-party room, gender-neutral bathrooms, and a low-sensory room. The project was funded through a combination of investor capital, foundation grants, a crowdfunding campaign, and the Colorado Community Revitalization Tax Credit. The venue aims to provide a permanent, inclusive space for the queer community.</w:t>
      </w:r>
      <w:r/>
    </w:p>
    <w:p>
      <w:pPr>
        <w:pStyle w:val="ListNumber"/>
        <w:spacing w:line="240" w:lineRule="auto"/>
        <w:ind w:left="720"/>
      </w:pPr>
      <w:r/>
      <w:hyperlink r:id="rId11">
        <w:r>
          <w:rPr>
            <w:color w:val="0000EE"/>
            <w:u w:val="single"/>
          </w:rPr>
          <w:t>https://kgnu.org/outsources-rainbow-domes-grand-opening-building-space-for-queer-community-and-art/</w:t>
        </w:r>
      </w:hyperlink>
      <w:r>
        <w:t xml:space="preserve"> - Rainbow Dome's grand opening in Denver featured live DJs, skate lessons, line dancing, and a performance by the activist marching band, Notes of Dissent. The venue aims to be a community-driven space for roller skating and art, providing a permanent, inclusive venue for the queer community. The founders, Alayna Shaw and Kate Speer, reflect on the significance of having a physical space for art and community events. For more information, visit their website or Instagram page.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enverite.com/2026/10/27/rainbow-dome-opening-night-photos/" TargetMode="External"/><Relationship Id="rId10" Type="http://schemas.openxmlformats.org/officeDocument/2006/relationships/hyperlink" Target="https://denverite.com/2026/10/20/rainbow-dome-opening-preview/" TargetMode="External"/><Relationship Id="rId11" Type="http://schemas.openxmlformats.org/officeDocument/2006/relationships/hyperlink" Target="https://kgnu.org/outsources-rainbow-domes-grand-opening-building-space-for-queer-community-and-art/" TargetMode="External"/><Relationship Id="rId12" Type="http://schemas.openxmlformats.org/officeDocument/2006/relationships/hyperlink" Target="https://hoodline.com/2026/10/sober-queer-roller-rink-rainbow-dome-opens-in-sun-valley-after-10m-build/" TargetMode="External"/><Relationship Id="rId13" Type="http://schemas.openxmlformats.org/officeDocument/2006/relationships/hyperlink" Target="https://www.rainbowdome.com/support" TargetMode="External"/><Relationship Id="rId14" Type="http://schemas.openxmlformats.org/officeDocument/2006/relationships/hyperlink" Target="https://www.rainbowdom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