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Books for October 2026 Reading Lists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the best new LGBTQ+ books in October 2026 have plenty to choose from, with releases spanning magical early readers, high-stakes young adult fantasy and ambitious adult fiction. The month’s highlights bring queer joy, danger, romance and richly imagined worlds to bookshelves, making this a particularly tempting week to refresh your reading pile.</w:t>
      </w:r>
      <w:r/>
    </w:p>
    <w:p>
      <w:pPr>
        <w:pStyle w:val="Heading2"/>
      </w:pPr>
      <w:r>
        <w:t>Essential Takeaways</w:t>
      </w:r>
      <w:r/>
      <w:r/>
    </w:p>
    <w:p>
      <w:pPr>
        <w:pStyle w:val="ListBullet"/>
        <w:spacing w:line="240" w:lineRule="auto"/>
        <w:ind w:left="720"/>
      </w:pPr>
      <w:r/>
      <w:r>
        <w:rPr>
          <w:b/>
        </w:rPr>
        <w:t>A magical first pick:</w:t>
      </w:r>
      <w:r>
        <w:t xml:space="preserve"> </w:t>
      </w:r>
      <w:r>
        <w:rPr>
          <w:i/>
        </w:rPr>
        <w:t>Witchycakes #4: Full Moon Magic</w:t>
      </w:r>
      <w:r>
        <w:t xml:space="preserve"> offers an inviting early-reader adventure with baking, family and problem-solving.</w:t>
      </w:r>
      <w:r/>
    </w:p>
    <w:p>
      <w:pPr>
        <w:pStyle w:val="ListBullet"/>
        <w:spacing w:line="240" w:lineRule="auto"/>
        <w:ind w:left="720"/>
      </w:pPr>
      <w:r/>
      <w:r>
        <w:rPr>
          <w:b/>
        </w:rPr>
        <w:t>YA variety:</w:t>
      </w:r>
      <w:r>
        <w:t xml:space="preserve"> The new young adult titles range from fae fantasy and oceanic horror to amnesia romance and an emotionally urgent island story.</w:t>
      </w:r>
      <w:r/>
    </w:p>
    <w:p>
      <w:pPr>
        <w:pStyle w:val="ListBullet"/>
        <w:spacing w:line="240" w:lineRule="auto"/>
        <w:ind w:left="720"/>
      </w:pPr>
      <w:r/>
      <w:r>
        <w:rPr>
          <w:b/>
        </w:rPr>
        <w:t>Big adult stories:</w:t>
      </w:r>
      <w:r>
        <w:t xml:space="preserve"> Readers can explore haunted auctions, climate fiction, historical romance, speculative mystery and queer detective fiction.</w:t>
      </w:r>
      <w:r/>
    </w:p>
    <w:p>
      <w:pPr>
        <w:pStyle w:val="ListBullet"/>
        <w:spacing w:line="240" w:lineRule="auto"/>
        <w:ind w:left="720"/>
      </w:pPr>
      <w:r/>
      <w:r>
        <w:rPr>
          <w:b/>
        </w:rPr>
        <w:t>A connected series:</w:t>
      </w:r>
      <w:r>
        <w:t xml:space="preserve"> </w:t>
      </w:r>
      <w:r>
        <w:rPr>
          <w:i/>
        </w:rPr>
        <w:t>Witchycakes</w:t>
      </w:r>
      <w:r>
        <w:t xml:space="preserve"> is part of a wider series, so newcomers can discover more magical bakery adventures afterwards.</w:t>
      </w:r>
      <w:r/>
    </w:p>
    <w:p>
      <w:pPr>
        <w:pStyle w:val="ListBullet"/>
        <w:spacing w:line="240" w:lineRule="auto"/>
        <w:ind w:left="720"/>
      </w:pPr>
      <w:r/>
      <w:r>
        <w:rPr>
          <w:b/>
        </w:rPr>
        <w:t>Formats to suit readers:</w:t>
      </w:r>
      <w:r>
        <w:t xml:space="preserve"> The title is listed in print, ebook and audio editions, giving families several ways to enjoy it.</w:t>
      </w:r>
      <w:r/>
      <w:r/>
    </w:p>
    <w:p>
      <w:pPr>
        <w:pStyle w:val="Heading2"/>
      </w:pPr>
      <w:r>
        <w:t>A magical bakery makes a charming return</w:t>
      </w:r>
      <w:r/>
    </w:p>
    <w:p>
      <w:r/>
      <w:r>
        <w:t xml:space="preserve">The cosiest release in this week’s line-up is </w:t>
      </w:r>
      <w:r>
        <w:rPr>
          <w:i/>
        </w:rPr>
        <w:t>Witchycakes #4: Full Moon Magic</w:t>
      </w:r>
      <w:r>
        <w:t xml:space="preserve"> by Kara LeReau, illustrated by Ariane Moreira. Blue, a young witch-in-training, helps their mother prepare a special celebration at the family bakery, where recipes come with a generous helping of enchantment.</w:t>
      </w:r>
      <w:r/>
    </w:p>
    <w:p>
      <w:r/>
      <w:r>
        <w:t>The story’s appeal is easy to picture: warm cakes, a glowing full moon and the gentle bustle of a family getting ready for guests. Blue’s role as a helper also gives the book a reassuring emotional centre, while the small mystery of who will arrive adds just enough anticipation for younger readers.</w:t>
      </w:r>
      <w:r/>
    </w:p>
    <w:p>
      <w:r/>
      <w:r>
        <w:t xml:space="preserve">According to Penguin Random House, the book continues the </w:t>
      </w:r>
      <w:r>
        <w:rPr>
          <w:i/>
        </w:rPr>
        <w:t>Witchycakes</w:t>
      </w:r>
      <w:r>
        <w:t xml:space="preserve"> series and includes a magical recipe at the end. That practical extra is a lovely touch, turning reading time into a chance for children and grown-ups to make something together, even if the kitchen magic is strictly homemade.</w:t>
      </w:r>
      <w:r/>
    </w:p>
    <w:p>
      <w:pPr>
        <w:pStyle w:val="Heading2"/>
      </w:pPr>
      <w:r>
        <w:t>Young adult fiction turns up the tension</w:t>
      </w:r>
      <w:r/>
    </w:p>
    <w:p>
      <w:r/>
      <w:r>
        <w:t xml:space="preserve">The YA releases are notably broad in mood. </w:t>
      </w:r>
      <w:r>
        <w:rPr>
          <w:i/>
        </w:rPr>
        <w:t>Where We Go at Night</w:t>
      </w:r>
      <w:r>
        <w:t xml:space="preserve"> by Ikto Ntekim sends Trixie into a dangerous fae world after a family tragedy, while </w:t>
      </w:r>
      <w:r>
        <w:rPr>
          <w:i/>
        </w:rPr>
        <w:t>Scorpion Deep</w:t>
      </w:r>
      <w:r>
        <w:t xml:space="preserve"> by CG Drews leans into eerie sea-god horror and the terrifying consequences of getting exactly what you wish for.</w:t>
      </w:r>
      <w:r/>
    </w:p>
    <w:p>
      <w:r/>
      <w:r>
        <w:t xml:space="preserve">There’s also a more intimate kind of suspense in </w:t>
      </w:r>
      <w:r>
        <w:rPr>
          <w:i/>
        </w:rPr>
        <w:t>From Square One</w:t>
      </w:r>
      <w:r>
        <w:t xml:space="preserve"> by A.M. Woody. Riley wakes after an accident unable to remember the previous year, including his relationship with his brother’s best friend. Recreating old dates and moments may sound romantic, but the setup carries a sharper question: can a relationship survive when one person has forgotten its entire history?</w:t>
      </w:r>
      <w:r/>
    </w:p>
    <w:p>
      <w:r/>
      <w:r>
        <w:t xml:space="preserve">Kacen Callender’s </w:t>
      </w:r>
      <w:r>
        <w:rPr>
          <w:i/>
        </w:rPr>
        <w:t>Sun Chasers</w:t>
      </w:r>
      <w:r>
        <w:t xml:space="preserve"> brings the emotional stakes into even clearer focus. Set in St Thomas, it follows Kole and Gabriel as they navigate attraction, family pressure, misgendering and violence. Together, these books suggest that contemporary queer YA remains wonderfully unwilling to stay in one lane. It can be tender, frightening, funny or devastating, sometimes within the same chapter.</w:t>
      </w:r>
      <w:r/>
    </w:p>
    <w:p>
      <w:pPr>
        <w:pStyle w:val="Heading2"/>
      </w:pPr>
      <w:r>
        <w:t>Adult releases move between history and horror</w:t>
      </w:r>
      <w:r/>
    </w:p>
    <w:p>
      <w:r/>
      <w:r>
        <w:t xml:space="preserve">For readers who like their fiction atmospheric, </w:t>
      </w:r>
      <w:r>
        <w:rPr>
          <w:i/>
        </w:rPr>
        <w:t>Chateau Reverie</w:t>
      </w:r>
      <w:r>
        <w:t xml:space="preserve"> by Natasha Siegel offers a lavish supernatural puzzle. Guests are invited to an auction where secrets become currency, but the château’s shifting rules and vanishing attendees make the promised rewards look increasingly dangerous.</w:t>
      </w:r>
      <w:r/>
    </w:p>
    <w:p>
      <w:r/>
      <w:r>
        <w:t xml:space="preserve">Meanwhile, </w:t>
      </w:r>
      <w:r>
        <w:rPr>
          <w:i/>
        </w:rPr>
        <w:t>Serial Killer Wanted</w:t>
      </w:r>
      <w:r>
        <w:t xml:space="preserve"> by Nika Grace takes a darker, more contemporary route. Its premise pairs a woman seeking death with a killer who sees murder as a job with personal rules. The result is a sapphic psychological thriller built around an unsettling question: what happens when an arrangement turns into attachment?</w:t>
      </w:r>
      <w:r/>
    </w:p>
    <w:p>
      <w:r/>
      <w:r>
        <w:t xml:space="preserve">Historical fiction also features strongly. </w:t>
      </w:r>
      <w:r>
        <w:rPr>
          <w:i/>
        </w:rPr>
        <w:t>Upstate</w:t>
      </w:r>
      <w:r>
        <w:t xml:space="preserve"> by Kim van Alkemade links a grieving writer in 2020 with a decades-long love story rooted in 1950s New York state. </w:t>
      </w:r>
      <w:r>
        <w:rPr>
          <w:i/>
        </w:rPr>
        <w:t>Venus Vanishing</w:t>
      </w:r>
      <w:r>
        <w:t xml:space="preserve"> by Rebecca Birrell moves to 1928 Berlin, where an aspiring artist finds creative freedom, desire and exploitation tangled together. Both books use the past not as wallpaper, but as a pressure point for hidden lives.</w:t>
      </w:r>
      <w:r/>
    </w:p>
    <w:p>
      <w:pPr>
        <w:pStyle w:val="Heading2"/>
      </w:pPr>
      <w:r>
        <w:t>Speculative worlds ask timely questions</w:t>
      </w:r>
      <w:r/>
    </w:p>
    <w:p>
      <w:r/>
      <w:r>
        <w:t xml:space="preserve">Several of the adult novels use fantasy or science fiction to explore control, memory and survival. In </w:t>
      </w:r>
      <w:r>
        <w:rPr>
          <w:i/>
        </w:rPr>
        <w:t>Our Infinite and Inevitable Ends</w:t>
      </w:r>
      <w:r>
        <w:t>, A.D. Sui imagines a climate-ravaged future where a drug offers glimpses of alternate timelines. Its central dilemma feels painfully current: is it better to chase a perfect possible world, or stay in the damaged one that still needs saving?</w:t>
      </w:r>
      <w:r/>
    </w:p>
    <w:p>
      <w:r/>
      <w:r>
        <w:t xml:space="preserve">Yoon Ha Lee’s </w:t>
      </w:r>
      <w:r>
        <w:rPr>
          <w:i/>
        </w:rPr>
        <w:t>Code and Codex</w:t>
      </w:r>
      <w:r>
        <w:t xml:space="preserve"> takes language itself and makes it a weapon of empire. Forbidden tongues, surveillance and reality-changing commands create a setting where translation becomes a form of resistance. </w:t>
      </w:r>
      <w:r>
        <w:rPr>
          <w:i/>
        </w:rPr>
        <w:t>The Saints We Make</w:t>
      </w:r>
      <w:r>
        <w:t>, a novella from Josie Kallo, offers another compact, high-pressure fantasy about power, devotion and a young woman forced onto a saintly path after her village is destroyed.</w:t>
      </w:r>
      <w:r/>
    </w:p>
    <w:p>
      <w:r/>
      <w:r>
        <w:t xml:space="preserve">Then there’s </w:t>
      </w:r>
      <w:r>
        <w:rPr>
          <w:i/>
        </w:rPr>
        <w:t>Public Access Afterworld</w:t>
      </w:r>
      <w:r>
        <w:t xml:space="preserve"> by Jane Schoenbrun, which blends analogue television, online culture and queer longing into an unsettling mystery. Its broadcasts seem to cross decades, asking what people might find when loneliness, technology and obsession begin feeding one another. It sounds like the sort of book best read with the lights on.</w:t>
      </w:r>
      <w:r/>
    </w:p>
    <w:p>
      <w:pPr>
        <w:pStyle w:val="Heading2"/>
      </w:pPr>
      <w:r>
        <w:t>Queer mysteries bring warmth as well as danger</w:t>
      </w:r>
      <w:r/>
    </w:p>
    <w:p>
      <w:r/>
      <w:r>
        <w:t xml:space="preserve">Not every new release is interested in crushing the reader’s nerves. </w:t>
      </w:r>
      <w:r>
        <w:rPr>
          <w:i/>
        </w:rPr>
        <w:t>The Killing of a Chestnut Tree</w:t>
      </w:r>
      <w:r>
        <w:t xml:space="preserve"> by Oliver K. Langmead introduces Havelock Harper, a queer gentleman detective whose secret cases are stranger than the newspaper versions suggest. Summoned to investigate a murdered tree, Harper and Major Sebastian Wright enter a forest where the bark and leaves have begun communicating.</w:t>
      </w:r>
      <w:r/>
    </w:p>
    <w:p>
      <w:r/>
      <w:r>
        <w:t xml:space="preserve">That blend of cosy companionship and fantastical crime could make it a particularly appealing choice for readers who enjoy classic detective rhythms but want a more openly queer emotional world. </w:t>
      </w:r>
      <w:r>
        <w:rPr>
          <w:i/>
        </w:rPr>
        <w:t>The Stolen Women</w:t>
      </w:r>
      <w:r>
        <w:t xml:space="preserve"> by Alysandra Dutton offers a more historical adventure, following warrior Safinia as she investigates the disappearance of women from powerful families just before the founding of Rome.</w:t>
      </w:r>
      <w:r/>
    </w:p>
    <w:p>
      <w:r/>
      <w:r>
        <w:t xml:space="preserve">For series readers, </w:t>
      </w:r>
      <w:r>
        <w:rPr>
          <w:i/>
        </w:rPr>
        <w:t>Backwoods Banshee</w:t>
      </w:r>
      <w:r>
        <w:t xml:space="preserve"> by David R. Slayton continues the Adam Binder novels. Adam must investigate a deadly supernatural attack while dealing with the after-effects of torture and the strain it places on his relationship with Vic. The personal recovery story gives the paranormal action extra weight, because the danger isn't only lurking in another realm. It’s also carried home.</w:t>
      </w:r>
      <w:r/>
    </w:p>
    <w:p>
      <w:r/>
      <w:r>
        <w:t>Whether you’re choosing a read-aloud, a tense YA romance or a sprawling adult fantasy, this week’s releases offer plenty of ways into queer storytelling. The best place to start is with the mood you want: something soft and sweet, or something with considerably more teeth.</w:t>
      </w:r>
      <w:r/>
    </w:p>
    <w:p>
      <w:r/>
      <w:r>
        <w:t>It's a strong week for adding a little magic, mystery and queer imagination to your reading list.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t xml:space="preserve">- Paragraph 18: </w:t>
      </w:r>
      <w:hyperlink r:id="rId10">
        <w:r>
          <w:rPr>
            <w:color w:val="0000EE"/>
            <w:u w:val="single"/>
          </w:rPr>
          <w:t>[2]</w:t>
        </w:r>
      </w:hyperlink>
      <w:r>
        <w:t xml:space="preserve">, </w:t>
      </w:r>
      <w:hyperlink r:id="rId14">
        <w:r>
          <w:rPr>
            <w:color w:val="0000EE"/>
            <w:u w:val="single"/>
          </w:rPr>
          <w:t>[6]</w:t>
        </w:r>
      </w:hyperlink>
      <w:r>
        <w:t xml:space="preserve">- Paragraph 19: </w:t>
      </w:r>
      <w:hyperlink r:id="rId12">
        <w:r>
          <w:rPr>
            <w:color w:val="0000EE"/>
            <w:u w:val="single"/>
          </w:rPr>
          <w:t>[3]</w:t>
        </w:r>
      </w:hyperlink>
      <w:r>
        <w:t xml:space="preserve">, </w:t>
      </w:r>
      <w:hyperlink r:id="rId11">
        <w:r>
          <w:rPr>
            <w:color w:val="0000EE"/>
            <w:u w:val="single"/>
          </w:rPr>
          <w:t>[4]</w:t>
        </w:r>
      </w:hyperlink>
      <w:r>
        <w:t xml:space="preserve">- Paragraph 20: </w:t>
      </w:r>
      <w:hyperlink r:id="rId13">
        <w:r>
          <w:rPr>
            <w:color w:val="0000EE"/>
            <w:u w:val="single"/>
          </w:rPr>
          <w:t>[5]</w:t>
        </w:r>
      </w:hyperlink>
      <w:r>
        <w:t xml:space="preserve">, </w:t>
      </w:r>
      <w:hyperlink r:id="rId14">
        <w:r>
          <w:rPr>
            <w:color w:val="0000EE"/>
            <w:u w:val="single"/>
          </w:rPr>
          <w:t>[6]</w:t>
        </w:r>
      </w:hyperlink>
      <w:r>
        <w:t xml:space="preserve">- Paragraph 21: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https://lgbtqreads.com/2026/10/27/new-releases-october-27-2026/</w:t>
        </w:r>
      </w:hyperlink>
      <w:r>
        <w:t xml:space="preserve"> - Please view link - unable to able to access data</w:t>
      </w:r>
      <w:r/>
    </w:p>
    <w:p>
      <w:pPr>
        <w:pStyle w:val="ListNumber"/>
        <w:spacing w:line="240" w:lineRule="auto"/>
        <w:ind w:left="720"/>
      </w:pPr>
      <w:r/>
      <w:hyperlink r:id="rId10">
        <w:r>
          <w:rPr>
            <w:color w:val="0000EE"/>
            <w:u w:val="single"/>
          </w:rPr>
          <w:t>https://www.penguinrandomhouse.com/books/747353/witchycakes-4-full-moon-magic-by-kara-lareau-illustrated-by-ariane-moreira/</w:t>
        </w:r>
      </w:hyperlink>
      <w:r>
        <w:t xml:space="preserve"> - 'Witchycakes #4: Full Moon Magic' is the latest addition to the 'Witchycakes' series by Kara LaReau and illustrated by Ariane Moreira. Set in a magical bakery named Witchycakes, the story follows Blue, a young witch-in-training, as they assist their mother in preparing for the 'Remembering Time' celebration during a full moon. The book features full-colour illustrations and includes a special magical recipe at the end. Scheduled for release on October 27, 2026, it is available in various formats, including paperback, hardcover, ebook, and audiobook. (</w:t>
      </w:r>
      <w:hyperlink r:id="rId15">
        <w:r>
          <w:rPr>
            <w:color w:val="0000EE"/>
            <w:u w:val="single"/>
          </w:rPr>
          <w:t>penguinrandomhouse.com</w:t>
        </w:r>
      </w:hyperlink>
      <w:r>
        <w:t>)</w:t>
      </w:r>
      <w:r/>
    </w:p>
    <w:p>
      <w:pPr>
        <w:pStyle w:val="ListNumber"/>
        <w:spacing w:line="240" w:lineRule="auto"/>
        <w:ind w:left="720"/>
      </w:pPr>
      <w:r/>
      <w:hyperlink r:id="rId12">
        <w:r>
          <w:rPr>
            <w:color w:val="0000EE"/>
            <w:u w:val="single"/>
          </w:rPr>
          <w:t>https://books.apple.com/us/book/witchycakes-4-full-moon-magic/id6758368801</w:t>
        </w:r>
      </w:hyperlink>
      <w:r>
        <w:t xml:space="preserve"> - 'Witchycakes #4: Full Moon Magic' is the fourth book in the 'Witchycakes' series by Kara LaReau, illustrated by Ariane Moreira. The story centres on Blue, a young witch-in-training, who uses magic to help their mother prepare for the 'Remembering Time' celebration during a full moon. The book is set to be released on October 27, 2026, and is available for pre-order on Apple Books. (</w:t>
      </w:r>
      <w:hyperlink r:id="rId16">
        <w:r>
          <w:rPr>
            <w:color w:val="0000EE"/>
            <w:u w:val="single"/>
          </w:rPr>
          <w:t>books.apple.com</w:t>
        </w:r>
      </w:hyperlink>
      <w:r>
        <w:t>)</w:t>
      </w:r>
      <w:r/>
    </w:p>
    <w:p>
      <w:pPr>
        <w:pStyle w:val="ListNumber"/>
        <w:spacing w:line="240" w:lineRule="auto"/>
        <w:ind w:left="720"/>
      </w:pPr>
      <w:r/>
      <w:hyperlink r:id="rId11">
        <w:r>
          <w:rPr>
            <w:color w:val="0000EE"/>
            <w:u w:val="single"/>
          </w:rPr>
          <w:t>https://www.penguinrandomhouse.com/series/E7R/witchycakes/</w:t>
        </w:r>
      </w:hyperlink>
      <w:r>
        <w:t xml:space="preserve"> - The 'Witchycakes' series, authored by Kara LaReau and illustrated by Ariane Moreira, follows the adventures of Blue, a young witch-in-training, in a magical bakery setting. The series includes titles such as 'Witchycakes #1: Sweet Magic', 'Witchycakes #2: Changing Magic', and 'Witchycakes #3: Puddles &amp; Potions'. The fourth book, 'Witchycakes #4: Full Moon Magic', is scheduled for release on October 27, 2026. (</w:t>
      </w:r>
      <w:hyperlink r:id="rId17">
        <w:r>
          <w:rPr>
            <w:color w:val="0000EE"/>
            <w:u w:val="single"/>
          </w:rPr>
          <w:t>penguinrandomhouse.com</w:t>
        </w:r>
      </w:hyperlink>
      <w:r>
        <w:t>)</w:t>
      </w:r>
      <w:r/>
    </w:p>
    <w:p>
      <w:pPr>
        <w:pStyle w:val="ListNumber"/>
        <w:spacing w:line="240" w:lineRule="auto"/>
        <w:ind w:left="720"/>
      </w:pPr>
      <w:r/>
      <w:hyperlink r:id="rId13">
        <w:r>
          <w:rPr>
            <w:color w:val="0000EE"/>
            <w:u w:val="single"/>
          </w:rPr>
          <w:t>https://www.penguinrandomhouse.com/books/747353/witchycakes-4-full-moon-magic-by-kara-lareau-illustrated-by-ariane-moreira/ebook/</w:t>
        </w:r>
      </w:hyperlink>
      <w:r>
        <w:t xml:space="preserve"> - 'Witchycakes #4: Full Moon Magic' is the fourth instalment in the 'Witchycakes' series by Kara LaReau, illustrated by Ariane Moreira. The story revolves around Blue, a young witch-in-training, who uses magic to assist their mother in preparing for the 'Remembering Time' celebration during a full moon. The book is set to be released on October 27, 2026, and is available for pre-order in ebook format. (</w:t>
      </w:r>
      <w:hyperlink r:id="rId18">
        <w:r>
          <w:rPr>
            <w:color w:val="0000EE"/>
            <w:u w:val="single"/>
          </w:rPr>
          <w:t>penguinrandomhouse.com</w:t>
        </w:r>
      </w:hyperlink>
      <w:r>
        <w:t>)</w:t>
      </w:r>
      <w:r/>
    </w:p>
    <w:p>
      <w:pPr>
        <w:pStyle w:val="ListNumber"/>
        <w:spacing w:line="240" w:lineRule="auto"/>
        <w:ind w:left="720"/>
      </w:pPr>
      <w:r/>
      <w:hyperlink r:id="rId14">
        <w:r>
          <w:rPr>
            <w:color w:val="0000EE"/>
            <w:u w:val="single"/>
          </w:rPr>
          <w:t>https://www.penguinrandomhouse.com/books/747353/witchycakes-4-full-moon-magic-by-kara-lareau-illustrated-by-ariane-moreira/audio/</w:t>
        </w:r>
      </w:hyperlink>
      <w:r>
        <w:t xml:space="preserve"> - 'Witchycakes #4: Full Moon Magic' is the fourth book in the 'Witchycakes' series by Kara LaReau, illustrated by Ariane Moreira. The narrative follows Blue, a young witch-in-training, who employs magic to help their mother prepare for the 'Remembering Time' celebration during a full moon. The book is scheduled for release on October 27, 2026, and is available for pre-order in audiobook format. (</w:t>
      </w:r>
      <w:hyperlink r:id="rId19">
        <w:r>
          <w:rPr>
            <w:color w:val="0000EE"/>
            <w:u w:val="single"/>
          </w:rPr>
          <w:t>penguinrandomhouse.com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qreads.com/2026/10/27/new-releases-october-27-2026/" TargetMode="External"/><Relationship Id="rId10" Type="http://schemas.openxmlformats.org/officeDocument/2006/relationships/hyperlink" Target="https://www.penguinrandomhouse.com/books/747353/witchycakes-4-full-moon-magic-by-kara-lareau-illustrated-by-ariane-moreira/" TargetMode="External"/><Relationship Id="rId11" Type="http://schemas.openxmlformats.org/officeDocument/2006/relationships/hyperlink" Target="https://www.penguinrandomhouse.com/series/E7R/witchycakes/" TargetMode="External"/><Relationship Id="rId12" Type="http://schemas.openxmlformats.org/officeDocument/2006/relationships/hyperlink" Target="https://books.apple.com/us/book/witchycakes-4-full-moon-magic/id6758368801" TargetMode="External"/><Relationship Id="rId13" Type="http://schemas.openxmlformats.org/officeDocument/2006/relationships/hyperlink" Target="https://www.penguinrandomhouse.com/books/747353/witchycakes-4-full-moon-magic-by-kara-lareau-illustrated-by-ariane-moreira/ebook/" TargetMode="External"/><Relationship Id="rId14" Type="http://schemas.openxmlformats.org/officeDocument/2006/relationships/hyperlink" Target="https://www.penguinrandomhouse.com/books/747353/witchycakes-4-full-moon-magic-by-kara-lareau-illustrated-by-ariane-moreira/audio/" TargetMode="External"/><Relationship Id="rId15" Type="http://schemas.openxmlformats.org/officeDocument/2006/relationships/hyperlink" Target="https://www.penguinrandomhouse.com/books/747353/witchycakes-4-full-moon-magic-by-kara-lareau-illustrated-by-ariane-moreira/9780593812372/?utm_source=openai" TargetMode="External"/><Relationship Id="rId16" Type="http://schemas.openxmlformats.org/officeDocument/2006/relationships/hyperlink" Target="https://books.apple.com/us/book/witchycakes-4-full-moon-magic/id6758368801?utm_source=openai" TargetMode="External"/><Relationship Id="rId17" Type="http://schemas.openxmlformats.org/officeDocument/2006/relationships/hyperlink" Target="https://www.penguinrandomhouse.com/series/E7R/witchycakes/?utm_source=openai" TargetMode="External"/><Relationship Id="rId18" Type="http://schemas.openxmlformats.org/officeDocument/2006/relationships/hyperlink" Target="https://www.penguinrandomhouse.com/books/747353/witchycakes-4-full-moon-magic-by-kara-lareau-illustrated-by-ariane-moreira/ebook/?utm_source=openai" TargetMode="External"/><Relationship Id="rId19" Type="http://schemas.openxmlformats.org/officeDocument/2006/relationships/hyperlink" Target="https://www.penguinrandomhouse.com/books/747353/witchycakes-4-full-moon-magic-by-kara-lareau-illustrated-by-ariane-moreira/audi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