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Milwaukee Halloween Events for LGBTQ+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Milwaukee is lining up a lively Halloween season, with drag bingo, community meals, fundraisers, theatre and late-night costume parties all competing for attention. From friendly daytime gatherings to spirited nightlife, the city offers plenty of ways to celebrate, meet people and make an evening of it.</w:t>
      </w:r>
      <w:r/>
    </w:p>
    <w:p>
      <w:pPr>
        <w:pStyle w:val="Heading2"/>
      </w:pPr>
      <w:r>
        <w:t>Milwaukee's Halloween calendar is packed</w:t>
      </w:r>
      <w:r/>
    </w:p>
    <w:p>
      <w:r/>
      <w:r>
        <w:t>Milwaukee's Halloween events bring together community, comedy, music and just enough delicious chaos to keep the season interesting. The schedule moves from a relaxed meal for older LGBTQ+ adults to drag bingo, gala glamour and full-scale costume parties, giving visitors plenty of choice beyond the usual haunted-house formula.</w:t>
      </w:r>
      <w:r/>
    </w:p>
    <w:p>
      <w:r/>
      <w:r>
        <w:t>The appeal is variety. You can start with a warm plate and a friendly conversation, then move on to a show, a fundraiser or a bar crawl where the costumes get progressively more ambitious. The MKE LGBT Community Center remains a useful starting point for community-focused events and local connections.</w:t>
      </w:r>
      <w:r/>
    </w:p>
    <w:p>
      <w:pPr>
        <w:pStyle w:val="Heading2"/>
      </w:pPr>
      <w:r>
        <w:t>Drag bingo brings the sparkle</w:t>
      </w:r>
      <w:r/>
    </w:p>
    <w:p>
      <w:r/>
      <w:r>
        <w:t>Absolut Halloween Drag Bingo at Pop promises the sort of evening where bingo cards are only part of the entertainment. The programme includes multiple rounds, prizes, food, drinks, a costume contest, a prize wheel and jukebox bingo, with proceeds supporting Rescue Gang.</w:t>
      </w:r>
      <w:r/>
    </w:p>
    <w:p>
      <w:r/>
      <w:r>
        <w:t>Pop's event listings are worth checking before heading out, particularly if timings, entry arrangements or charity details change. For anyone who'd rather watch a room come alive than spend Halloween quietly at home, this is a bright, social option with plenty of audience participation.</w:t>
      </w:r>
      <w:r/>
    </w:p>
    <w:p>
      <w:pPr>
        <w:pStyle w:val="Heading2"/>
      </w:pPr>
      <w:r>
        <w:t>Fundraisers add meaning to the celebrations</w:t>
      </w:r>
      <w:r/>
    </w:p>
    <w:p>
      <w:r/>
      <w:r>
        <w:t>The Courage+ annual gala takes a more polished approach, pairing Halloween dressing-up with fundraising. Its "Unmasked and Unbothered" theme invites guests to arrive in costume or keep things understated, which is a welcome relief for anyone who enjoys the party but doesn't fancy building an elaborate disguise.</w:t>
      </w:r>
      <w:r/>
    </w:p>
    <w:p>
      <w:r/>
      <w:r>
        <w:t>Elsewhere, the Girls Rock benefit show supports young people exploring music and performance. That gives Halloween a slightly more generous soundtrack: the night isn't only about costumes and cocktails, but also about backing organisations that help the community thrive. Check Courage+'s official website for tickets and event information.</w:t>
      </w:r>
      <w:r/>
    </w:p>
    <w:p>
      <w:pPr>
        <w:pStyle w:val="Heading2"/>
      </w:pPr>
      <w:r>
        <w:t>Theatre and comedy offer a different kind of fright</w:t>
      </w:r>
      <w:r/>
    </w:p>
    <w:p>
      <w:r/>
      <w:r>
        <w:t>Not every Halloween plan needs to involve a bar. Sugar Skull! at the Marcus Performing Arts Center offers a family-friendly musical built around Día de Muertos, following a young girl whose encounter with a charismatic skeleton opens the door to music, dancing and cultural storytelling.</w:t>
      </w:r>
      <w:r/>
    </w:p>
    <w:p>
      <w:r/>
      <w:r>
        <w:t>For grown-up silliness, Drunken Jurazzic Park puts an improvised spin on the dinosaur blockbuster. It's an appealing choice for anyone who likes their scares with a generous side of laughter. Ticketmaster and Drunken Improv are the sensible places to confirm availability, start times and venue details.</w:t>
      </w:r>
      <w:r/>
    </w:p>
    <w:p>
      <w:pPr>
        <w:pStyle w:val="Heading2"/>
      </w:pPr>
      <w:r>
        <w:t>Plan your route before the costumes go on</w:t>
      </w:r>
      <w:r/>
    </w:p>
    <w:p>
      <w:r/>
      <w:r>
        <w:t>The Walker's Point Creepy Crawl runs across several venues, so comfortable shoes and a little advance planning will make the night considerably easier. Participants can visit bars including Pop, Walker's Pint, Fluid, DIX, LaCage, Fat Daddy's and Steny's, collecting stamps while chasing prizes.</w:t>
      </w:r>
      <w:r/>
    </w:p>
    <w:p>
      <w:r/>
      <w:r>
        <w:t>Other events are more contained but still need preparation. The MKE Cake Potluck requires a ticket, a prepared cake and serving utensils, while the Rocky Horror Picture Show Spooktacular promises original cast appearances, a costume contest and a very enthusiastic audience. Eventbrite is useful for ticketed listings, but always check the organiser's latest information before travelling.</w:t>
      </w:r>
      <w:r/>
    </w:p>
    <w:p>
      <w:r/>
      <w:r>
        <w:t>Milwaukee's best Halloween plans mix spectacle with community spirit. One minute you're watching a drag host work the room, and the next you're sharing cake with strangers who may become friends. That's the real charm of the city's autumn calendar.</w:t>
      </w:r>
      <w:r/>
    </w:p>
    <w:p>
      <w:r/>
      <w:r>
        <w:t>It's a wonderfully busy season, so choose your costume, check the details and leave room for one more stop.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https://shepherdexpress.com/lgbtq/dear-ruthie/milwaukees-got-it-going-on/</w:t>
        </w:r>
      </w:hyperlink>
      <w:r>
        <w:t xml:space="preserve"> - Please view link - unable to able to access data</w:t>
      </w:r>
      <w:r/>
    </w:p>
    <w:p>
      <w:pPr>
        <w:pStyle w:val="ListNumber"/>
        <w:spacing w:line="240" w:lineRule="auto"/>
        <w:ind w:left="720"/>
      </w:pPr>
      <w:r/>
      <w:hyperlink r:id="rId10">
        <w:r>
          <w:rPr>
            <w:color w:val="0000EE"/>
            <w:u w:val="single"/>
          </w:rPr>
          <w:t>https://www.mkelgbt.org/</w:t>
        </w:r>
      </w:hyperlink>
      <w:r>
        <w:t xml:space="preserve"> - The Milwaukee LGBT Community Center offers a variety of services, including a food pantry, clothing boutique, and mental health support. They host events like the Our Table Potluck, a monthly gathering for individuals aged 50 and above, providing a space for community connection and support. The center is located at 161 S. 1st Street, Suite 100, Milwaukee, WI 53204, and can be contacted at (414) 271-2656 or admin@mkelgbt.org.</w:t>
      </w:r>
      <w:r/>
    </w:p>
    <w:p>
      <w:pPr>
        <w:pStyle w:val="ListNumber"/>
        <w:spacing w:line="240" w:lineRule="auto"/>
        <w:ind w:left="720"/>
      </w:pPr>
      <w:r/>
      <w:hyperlink r:id="rId11">
        <w:r>
          <w:rPr>
            <w:color w:val="0000EE"/>
            <w:u w:val="single"/>
          </w:rPr>
          <w:t>https://www.popwalkerspoint.com/event-list</w:t>
        </w:r>
      </w:hyperlink>
      <w:r>
        <w:t xml:space="preserve"> - POP, located at 124 W. National Avenue, Milwaukee, WI 53204, hosts various events, including the Absolut Halloween Drag Bingo. This event features 10 rounds of free bingo, prizes, drinks, food, and more. Attendees can participate in a costume contest, spin the Pop Prize Wheel, and enjoy Jukebox Bingo. The event starts at 7 p.m. and is hosted by Rescue Gang. For more details, visit their event list.</w:t>
      </w:r>
      <w:r/>
    </w:p>
    <w:p>
      <w:pPr>
        <w:pStyle w:val="ListNumber"/>
        <w:spacing w:line="240" w:lineRule="auto"/>
        <w:ind w:left="720"/>
      </w:pPr>
      <w:r/>
      <w:hyperlink r:id="rId12">
        <w:r>
          <w:rPr>
            <w:color w:val="0000EE"/>
            <w:u w:val="single"/>
          </w:rPr>
          <w:t>https://www.courageplus.org</w:t>
        </w:r>
      </w:hyperlink>
      <w:r>
        <w:t xml:space="preserve"> - Courage+ is an organization dedicated to supporting LGBTQ+ youth. They are hosting their annual fundraiser, the Courage+ Annual Gala, on October 30 at The Baird Center, located at 401 W. Kilbourn Ave., Milwaukee, WI 53203. The event's theme is 'Unmasked and Unbothered,' encouraging attendees to come in their favorite disguise or not. For more information, tickets, and timelines, visit their website.</w:t>
      </w:r>
      <w:r/>
    </w:p>
    <w:p>
      <w:pPr>
        <w:pStyle w:val="ListNumber"/>
        <w:spacing w:line="240" w:lineRule="auto"/>
        <w:ind w:left="720"/>
      </w:pPr>
      <w:r/>
      <w:hyperlink r:id="rId14">
        <w:r>
          <w:rPr>
            <w:color w:val="0000EE"/>
            <w:u w:val="single"/>
          </w:rPr>
          <w:t>https://www.ticketmaster.com</w:t>
        </w:r>
      </w:hyperlink>
      <w:r>
        <w:t xml:space="preserve"> - The Marcus Performing Arts Center, located at 929 N. Water St., Milwaukee, WI 53202, is hosting 'Sugar Skull!,' a family-friendly musical on October 30. The touring bicultural show tells the story of a twelve-year-old girl who gets a visit from Sugar Skull, a charismatic skeleton who explains the true meaning of Día de Muertos. The performance features toe-tapping songs, cultural dancing, and more. Tickets can be purchased through Ticketmaster.</w:t>
      </w:r>
      <w:r/>
    </w:p>
    <w:p>
      <w:pPr>
        <w:pStyle w:val="ListNumber"/>
        <w:spacing w:line="240" w:lineRule="auto"/>
        <w:ind w:left="720"/>
      </w:pPr>
      <w:r/>
      <w:hyperlink r:id="rId13">
        <w:r>
          <w:rPr>
            <w:color w:val="0000EE"/>
            <w:u w:val="single"/>
          </w:rPr>
          <w:t>https://www.drunkenimprov.com</w:t>
        </w:r>
      </w:hyperlink>
      <w:r>
        <w:t xml:space="preserve"> - CSz Comedy Sportz, located at 420 S. 1st St., Milwaukee, WI 53204, is hosting 'Drunken Jurazzic Park' on October 30. This event features improv artists performing a humorous take on the classic dinosaur movie. The show starts at 8 p.m., and tickets are available through their website.</w:t>
      </w:r>
      <w:r/>
    </w:p>
    <w:p>
      <w:pPr>
        <w:pStyle w:val="ListNumber"/>
        <w:spacing w:line="240" w:lineRule="auto"/>
        <w:ind w:left="720"/>
      </w:pPr>
      <w:r/>
      <w:hyperlink r:id="rId15">
        <w:r>
          <w:rPr>
            <w:color w:val="0000EE"/>
            <w:u w:val="single"/>
          </w:rPr>
          <w:t>https://www.eventbrite.com</w:t>
        </w:r>
      </w:hyperlink>
      <w:r>
        <w:t xml:space="preserve"> - Sienna Moon, located at 213 W. Wisconsin Ave., Milwaukee, WI 53203, is hosting the Fall Witch Market on October 31. The event celebrates the magic and mystery of autumn with a day of workshops, vendors, and more. The enchanting marketplace runs from 10 a.m. to 4 p.m. Tickets can be purchased through Eventbrite.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hepherdexpress.com/lgbtq/dear-ruthie/milwaukees-got-it-going-on/" TargetMode="External"/><Relationship Id="rId10" Type="http://schemas.openxmlformats.org/officeDocument/2006/relationships/hyperlink" Target="https://www.mkelgbt.org/" TargetMode="External"/><Relationship Id="rId11" Type="http://schemas.openxmlformats.org/officeDocument/2006/relationships/hyperlink" Target="https://www.popwalkerspoint.com/event-list" TargetMode="External"/><Relationship Id="rId12" Type="http://schemas.openxmlformats.org/officeDocument/2006/relationships/hyperlink" Target="https://www.courageplus.org" TargetMode="External"/><Relationship Id="rId13" Type="http://schemas.openxmlformats.org/officeDocument/2006/relationships/hyperlink" Target="https://www.drunkenimprov.com" TargetMode="External"/><Relationship Id="rId14" Type="http://schemas.openxmlformats.org/officeDocument/2006/relationships/hyperlink" Target="https://www.ticketmaster.com" TargetMode="External"/><Relationship Id="rId15" Type="http://schemas.openxmlformats.org/officeDocument/2006/relationships/hyperlink" Target="https://www.eventbrit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