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youth homecoming events create safer spaces to belong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are turning an alternative homecoming dance into a powerful celebration of LGBTQ+ identity in Minneapolis. The Bridge for Youth’s 2026 Homecoming GAYla brought together dancing, drag, creative activities and affirming support, showing why welcoming community spaces matter so much to young people seeking safety, connection and room to be themselves.</w:t>
      </w:r>
      <w:r/>
    </w:p>
    <w:p>
      <w:pPr>
        <w:pStyle w:val="Heading2"/>
      </w:pPr>
      <w:r>
        <w:t>Essential Takeaways</w:t>
      </w:r>
      <w:r/>
      <w:r/>
    </w:p>
    <w:p>
      <w:pPr>
        <w:pStyle w:val="ListBullet"/>
        <w:spacing w:line="240" w:lineRule="auto"/>
        <w:ind w:left="720"/>
      </w:pPr>
      <w:r/>
      <w:r>
        <w:rPr>
          <w:b/>
        </w:rPr>
        <w:t>A joyful gathering:</w:t>
      </w:r>
      <w:r>
        <w:t xml:space="preserve"> The event combined dancing, drag, trivia, food and creative stations in a relaxed, celebratory setting.</w:t>
      </w:r>
      <w:r/>
    </w:p>
    <w:p>
      <w:pPr>
        <w:pStyle w:val="ListBullet"/>
        <w:spacing w:line="240" w:lineRule="auto"/>
        <w:ind w:left="720"/>
      </w:pPr>
      <w:r/>
      <w:r>
        <w:rPr>
          <w:b/>
        </w:rPr>
        <w:t>Support beyond the dance floor:</w:t>
      </w:r>
      <w:r>
        <w:t xml:space="preserve"> Attendees could learn about The Bridge for Youth’s ongoing programmes and LGBTQ+ support services.</w:t>
      </w:r>
      <w:r/>
    </w:p>
    <w:p>
      <w:pPr>
        <w:pStyle w:val="ListBullet"/>
        <w:spacing w:line="240" w:lineRule="auto"/>
        <w:ind w:left="720"/>
      </w:pPr>
      <w:r/>
      <w:r>
        <w:rPr>
          <w:b/>
        </w:rPr>
        <w:t>Creative details mattered:</w:t>
      </w:r>
      <w:r>
        <w:t xml:space="preserve"> Screen printing, a photo booth, glitter tattoos and press-on nails helped guests express themselves.</w:t>
      </w:r>
      <w:r/>
    </w:p>
    <w:p>
      <w:pPr>
        <w:pStyle w:val="ListBullet"/>
        <w:spacing w:line="240" w:lineRule="auto"/>
        <w:ind w:left="720"/>
      </w:pPr>
      <w:r/>
      <w:r>
        <w:rPr>
          <w:b/>
        </w:rPr>
        <w:t>Representation felt personal:</w:t>
      </w:r>
      <w:r>
        <w:t xml:space="preserve"> For some young people, the evening offered a first experience of a drag show and a welcoming LGBTQ+ social event.</w:t>
      </w:r>
      <w:r/>
    </w:p>
    <w:p>
      <w:pPr>
        <w:pStyle w:val="ListBullet"/>
        <w:spacing w:line="240" w:lineRule="auto"/>
        <w:ind w:left="720"/>
      </w:pPr>
      <w:r/>
      <w:r>
        <w:rPr>
          <w:b/>
        </w:rPr>
        <w:t>Community is the point:</w:t>
      </w:r>
      <w:r>
        <w:t xml:space="preserve"> The celebration underlined how safe, affirming spaces can help young people build friendships and confidence.</w:t>
      </w:r>
      <w:r/>
      <w:r/>
    </w:p>
    <w:p>
      <w:pPr>
        <w:pStyle w:val="Heading2"/>
      </w:pPr>
      <w:r>
        <w:t>A homecoming with a different kind of welcome</w:t>
      </w:r>
      <w:r/>
    </w:p>
    <w:p>
      <w:r/>
      <w:r>
        <w:t>The strongest message of the Homecoming GAYla wasn't simply that young people had a good night. It was that LGBTQ+ youth deserve spaces where safety and celebration sit side by side.</w:t>
      </w:r>
      <w:r/>
    </w:p>
    <w:p>
      <w:r/>
      <w:r>
        <w:t>Held by The Bridge for Youth in Minneapolis, the second annual event offered an alternative to traditional school dances, where queer young people may not always feel comfortable or represented. The atmosphere was deliberately warm and expressive, with guests dressing up, posing for photographs and heading to the dance floor with friends.</w:t>
      </w:r>
      <w:r/>
    </w:p>
    <w:p>
      <w:r/>
      <w:r>
        <w:t>That mix of glamour and reassurance is what gave the night its emotional weight. A glitter tattoo or a keepsake poster might seem small, but in a room where people feel accepted, those details can become lasting memories.</w:t>
      </w:r>
      <w:r/>
    </w:p>
    <w:p>
      <w:pPr>
        <w:pStyle w:val="Heading2"/>
      </w:pPr>
      <w:r>
        <w:t>Drag, music and a room full of confidence</w:t>
      </w:r>
      <w:r/>
    </w:p>
    <w:p>
      <w:r/>
      <w:r>
        <w:t>Drag performer Luna Muse hosted the entertainment, giving several attendees their first taste of a live drag show. Her set included popular tracks, alongside Broadway favourites from Hamilton and Beetlejuice, prompting plenty of singing from the crowd.</w:t>
      </w:r>
      <w:r/>
    </w:p>
    <w:p>
      <w:r/>
      <w:r>
        <w:t>The result was less like a formal performance and more like a shared soundtrack for the evening. Young people danced, joined in with familiar songs and found common ground with others who might have arrived not knowing anyone.</w:t>
      </w:r>
      <w:r/>
    </w:p>
    <w:p>
      <w:r/>
      <w:r>
        <w:t>The event listing on Reclaim Care places the Homecoming GAYla within a wider calendar of youth activities, while other community listings similarly point to the growing importance of LGBTQ+ youth events that offer social connection as well as entertainment. It's a useful reminder that belonging doesn't always begin with a support appointment. Sometimes it starts with a song everyone knows.</w:t>
      </w:r>
      <w:r/>
    </w:p>
    <w:p>
      <w:pPr>
        <w:pStyle w:val="Heading2"/>
      </w:pPr>
      <w:r>
        <w:t>More than a party: practical support was close by</w:t>
      </w:r>
      <w:r/>
    </w:p>
    <w:p>
      <w:r/>
      <w:r>
        <w:t>Alongside the fun, The Bridge used the gathering to introduce young people to its wider services. Information about programmes such as So What If I Am helped connect the celebration with ongoing support, rather than treating it as a one-off night out.</w:t>
      </w:r>
      <w:r/>
    </w:p>
    <w:p>
      <w:r/>
      <w:r>
        <w:t>That matters because accessible help can be easier to approach when it's presented in a familiar, friendly environment. A young person might come for the music, discover a new resource and leave knowing where to turn next.</w:t>
      </w:r>
      <w:r/>
    </w:p>
    <w:p>
      <w:r/>
      <w:r>
        <w:t>The Bridge's previous GAYla event, featured in its 2025 coverage, also reflects the organisation's focus on creating affirming experiences for LGBTQ+ youth. Meanwhile, listings from Centre LGBTQ+ and other community platforms show how youth-focused gatherings are appearing across different local networks, each offering its own route into connection.</w:t>
      </w:r>
      <w:r/>
    </w:p>
    <w:p>
      <w:pPr>
        <w:pStyle w:val="Heading2"/>
      </w:pPr>
      <w:r>
        <w:t>Why creative activities make a difference</w:t>
      </w:r>
      <w:r/>
    </w:p>
    <w:p>
      <w:r/>
      <w:r>
        <w:t>The evening's hands-on stations gave guests plenty to do between dances. Live screen printing allowed attendees to create a souvenir poster, while the photo booth, style station, glitter tattoos and press-on nails brought a playful, tactile energy to the room.</w:t>
      </w:r>
      <w:r/>
    </w:p>
    <w:p>
      <w:r/>
      <w:r>
        <w:t>These activities also made participation flexible. Not everyone wants to dance straight away, and having quieter or creative options can make an event feel easier to navigate, particularly for young people who are nervous in unfamiliar groups.</w:t>
      </w:r>
      <w:r/>
    </w:p>
    <w:p>
      <w:r/>
      <w:r>
        <w:t>There was a thoughtful sense of choice throughout the evening. Guests could perform, watch, make something, take a photograph or simply spend time with friends. That freedom is often what turns an event from an organised programme into a genuinely welcoming space.</w:t>
      </w:r>
      <w:r/>
    </w:p>
    <w:p>
      <w:pPr>
        <w:pStyle w:val="Heading2"/>
      </w:pPr>
      <w:r>
        <w:t>Safe spaces leave a lasting impression</w:t>
      </w:r>
      <w:r/>
    </w:p>
    <w:p>
      <w:r/>
      <w:r>
        <w:t>As the final songs played, the evening's wider purpose became clear. The Homecoming GAYla gave young people an opportunity to meet others, celebrate their identities and experience community without having to explain or defend who they are.</w:t>
      </w:r>
      <w:r/>
    </w:p>
    <w:p>
      <w:r/>
      <w:r>
        <w:t>Comparable LGBTQ+ youth listings, including recurring group events in other cities, suggest that this need extends well beyond one venue or one celebration. Regular gatherings can help turn an occasional feeling of welcome into a dependable support network.</w:t>
      </w:r>
      <w:r/>
    </w:p>
    <w:p>
      <w:r/>
      <w:r>
        <w:t>For anyone looking for LGBTQ+ youth community in Minneapolis, The Bridge for Youth offers So What If I Am on Tuesdays, alongside other on-site resources and 24/7 support. A dance may last a few hours, but the confidence it creates can travel much further.</w:t>
      </w:r>
      <w:r/>
    </w:p>
    <w:p>
      <w:r/>
      <w:r>
        <w:t>A safe celebration can be the first step towards a stronger sense of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https://bridgeforyouth.org/the-2026-homecoming-gayla-celebrates-lgbtq-youth/</w:t>
        </w:r>
      </w:hyperlink>
      <w:r>
        <w:t xml:space="preserve"> - Please view link - unable to able to access data</w:t>
      </w:r>
      <w:r/>
    </w:p>
    <w:p>
      <w:pPr>
        <w:pStyle w:val="ListNumber"/>
        <w:spacing w:line="240" w:lineRule="auto"/>
        <w:ind w:left="720"/>
      </w:pPr>
      <w:r/>
      <w:hyperlink r:id="rId10">
        <w:r>
          <w:rPr>
            <w:color w:val="0000EE"/>
            <w:u w:val="single"/>
          </w:rPr>
          <w:t>https://www.reclaim.care/education-resources/youth-activities-calendar.html/event/2026/10/23/homecoming-gayla/580893</w:t>
        </w:r>
      </w:hyperlink>
      <w:r>
        <w:t xml:space="preserve"> - Reclaim's Youth Activities Calendar lists the Homecoming GAYla event on October 23, 2026, at Queermunity in Minneapolis, MN. The event is designed for LGBTQ+ youth aged 12-24, offering a safe space to celebrate their unique identities. Attendees can enjoy dancing, drag performances by Luna Muse, interactive activities like live screen printing and a photo booth, free food, and on-site gender-affirming resources. Registration is encouraged to attend this free event.</w:t>
      </w:r>
      <w:r/>
    </w:p>
    <w:p>
      <w:pPr>
        <w:pStyle w:val="ListNumber"/>
        <w:spacing w:line="240" w:lineRule="auto"/>
        <w:ind w:left="720"/>
      </w:pPr>
      <w:r/>
      <w:hyperlink r:id="rId11">
        <w:r>
          <w:rPr>
            <w:color w:val="0000EE"/>
            <w:u w:val="single"/>
          </w:rPr>
          <w:t>https://wom.city/event/34540?market=mpls</w:t>
        </w:r>
      </w:hyperlink>
      <w:r>
        <w:t xml:space="preserve"> - Word of Mouth provides details about the Homecoming GAYla event scheduled for October 23, 2026, at Queermunity in Minneapolis, MN. The event invites LGBTQ+ youth aged 12-24 to celebrate their unique identities in a safe space. Activities include dancing, drag performances by Luna Muse, interactive activities such as live screen printing and a photo booth, free food, and on-site gender-affirming resources. Registration is highly encouraged for this free event.</w:t>
      </w:r>
      <w:r/>
    </w:p>
    <w:p>
      <w:pPr>
        <w:pStyle w:val="ListNumber"/>
        <w:spacing w:line="240" w:lineRule="auto"/>
        <w:ind w:left="720"/>
      </w:pPr>
      <w:r/>
      <w:hyperlink r:id="rId12">
        <w:r>
          <w:rPr>
            <w:color w:val="0000EE"/>
            <w:u w:val="single"/>
          </w:rPr>
          <w:t>https://bridgeforyouth.org/gayla-2025/</w:t>
        </w:r>
      </w:hyperlink>
      <w:r>
        <w:t xml:space="preserve"> - The Bridge for Youth's website features a recap of The GAYla Masquerade held in 2025. The event celebrated LGBTQ+ youth identities with drag performances, gender-affirming activities, and a safe space for self-expression. Attendees participated in a costume contest, raffle, dancing, and learned about LGBTQ+ History Month. The event was made possible by community support, including Queermunity, volunteers from Shakopee High School’s Bridge for Youth Club, Medica, Sequeerity, and annual sponsors.</w:t>
      </w:r>
      <w:r/>
    </w:p>
    <w:p>
      <w:pPr>
        <w:pStyle w:val="ListNumber"/>
        <w:spacing w:line="240" w:lineRule="auto"/>
        <w:ind w:left="720"/>
      </w:pPr>
      <w:r/>
      <w:hyperlink r:id="rId13">
        <w:r>
          <w:rPr>
            <w:color w:val="0000EE"/>
            <w:u w:val="single"/>
          </w:rPr>
          <w:t>https://www.centrelgbtplus.org/event-details/youth-gayla-2026</w:t>
        </w:r>
      </w:hyperlink>
      <w:r>
        <w:t xml:space="preserve"> - Centre LGBT+ announces Youth Gayla 2026, a joyful, chaperoned event for LGBT+ youth and allies in grades 9-12. Scheduled for June 20, 2026, at Millbrook Marsh Nature Center in State College, PA, the event features music, dancing, food, and community. Inspired by the success of the annual Gayla, Youth Gayla offers teens an affirming and inclusive space to celebrate their identities and have fun together. Tickets are available for general admission.</w:t>
      </w:r>
      <w:r/>
    </w:p>
    <w:p>
      <w:pPr>
        <w:pStyle w:val="ListNumber"/>
        <w:spacing w:line="240" w:lineRule="auto"/>
        <w:ind w:left="720"/>
      </w:pPr>
      <w:r/>
      <w:hyperlink r:id="rId14">
        <w:r>
          <w:rPr>
            <w:color w:val="0000EE"/>
            <w:u w:val="single"/>
          </w:rPr>
          <w:t>https://www.gayout.com/usa-canada/united-states/boise/events/clutch-8211-lgbtq-youth-group-2026-11-26</w:t>
        </w:r>
      </w:hyperlink>
      <w:r>
        <w:t xml:space="preserve"> - GayOut lists Clutch – LGBTQ Youth Group, a safe space for LGBTQ+ youth in Boise, ID. The event is scheduled for November 26, 2026, at The Community Center Boise. Clutch offers a no-pressure, no-judgment environment for youth aged 14-20 to be themselves. The group meets every Thursday from 6:30 pm to 8:00 pm, providing a supportive community for LGBTQ+ youth. The venue is located across from Flying M Coffee Garage.</w:t>
      </w:r>
      <w:r/>
    </w:p>
    <w:p>
      <w:pPr>
        <w:pStyle w:val="ListNumber"/>
        <w:spacing w:line="240" w:lineRule="auto"/>
        <w:ind w:left="720"/>
      </w:pPr>
      <w:r/>
      <w:hyperlink r:id="rId15">
        <w:r>
          <w:rPr>
            <w:color w:val="0000EE"/>
            <w:u w:val="single"/>
          </w:rPr>
          <w:t>https://www.gayout.com/usa-canada/united-states/boise/events/clutch-8211-lgbtq-youth-group-2026-11-12</w:t>
        </w:r>
      </w:hyperlink>
      <w:r>
        <w:t xml:space="preserve"> - GayOut provides information about Clutch – LGBTQ Youth Group, a safe space for LGBTQ+ youth in Boise, ID. The event is scheduled for November 12, 2026, at The Community Center Boise. Clutch offers a no-pressure, no-judgment environment for youth aged 14-20 to be themselves. The group meets every Thursday from 6:30 pm to 8:00 pm, providing a supportive community for LGBTQ+ youth. The venue is located across from Flying M Coffee Garage.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idgeforyouth.org/the-2026-homecoming-gayla-celebrates-lgbtq-youth/" TargetMode="External"/><Relationship Id="rId10" Type="http://schemas.openxmlformats.org/officeDocument/2006/relationships/hyperlink" Target="https://www.reclaim.care/education-resources/youth-activities-calendar.html/event/2026/10/23/homecoming-gayla/580893" TargetMode="External"/><Relationship Id="rId11" Type="http://schemas.openxmlformats.org/officeDocument/2006/relationships/hyperlink" Target="https://wom.city/event/34540?market=mpls" TargetMode="External"/><Relationship Id="rId12" Type="http://schemas.openxmlformats.org/officeDocument/2006/relationships/hyperlink" Target="https://bridgeforyouth.org/gayla-2025/" TargetMode="External"/><Relationship Id="rId13" Type="http://schemas.openxmlformats.org/officeDocument/2006/relationships/hyperlink" Target="https://www.centrelgbtplus.org/event-details/youth-gayla-2026" TargetMode="External"/><Relationship Id="rId14" Type="http://schemas.openxmlformats.org/officeDocument/2006/relationships/hyperlink" Target="https://www.gayout.com/usa-canada/united-states/boise/events/clutch-8211-lgbtq-youth-group-2026-11-26" TargetMode="External"/><Relationship Id="rId15" Type="http://schemas.openxmlformats.org/officeDocument/2006/relationships/hyperlink" Target="https://www.gayout.com/usa-canada/united-states/boise/events/clutch-8211-lgbtq-youth-group-2026-11-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