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Hotel for Greater Palm Springs Pride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heading to Greater Palm Springs Pride in November 2026 will find Hotel ZOSO unusually well placed for a celebration built around inclusion, nightlife and warm-weather downtime. The boutique resort sits moments from the Arenas District, making it an easy base for the parade, block parties, bars and poolside recovery sessions.</w:t>
      </w:r>
      <w:r/>
    </w:p>
    <w:p>
      <w:pPr>
        <w:pStyle w:val="Heading2"/>
      </w:pPr>
      <w:r>
        <w:t>Essential Takeaways</w:t>
      </w:r>
      <w:r/>
      <w:r/>
    </w:p>
    <w:p>
      <w:pPr>
        <w:pStyle w:val="ListBullet"/>
        <w:spacing w:line="240" w:lineRule="auto"/>
        <w:ind w:left="720"/>
      </w:pPr>
      <w:r/>
      <w:r>
        <w:rPr>
          <w:b/>
        </w:rPr>
        <w:t>Pride dates:</w:t>
      </w:r>
      <w:r>
        <w:t xml:space="preserve"> Greater Palm Springs Pride runs from Friday 6 to Sunday 8 November 2026.</w:t>
      </w:r>
      <w:r/>
    </w:p>
    <w:p>
      <w:pPr>
        <w:pStyle w:val="ListBullet"/>
        <w:spacing w:line="240" w:lineRule="auto"/>
        <w:ind w:left="720"/>
      </w:pPr>
      <w:r/>
      <w:r>
        <w:rPr>
          <w:b/>
        </w:rPr>
        <w:t>Prime location:</w:t>
      </w:r>
      <w:r>
        <w:t xml:space="preserve"> Hotel ZOSO is a short walk from Arenas Road's LGBTQ+ nightlife and the nearby downtown area.</w:t>
      </w:r>
      <w:r/>
    </w:p>
    <w:p>
      <w:pPr>
        <w:pStyle w:val="ListBullet"/>
        <w:spacing w:line="240" w:lineRule="auto"/>
        <w:ind w:left="720"/>
      </w:pPr>
      <w:r/>
      <w:r>
        <w:rPr>
          <w:b/>
        </w:rPr>
        <w:t>On-site comforts:</w:t>
      </w:r>
      <w:r>
        <w:t xml:space="preserve"> Guests can use the salt-water pool, spa, fitness centre, cabanas and dining options.</w:t>
      </w:r>
      <w:r/>
    </w:p>
    <w:p>
      <w:pPr>
        <w:pStyle w:val="ListBullet"/>
        <w:spacing w:line="240" w:lineRule="auto"/>
        <w:ind w:left="720"/>
      </w:pPr>
      <w:r/>
      <w:r>
        <w:rPr>
          <w:b/>
        </w:rPr>
        <w:t>Evening entertainment:</w:t>
      </w:r>
      <w:r>
        <w:t xml:space="preserve"> Regular drag bingo adds a lively, campy touch to the weekend.</w:t>
      </w:r>
      <w:r/>
    </w:p>
    <w:p>
      <w:pPr>
        <w:pStyle w:val="ListBullet"/>
        <w:spacing w:line="240" w:lineRule="auto"/>
        <w:ind w:left="720"/>
      </w:pPr>
      <w:r/>
      <w:r>
        <w:rPr>
          <w:b/>
        </w:rPr>
        <w:t>Plan ahead:</w:t>
      </w:r>
      <w:r>
        <w:t xml:space="preserve"> Parade routes, event access and hotel availability can change, so check official listings before travelling.</w:t>
      </w:r>
      <w:r/>
      <w:r/>
    </w:p>
    <w:p>
      <w:pPr>
        <w:pStyle w:val="Heading2"/>
      </w:pPr>
      <w:r>
        <w:t>A walkable base for Palm Springs Pride</w:t>
      </w:r>
      <w:r/>
    </w:p>
    <w:p>
      <w:r/>
      <w:r>
        <w:t>The biggest luxury during Pride weekend is often not needing a car. Hotel ZOSO is positioned close to the Arenas District, where visitors can move between bars, restaurants, shops and street celebrations without turning every outing into a logistical exercise.</w:t>
      </w:r>
      <w:r/>
    </w:p>
    <w:p>
      <w:r/>
      <w:r>
        <w:t>That matters during a busy festival. According to Visit Greater Palm Springs, the 40th-anniversary event is scheduled for 6 to 8 November 2026, while Palm Springs Life also lists the weekend as a major fixture in the city's annual calendar. With the action concentrated around central Palm Springs, staying nearby means more time enjoying the atmosphere and less time waiting for a ride.</w:t>
      </w:r>
      <w:r/>
    </w:p>
    <w:p>
      <w:pPr>
        <w:pStyle w:val="Heading2"/>
      </w:pPr>
      <w:r>
        <w:t>The parade and block-party buzz</w:t>
      </w:r>
      <w:r/>
    </w:p>
    <w:p>
      <w:r/>
      <w:r>
        <w:t>Greater Palm Springs Pride has the kind of setting that makes wandering part of the experience. The Arenas District brings together nightlife venues and businesses, while downtown offers a broader mix of food, shopping and evening entertainment.</w:t>
      </w:r>
      <w:r/>
    </w:p>
    <w:p>
      <w:r/>
      <w:r>
        <w:t>The Sunday parade is the weekend's natural centrepiece. KESQ reported on the event's 40th-anniversary celebrations and grand marshals, while BMW Palm Springs has published information about the 2026 parade. Visitors should still confirm the latest route, timings and road closures before setting out, particularly if they're planning to watch from a popular stretch.</w:t>
      </w:r>
      <w:r/>
    </w:p>
    <w:p>
      <w:pPr>
        <w:pStyle w:val="Heading2"/>
      </w:pPr>
      <w:r>
        <w:t>Why Hotel ZOSO works after dark</w:t>
      </w:r>
      <w:r/>
    </w:p>
    <w:p>
      <w:r/>
      <w:r>
        <w:t>A good Pride hotel needs more than a convenient postcode. Hotel ZOSO adds a salt-water pool, a 24-hour fitness centre, an on-site spa and several food and drink options, so guests can switch between going out and taking it easy without leaving the property.</w:t>
      </w:r>
      <w:r/>
    </w:p>
    <w:p>
      <w:r/>
      <w:r>
        <w:t>Its regular drag bingo is another draw, especially for visitors who want entertainment on-site. The combination of quick banter, prizes and a social lobby atmosphere gives the hotel a slightly theatrical personality. In other words, the evening doesn't have to end when the parade route clears.</w:t>
      </w:r>
      <w:r/>
    </w:p>
    <w:p>
      <w:pPr>
        <w:pStyle w:val="Heading2"/>
      </w:pPr>
      <w:r>
        <w:t>Pool time, cabanas and desert sunshine</w:t>
      </w:r>
      <w:r/>
    </w:p>
    <w:p>
      <w:r/>
      <w:r>
        <w:t>Palm Springs is at its most appealing when the weather invites people outdoors, and November typically offers a comfortable balance between sunshine and cooler evenings. The hotel's pool is designed for year-round use, with shaded cabanas and daybeds adding an easy place to cool off or recover after a late night.</w:t>
      </w:r>
      <w:r/>
    </w:p>
    <w:p>
      <w:r/>
      <w:r>
        <w:t>That makes the property useful for different kinds of travellers. Some guests may want a full weekend of parties, while others might prefer a slow morning, a spa treatment and a short walk to dinner. Festival listings from Visit Greater Palm Springs and Festivals in America show just how much activity surrounds the Pride weekend, so having a quieter retreat nearby can be a genuine advantage.</w:t>
      </w:r>
      <w:r/>
    </w:p>
    <w:p>
      <w:pPr>
        <w:pStyle w:val="Heading2"/>
      </w:pPr>
      <w:r>
        <w:t>A practical guide to booking Pride weekend</w:t>
      </w:r>
      <w:r/>
    </w:p>
    <w:p>
      <w:r/>
      <w:r>
        <w:t>If you're considering Hotel ZOSO for Greater Palm Springs Pride, book early and check the cancellation policy carefully. Anniversary celebrations can increase demand, and central hotels tend to fill faster than properties that require a drive into town.</w:t>
      </w:r>
      <w:r/>
    </w:p>
    <w:p>
      <w:r/>
      <w:r>
        <w:t>It's also worth checking whether your preferred room rate includes parking, resort charges or event-specific extras. For the parade, comfortable shoes are essential, while a light layer will help when desert temperatures dip after sunset. Most importantly, use official event information for final timings, accessibility details and any changes to the programme.</w:t>
      </w:r>
      <w:r/>
    </w:p>
    <w:p>
      <w:r/>
      <w:r>
        <w:t>Pride weekends can feel gloriously chaotic, but the best stays leave room for both excitement and a quiet reset. Hotel ZOSO's appeal is that it puts the celebration outside the door while keeping the pool, spa and a soft landing close at hand.</w:t>
      </w:r>
      <w:r/>
    </w:p>
    <w:p>
      <w:r/>
      <w:r>
        <w:t>Explore the options early if you're planning a walkable, welcoming Palm Springs Pride stay.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5">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https://www.out.com/travel-nightlife/hotel-zoso-palm-spring-pride</w:t>
        </w:r>
      </w:hyperlink>
      <w:r>
        <w:t xml:space="preserve"> - Please view link - unable to able to access data</w:t>
      </w:r>
      <w:r/>
    </w:p>
    <w:p>
      <w:pPr>
        <w:pStyle w:val="ListNumber"/>
        <w:spacing w:line="240" w:lineRule="auto"/>
        <w:ind w:left="720"/>
      </w:pPr>
      <w:r/>
      <w:hyperlink r:id="rId10">
        <w:r>
          <w:rPr>
            <w:color w:val="0000EE"/>
            <w:u w:val="single"/>
          </w:rPr>
          <w:t>https://www.visitgreaterpalmsprings.com/event/greater-palm-springs-pride/14818/</w:t>
        </w:r>
      </w:hyperlink>
      <w:r>
        <w:t xml:space="preserve"> - Greater Palm Springs Pride is a three-day festival and parade in downtown Palm Springs, produced by a nonprofit of the same name. The weekend includes a 5K run and walk, the Pride Honors awards, interfaith services, and a Sunday morning parade. The 2026 edition is scheduled for November 6-8, 2026, and is usually held on the first full weekend of November.</w:t>
      </w:r>
      <w:r/>
    </w:p>
    <w:p>
      <w:pPr>
        <w:pStyle w:val="ListNumber"/>
        <w:spacing w:line="240" w:lineRule="auto"/>
        <w:ind w:left="720"/>
      </w:pPr>
      <w:r/>
      <w:hyperlink r:id="rId11">
        <w:r>
          <w:rPr>
            <w:color w:val="0000EE"/>
            <w:u w:val="single"/>
          </w:rPr>
          <w:t>https://www.palmspringslife.com/event/greater-palm-springs-pride/</w:t>
        </w:r>
      </w:hyperlink>
      <w:r>
        <w:t xml:space="preserve"> - Greater Palm Springs Pride marks its 40th annual celebration from November 6–8 in downtown Palm Springs and the Arenas District. The weekend brings stages, community organizations, vendors, nightlife, and public gatherings together under the 2026 theme 'Be Included.' The signature Pride Parade steps off at 10 a.m. Sunday, Nov. 8, traveling south on Palm Canyon Drive from Tachevah Drive toward downtown.</w:t>
      </w:r>
      <w:r/>
    </w:p>
    <w:p>
      <w:pPr>
        <w:pStyle w:val="ListNumber"/>
        <w:spacing w:line="240" w:lineRule="auto"/>
        <w:ind w:left="720"/>
      </w:pPr>
      <w:r/>
      <w:hyperlink r:id="rId12">
        <w:r>
          <w:rPr>
            <w:color w:val="0000EE"/>
            <w:u w:val="single"/>
          </w:rPr>
          <w:t>https://kesq.com/news/2026/09/14/greater-palm-springs-pride-announces-2026-grand-marshals-for-40th-anniversary/</w:t>
        </w:r>
      </w:hyperlink>
      <w:r>
        <w:t xml:space="preserve"> - Greater Palm Springs Pride has announced the honorees for its 40th Anniversary Pride Parade, taking place Sunday, Nov. 8, 2026, under the theme 'Be Included.' This year’s parade will recognize four individuals whose work and contributions have helped uplift the LGBTQIA+ community locally and nationally.</w:t>
      </w:r>
      <w:r/>
    </w:p>
    <w:p>
      <w:pPr>
        <w:pStyle w:val="ListNumber"/>
        <w:spacing w:line="240" w:lineRule="auto"/>
        <w:ind w:left="720"/>
      </w:pPr>
      <w:r/>
      <w:hyperlink r:id="rId15">
        <w:r>
          <w:rPr>
            <w:color w:val="0000EE"/>
            <w:u w:val="single"/>
          </w:rPr>
          <w:t>https://kesq.com/pride/2026/10/17/palm-springs-pride-kicks-off-40-year-celebrations-with-equality-walk/</w:t>
        </w:r>
      </w:hyperlink>
      <w:r>
        <w:t xml:space="preserve"> - Greater Palm Springs Pride hosted its Pride Equality Walk on October 17, 2026, in the Arenas District of downtown Palm Springs, marking the official kickoff of the organization's 40th anniversary celebrations. The walk serves as a fundraising event to keep Greater Palm Springs Pride's signature community programming free and accessible.</w:t>
      </w:r>
      <w:r/>
    </w:p>
    <w:p>
      <w:pPr>
        <w:pStyle w:val="ListNumber"/>
        <w:spacing w:line="240" w:lineRule="auto"/>
        <w:ind w:left="720"/>
      </w:pPr>
      <w:r/>
      <w:hyperlink r:id="rId13">
        <w:r>
          <w:rPr>
            <w:color w:val="0000EE"/>
            <w:u w:val="single"/>
          </w:rPr>
          <w:t>https://www.bmwpalmsprings.com/2026-palm-springs-pride-parade</w:t>
        </w:r>
      </w:hyperlink>
      <w:r>
        <w:t xml:space="preserve"> - BMW of Palm Springs is a proud sponsor of the 2026 Greater Palm Springs Pride Parade, celebrating diversity, inclusion, and the vibrant community. The parade is scheduled for Sunday, November 8, 2026, at 10 a.m. in downtown Palm Springs.</w:t>
      </w:r>
      <w:r/>
    </w:p>
    <w:p>
      <w:pPr>
        <w:pStyle w:val="ListNumber"/>
        <w:spacing w:line="240" w:lineRule="auto"/>
        <w:ind w:left="720"/>
      </w:pPr>
      <w:r/>
      <w:hyperlink r:id="rId14">
        <w:r>
          <w:rPr>
            <w:color w:val="0000EE"/>
            <w:u w:val="single"/>
          </w:rPr>
          <w:t>https://www.festivalsinamerica.com/festival/greater-palm-springs-pride-palm-springs</w:t>
        </w:r>
      </w:hyperlink>
      <w:r>
        <w:t xml:space="preserve"> - Greater Palm Springs Pride is the desert's flagship LGBTQ+ celebration, drawing huge crowds to downtown Palm Springs each November. Anchored by a massive Sunday parade down Palm Canyon Drive and a multi-day festival marketplace and entertainment stages, it is one of the largest Pride events in California. The 2026 edition is scheduled for November 5-8, 2026, with the main parade on Sunday, November 8.</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travel-nightlife/hotel-zoso-palm-spring-pride" TargetMode="External"/><Relationship Id="rId10" Type="http://schemas.openxmlformats.org/officeDocument/2006/relationships/hyperlink" Target="https://www.visitgreaterpalmsprings.com/event/greater-palm-springs-pride/14818/" TargetMode="External"/><Relationship Id="rId11" Type="http://schemas.openxmlformats.org/officeDocument/2006/relationships/hyperlink" Target="https://www.palmspringslife.com/event/greater-palm-springs-pride/" TargetMode="External"/><Relationship Id="rId12" Type="http://schemas.openxmlformats.org/officeDocument/2006/relationships/hyperlink" Target="https://kesq.com/news/2026/09/14/greater-palm-springs-pride-announces-2026-grand-marshals-for-40th-anniversary/" TargetMode="External"/><Relationship Id="rId13" Type="http://schemas.openxmlformats.org/officeDocument/2006/relationships/hyperlink" Target="https://www.bmwpalmsprings.com/2026-palm-springs-pride-parade" TargetMode="External"/><Relationship Id="rId14" Type="http://schemas.openxmlformats.org/officeDocument/2006/relationships/hyperlink" Target="https://www.festivalsinamerica.com/festival/greater-palm-springs-pride-palm-springs" TargetMode="External"/><Relationship Id="rId15" Type="http://schemas.openxmlformats.org/officeDocument/2006/relationships/hyperlink" Target="https://kesq.com/pride/2026/10/17/palm-springs-pride-kicks-off-40-year-celebrations-with-equality-wal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