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Washington DC's 2026 High Heel Race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will gather in Dupont Circle for Washington DC's 17th Street High Heel Race on Tuesday, 27 October 2026, as drag performers and community racers bring colour, comedy and serious sparkle to one of the city's best-loved LGBTQIA+ traditions.</w:t>
      </w:r>
      <w:r/>
    </w:p>
    <w:p>
      <w:pPr>
        <w:pStyle w:val="Heading2"/>
      </w:pPr>
      <w:r>
        <w:t>Essential Takeaways</w:t>
      </w:r>
      <w:r/>
      <w:r/>
    </w:p>
    <w:p>
      <w:pPr>
        <w:pStyle w:val="ListBullet"/>
        <w:spacing w:line="240" w:lineRule="auto"/>
        <w:ind w:left="720"/>
      </w:pPr>
      <w:r/>
      <w:r>
        <w:rPr>
          <w:b/>
        </w:rPr>
        <w:t>Race time:</w:t>
      </w:r>
      <w:r>
        <w:t xml:space="preserve"> The main race is scheduled for 9pm, after performances and a costume contest.</w:t>
      </w:r>
      <w:r/>
    </w:p>
    <w:p>
      <w:pPr>
        <w:pStyle w:val="ListBullet"/>
        <w:spacing w:line="240" w:lineRule="auto"/>
        <w:ind w:left="720"/>
      </w:pPr>
      <w:r/>
      <w:r>
        <w:rPr>
          <w:b/>
        </w:rPr>
        <w:t>Where to watch:</w:t>
      </w:r>
      <w:r>
        <w:t xml:space="preserve"> The action centres on 17th Street NW near Dupont Circle.</w:t>
      </w:r>
      <w:r/>
    </w:p>
    <w:p>
      <w:pPr>
        <w:pStyle w:val="ListBullet"/>
        <w:spacing w:line="240" w:lineRule="auto"/>
        <w:ind w:left="720"/>
      </w:pPr>
      <w:r/>
      <w:r>
        <w:rPr>
          <w:b/>
        </w:rPr>
        <w:t>Early arrival:</w:t>
      </w:r>
      <w:r>
        <w:t xml:space="preserve"> Check-in begins at 5pm, with entertainment running from 6pm.</w:t>
      </w:r>
      <w:r/>
    </w:p>
    <w:p>
      <w:pPr>
        <w:pStyle w:val="ListBullet"/>
        <w:spacing w:line="240" w:lineRule="auto"/>
        <w:ind w:left="720"/>
      </w:pPr>
      <w:r/>
      <w:r>
        <w:rPr>
          <w:b/>
        </w:rPr>
        <w:t>Party plans:</w:t>
      </w:r>
      <w:r>
        <w:t xml:space="preserve"> Duke's Grocery Dupont is advertising 39-cent beers and Absolut half-and-halfs during two time slots.</w:t>
      </w:r>
      <w:r/>
    </w:p>
    <w:p>
      <w:pPr>
        <w:pStyle w:val="ListBullet"/>
        <w:spacing w:line="240" w:lineRule="auto"/>
        <w:ind w:left="720"/>
      </w:pPr>
      <w:r/>
      <w:r>
        <w:rPr>
          <w:b/>
        </w:rPr>
        <w:t>Travel warning:</w:t>
      </w:r>
      <w:r>
        <w:t xml:space="preserve"> Several nearby roads will have parking restrictions or closures from midday onwards.</w:t>
      </w:r>
      <w:r/>
      <w:r/>
    </w:p>
    <w:p>
      <w:pPr>
        <w:pStyle w:val="Heading2"/>
      </w:pPr>
      <w:r>
        <w:t>A beloved DC tradition returns to Dupont Circle</w:t>
      </w:r>
      <w:r/>
    </w:p>
    <w:p>
      <w:r/>
      <w:r>
        <w:t>There aren't many city events where towering wigs, glittering costumes and precarious footwear all share the same starting line. The 17th Street High Heel Race has been doing exactly that since 1986, growing from a playful contest between local drag performers, bartenders and community members into a major LGBTQIA+ celebration.</w:t>
      </w:r>
      <w:r/>
    </w:p>
    <w:p>
      <w:r/>
      <w:r>
        <w:t>Event listings from Pride365 and OutXOut describe the 2026 race as a community-focused night of performance, spectacle and local pride. It remains free to watch, although arriving early is sensible if you want a clear view rather than a glimpse between shoulders and feather boas.</w:t>
      </w:r>
      <w:r/>
    </w:p>
    <w:p>
      <w:r/>
      <w:r>
        <w:t>The atmosphere is part street party, part neighbourhood reunion. For many attendees, that familiarity is the point: the race feels wonderfully local even as thousands of spectators descend on Dupont Circle.</w:t>
      </w:r>
      <w:r/>
    </w:p>
    <w:p>
      <w:pPr>
        <w:pStyle w:val="Heading2"/>
      </w:pPr>
      <w:r>
        <w:t>What happens before the race?</w:t>
      </w:r>
      <w:r/>
    </w:p>
    <w:p>
      <w:r/>
      <w:r>
        <w:t>The evening starts well before anyone sprints down 17th Street. Check-in is due to open at 5pm, followed by performances from 6pm, with the costume contest scheduled for 8pm and the race itself at 9pm.</w:t>
      </w:r>
      <w:r/>
    </w:p>
    <w:p>
      <w:r/>
      <w:r>
        <w:t>That timetable gives visitors plenty to enjoy without treating the race as the entire event. According to listings from Stunt Events and Travel Gay, the programme combines drag performance, costumes and community entertainment, so the best strategy is to make an evening of it rather than arrive moments before the starting signal.</w:t>
      </w:r>
      <w:r/>
    </w:p>
    <w:p>
      <w:r/>
      <w:r>
        <w:t>Costumes are part of the fun for spectators too. You don't need professional heels or a six-foot wig, but a little colour will help you look less like someone who has accidentally wandered into the wrong block.</w:t>
      </w:r>
      <w:r/>
    </w:p>
    <w:p>
      <w:pPr>
        <w:pStyle w:val="Heading2"/>
      </w:pPr>
      <w:r>
        <w:t>Duke's Grocery is offering a pre- and post-race party</w:t>
      </w:r>
      <w:r/>
    </w:p>
    <w:p>
      <w:r/>
      <w:r>
        <w:t>Duke's Grocery Dupont, at 1513 17th Street NW, is promoting 39-cent beers and Absolut half-and-halfs from 3pm to 5pm, then again from 10pm until midnight. That makes it a convenient stop before the crowds gather, or a lively place to continue the evening once the race is over.</w:t>
      </w:r>
      <w:r/>
    </w:p>
    <w:p>
      <w:r/>
      <w:r>
        <w:t>The offer ties neatly into the race's 39th edition, though visitors should check the venue's own updates before travelling, as event-night service can change quickly. Pride event guides, including Pride365 and OutXOut, point to the wider concentration of LGBTQIA+ venues and businesses around the route.</w:t>
      </w:r>
      <w:r/>
    </w:p>
    <w:p>
      <w:r/>
      <w:r>
        <w:t>A quick practical note: discounted drinks and packed pavements aren't the best combination for rushing. Wear comfortable shoes for getting to and from the event, keep personal belongings close and agree on a meeting point if you're attending with friends.</w:t>
      </w:r>
      <w:r/>
    </w:p>
    <w:p>
      <w:pPr>
        <w:pStyle w:val="Heading2"/>
      </w:pPr>
      <w:r>
        <w:t>Road closures mean public transport is the safer bet</w:t>
      </w:r>
      <w:r/>
    </w:p>
    <w:p>
      <w:r/>
      <w:r>
        <w:t>Drivers should expect disruption from lunchtime. The District's traffic advisory lists emergency no-parking restrictions from noon to 11pm on 17th Street and several surrounding roads, including R, Corcoran, Q, Church and P streets.</w:t>
      </w:r>
      <w:r/>
    </w:p>
    <w:p>
      <w:r/>
      <w:r>
        <w:t>Vehicle closures are expected from 2pm to 11pm on much of 17th Street, as well as nearby sections of Riggs Place, R, Corcoran, Q and Church streets. P Street may also close intermittently for public safety, according to the Metropolitan Police Department and the District's emergency-management information.</w:t>
      </w:r>
      <w:r/>
    </w:p>
    <w:p>
      <w:r/>
      <w:r>
        <w:t>In practical terms, public transport, walking or a taxi drop-off away from the immediate route will probably be less stressful than trying to park beside the event. Check live travel information before leaving, and allow extra time for barriers and pedestrian diversions.</w:t>
      </w:r>
      <w:r/>
    </w:p>
    <w:p>
      <w:pPr>
        <w:pStyle w:val="Heading2"/>
      </w:pPr>
      <w:r>
        <w:t>More than a race, it's a piece of LGBTQIA+ history</w:t>
      </w:r>
      <w:r/>
    </w:p>
    <w:p>
      <w:r/>
      <w:r>
        <w:t>The event's appeal goes beyond its novelty. The Mayor's Office of LGBTQ Affairs has linked this year's race with a new mural at JR's Bar &amp; Grill, intended to recognise the generations of LGBTQIA+ Washingtonians who helped make 17th Street a community landmark.</w:t>
      </w:r>
      <w:r/>
    </w:p>
    <w:p>
      <w:r/>
      <w:r>
        <w:t>Event pages from HSEMA and Travel Gay also frame the race as a long-running cultural gathering rather than a simple novelty competition. That distinction matters: the sequins and slapstick draw the crowds, but the sense of continuity gives the night its emotional weight.</w:t>
      </w:r>
      <w:r/>
    </w:p>
    <w:p>
      <w:r/>
      <w:r>
        <w:t>So, whether you're there for the costumes, the cheering or the unmistakable joy of watching people sprint in footwear designed for posing, expect a warm and noisy celebration. The race is a reminder that local traditions can be both gloriously silly and genuinely meaningful.</w:t>
      </w:r>
      <w:r/>
    </w:p>
    <w:p>
      <w:r/>
      <w:r>
        <w:t>Plan ahead, arrive early and let Dupont Circle do the rest.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4">
        <w:r>
          <w:rPr>
            <w:color w:val="0000EE"/>
            <w:u w:val="single"/>
          </w:rPr>
          <w:t>[6]</w:t>
        </w:r>
      </w:hyperlink>
      <w:r>
        <w:t xml:space="preserve">- Paragraph 14: </w:t>
      </w:r>
      <w:hyperlink r:id="rId13">
        <w:r>
          <w:rPr>
            <w:color w:val="0000EE"/>
            <w:u w:val="single"/>
          </w:rPr>
          <w:t>[5]</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4">
        <w:r>
          <w:rPr>
            <w:color w:val="0000EE"/>
            <w:u w:val="single"/>
          </w:rPr>
          <w:t>[6]</w:t>
        </w:r>
      </w:hyperlink>
      <w:r>
        <w:t xml:space="preserve">- Paragraph 16: </w:t>
      </w:r>
      <w:hyperlink r:id="rId11">
        <w:r>
          <w:rPr>
            <w:color w:val="0000EE"/>
            <w:u w:val="single"/>
          </w:rPr>
          <w:t>[3]</w:t>
        </w:r>
      </w:hyperlink>
      <w:r>
        <w:t xml:space="preserve">, </w:t>
      </w:r>
      <w:hyperlink r:id="rId12">
        <w:r>
          <w:rPr>
            <w:color w:val="0000EE"/>
            <w:u w:val="single"/>
          </w:rPr>
          <w:t>[4]</w:t>
        </w:r>
      </w:hyperlink>
      <w:r>
        <w:t xml:space="preserve">- Paragraph 17: </w:t>
      </w:r>
      <w:hyperlink r:id="rId13">
        <w:r>
          <w:rPr>
            <w:color w:val="0000EE"/>
            <w:u w:val="single"/>
          </w:rPr>
          <w:t>[5]</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4">
        <w:r>
          <w:rPr>
            <w:color w:val="0000EE"/>
            <w:u w:val="single"/>
          </w:rPr>
          <w:t>[6]</w:t>
        </w:r>
      </w:hyperlink>
      <w:r>
        <w:t xml:space="preserve">- Paragraph 19: </w:t>
      </w:r>
      <w:hyperlink r:id="rId11">
        <w:r>
          <w:rPr>
            <w:color w:val="0000EE"/>
            <w:u w:val="single"/>
          </w:rPr>
          <w:t>[3]</w:t>
        </w:r>
      </w:hyperlink>
      <w:r>
        <w:t xml:space="preserve">, </w:t>
      </w:r>
      <w:hyperlink r:id="rId12">
        <w:r>
          <w:rPr>
            <w:color w:val="0000EE"/>
            <w:u w:val="single"/>
          </w:rPr>
          <w:t>[4]</w:t>
        </w:r>
      </w:hyperlink>
      <w:r>
        <w:t xml:space="preserve">- Paragraph 20: </w:t>
      </w:r>
      <w:hyperlink r:id="rId13">
        <w:r>
          <w:rPr>
            <w:color w:val="0000EE"/>
            <w:u w:val="single"/>
          </w:rPr>
          <w:t>[5]</w:t>
        </w:r>
      </w:hyperlink>
      <w:r>
        <w:t xml:space="preserve">, </w:t>
      </w:r>
      <w:hyperlink r:id="rId15">
        <w:r>
          <w:rPr>
            <w:color w:val="0000EE"/>
            <w:u w:val="single"/>
          </w:rPr>
          <w:t>[7]</w:t>
        </w:r>
      </w:hyperlink>
      <w:r>
        <w:t xml:space="preserve">- Paragraph 21: </w:t>
      </w:r>
      <w:hyperlink r:id="rId10">
        <w:r>
          <w:rPr>
            <w:color w:val="0000EE"/>
            <w:u w:val="single"/>
          </w:rPr>
          <w:t>[2]</w:t>
        </w:r>
      </w:hyperlink>
      <w:r>
        <w:t xml:space="preserve">, </w:t>
      </w:r>
      <w:hyperlink r:id="rId14">
        <w:r>
          <w:rPr>
            <w:color w:val="0000EE"/>
            <w:u w:val="single"/>
          </w:rPr>
          <w:t>[6]</w:t>
        </w:r>
      </w:hyperlink>
      <w:r>
        <w:t xml:space="preserve">- Paragraph 22: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https://www.popville.com/2026/10/17th-street-high-heel-race-is-tonight/</w:t>
        </w:r>
      </w:hyperlink>
      <w:r>
        <w:t xml:space="preserve"> - Please view link - unable to able to access data</w:t>
      </w:r>
      <w:r/>
    </w:p>
    <w:p>
      <w:pPr>
        <w:pStyle w:val="ListNumber"/>
        <w:spacing w:line="240" w:lineRule="auto"/>
        <w:ind w:left="720"/>
      </w:pPr>
      <w:r/>
      <w:hyperlink r:id="rId10">
        <w:r>
          <w:rPr>
            <w:color w:val="0000EE"/>
            <w:u w:val="single"/>
          </w:rPr>
          <w:t>https://mpdc.dc.gov/release/traffic-advisory-39th-annual-17th-street-high-heel-race</w:t>
        </w:r>
      </w:hyperlink>
      <w:r>
        <w:t xml:space="preserve"> - The Metropolitan Police Department has announced parking restrictions and street closures for the 39th Annual 17th Street High Heel Race on October 27, 2026. From 12:00 p.m. to 11:00 p.m., Emergency No Parking will be enforced on 17th Street from New Hampshire Avenue to O Street, NW, and several adjacent streets. Vehicle traffic will be restricted from 2:00 p.m. to 11:00 p.m. on these streets. Motorists are advised to plan alternative routes and exercise caution due to increased pedestrian activity in the area.</w:t>
      </w:r>
      <w:r/>
    </w:p>
    <w:p>
      <w:pPr>
        <w:pStyle w:val="ListNumber"/>
        <w:spacing w:line="240" w:lineRule="auto"/>
        <w:ind w:left="720"/>
      </w:pPr>
      <w:r/>
      <w:hyperlink r:id="rId11">
        <w:r>
          <w:rPr>
            <w:color w:val="0000EE"/>
            <w:u w:val="single"/>
          </w:rPr>
          <w:t>https://pride365.org/event/2026-high-heel-race/</w:t>
        </w:r>
      </w:hyperlink>
      <w:r>
        <w:t xml:space="preserve"> - Pride365.org provides details about the 39th Annual 17th Street High Heel Race, scheduled for October 27, 2026, from 6:00 p.m. to 10:00 p.m. The event will take place on 17th Street, between R and P Streets NW near Dupont Circle. The race celebrates the diversity of Washington, D.C.'s LGBTQIA+ community, featuring vibrant costumes and local drag performers. Attendees can join thousands of spectators to cheer on drag queens, drag kings, and community members in costume as they race down 17th Street NW.</w:t>
      </w:r>
      <w:r/>
    </w:p>
    <w:p>
      <w:pPr>
        <w:pStyle w:val="ListNumber"/>
        <w:spacing w:line="240" w:lineRule="auto"/>
        <w:ind w:left="720"/>
      </w:pPr>
      <w:r/>
      <w:hyperlink r:id="rId12">
        <w:r>
          <w:rPr>
            <w:color w:val="0000EE"/>
            <w:u w:val="single"/>
          </w:rPr>
          <w:t>https://outxout.com/blog/17th-street-high-heel-race-2026</w:t>
        </w:r>
      </w:hyperlink>
      <w:r>
        <w:t xml:space="preserve"> - Out x Out Blog offers a comprehensive guide to the 17th Street High Heel Race 2026, detailing the event's history, route, and viewing locations. The race is set for Tuesday, October 27, 2026, from 6:00 p.m. to 10:00 p.m. on 17th Street NW, between P and R Streets, in Dupont Circle. The event is free and open to everyone, though it skews adult as the night goes on. The blog also provides information on nearby bars and accommodations for attendees.</w:t>
      </w:r>
      <w:r/>
    </w:p>
    <w:p>
      <w:pPr>
        <w:pStyle w:val="ListNumber"/>
        <w:spacing w:line="240" w:lineRule="auto"/>
        <w:ind w:left="720"/>
      </w:pPr>
      <w:r/>
      <w:hyperlink r:id="rId13">
        <w:r>
          <w:rPr>
            <w:color w:val="0000EE"/>
            <w:u w:val="single"/>
          </w:rPr>
          <w:t>https://stungevents.com/event/39th-annual-17th-street-high-heel-race-washington-2026-10-27-26186520</w:t>
        </w:r>
      </w:hyperlink>
      <w:r>
        <w:t xml:space="preserve"> - StungEvents.com describes the 39th Annual 17th Street High Heel Race as a defining annual fixture along one of Washington, D.C.'s most prominent corridors. The event combines the high-energy atmosphere of a marathon with the vibrant visual spectacle of a costume parade. Participants converge on a designated starting line to contest for top honors in a race that highlights strength, balance, and endurance as much as speed. The competition draws a diverse crowd of spectators and racers, creating an electric environment where athletic precision meets exuberant expression.</w:t>
      </w:r>
      <w:r/>
    </w:p>
    <w:p>
      <w:pPr>
        <w:pStyle w:val="ListNumber"/>
        <w:spacing w:line="240" w:lineRule="auto"/>
        <w:ind w:left="720"/>
      </w:pPr>
      <w:r/>
      <w:hyperlink r:id="rId14">
        <w:r>
          <w:rPr>
            <w:color w:val="0000EE"/>
            <w:u w:val="single"/>
          </w:rPr>
          <w:t>https://hsema.dc.gov/vi/event/17th-street-high-heel-race2026</w:t>
        </w:r>
      </w:hyperlink>
      <w:r>
        <w:t xml:space="preserve"> - The Homeland Security and Emergency Management Agency (HSEMA) provides information about the 17th Street High Heel Race, scheduled for October 27, 2026, from 5:00 p.m. to 10:00 p.m. The event will take place on 17th Street NW, between S and P Streets. The contact for the event is the Mayor’s Office of LGBTQ Affairs, with the email lgbtq.dc@dc.gov. This event is part of the District's efforts to celebrate and support the LGBTQIA+ community.</w:t>
      </w:r>
      <w:r/>
    </w:p>
    <w:p>
      <w:pPr>
        <w:pStyle w:val="ListNumber"/>
        <w:spacing w:line="240" w:lineRule="auto"/>
        <w:ind w:left="720"/>
      </w:pPr>
      <w:r/>
      <w:hyperlink r:id="rId15">
        <w:r>
          <w:rPr>
            <w:color w:val="0000EE"/>
            <w:u w:val="single"/>
          </w:rPr>
          <w:t>https://ms.travelgay.com/event/17th-street-high-heel-race</w:t>
        </w:r>
      </w:hyperlink>
      <w:r>
        <w:t xml:space="preserve"> - MS Travel Gay provides details about the 17th Street High Heel Race, one of Washington D.C.'s most enduring LGBTQ+ traditions. Held on the Tuesday before Halloween, the 2026 edition marks its 39th year, running from 6 to 10 p.m. along 17th Street near Dupont Circle. It's free to attend, with thousands gathering to watch drag queens, drag kings, and costumed community members race down the street from R Street to Church Street. The event features vibrant costumes and local drag performers.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opville.com/2026/10/17th-street-high-heel-race-is-tonight/" TargetMode="External"/><Relationship Id="rId10" Type="http://schemas.openxmlformats.org/officeDocument/2006/relationships/hyperlink" Target="https://mpdc.dc.gov/release/traffic-advisory-39th-annual-17th-street-high-heel-race" TargetMode="External"/><Relationship Id="rId11" Type="http://schemas.openxmlformats.org/officeDocument/2006/relationships/hyperlink" Target="https://pride365.org/event/2026-high-heel-race/" TargetMode="External"/><Relationship Id="rId12" Type="http://schemas.openxmlformats.org/officeDocument/2006/relationships/hyperlink" Target="https://outxout.com/blog/17th-street-high-heel-race-2026" TargetMode="External"/><Relationship Id="rId13" Type="http://schemas.openxmlformats.org/officeDocument/2006/relationships/hyperlink" Target="https://stungevents.com/event/39th-annual-17th-street-high-heel-race-washington-2026-10-27-26186520" TargetMode="External"/><Relationship Id="rId14" Type="http://schemas.openxmlformats.org/officeDocument/2006/relationships/hyperlink" Target="https://hsema.dc.gov/vi/event/17th-street-high-heel-race2026" TargetMode="External"/><Relationship Id="rId15" Type="http://schemas.openxmlformats.org/officeDocument/2006/relationships/hyperlink" Target="https://ms.travelgay.com/event/17th-street-high-heel-ra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