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Fall Pride Harvest Festival Guide for MSU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Campus visitors are invited to enjoy the Fall Pride Harvest Festival at Michigan State University’s Engineering Courtyard on Thursday, 5 November. With refreshments, creative activities, food-drive support and LGBTQIA+ community resources, the afternoon offers a welcoming way to connect, learn and celebrate allyship across campus.</w:t>
      </w:r>
      <w:r/>
    </w:p>
    <w:p>
      <w:pPr>
        <w:pStyle w:val="Heading2"/>
      </w:pPr>
      <w:r>
        <w:t>Essential Takeaways</w:t>
      </w:r>
      <w:r/>
      <w:r/>
    </w:p>
    <w:p>
      <w:pPr>
        <w:pStyle w:val="ListBullet"/>
        <w:spacing w:line="240" w:lineRule="auto"/>
        <w:ind w:left="720"/>
      </w:pPr>
      <w:r/>
      <w:r>
        <w:rPr>
          <w:b/>
        </w:rPr>
        <w:t>When:</w:t>
      </w:r>
      <w:r>
        <w:t xml:space="preserve"> Thursday, 5 November, from 2pm to 4pm.</w:t>
      </w:r>
      <w:r/>
    </w:p>
    <w:p>
      <w:pPr>
        <w:pStyle w:val="ListBullet"/>
        <w:spacing w:line="240" w:lineRule="auto"/>
        <w:ind w:left="720"/>
      </w:pPr>
      <w:r/>
      <w:r>
        <w:rPr>
          <w:b/>
        </w:rPr>
        <w:t>Where:</w:t>
      </w:r>
      <w:r>
        <w:t xml:space="preserve"> The Engineering Courtyard, with a rain location in the Guided Learning Center, EB 1109.</w:t>
      </w:r>
      <w:r/>
    </w:p>
    <w:p>
      <w:pPr>
        <w:pStyle w:val="ListBullet"/>
        <w:spacing w:line="240" w:lineRule="auto"/>
        <w:ind w:left="720"/>
      </w:pPr>
      <w:r/>
      <w:r>
        <w:rPr>
          <w:b/>
        </w:rPr>
        <w:t>What to expect:</w:t>
      </w:r>
      <w:r>
        <w:t xml:space="preserve"> Light food, refreshments, button making, lavender scent-bag making and community information.</w:t>
      </w:r>
      <w:r/>
    </w:p>
    <w:p>
      <w:pPr>
        <w:pStyle w:val="ListBullet"/>
        <w:spacing w:line="240" w:lineRule="auto"/>
        <w:ind w:left="720"/>
      </w:pPr>
      <w:r/>
      <w:r>
        <w:rPr>
          <w:b/>
        </w:rPr>
        <w:t>Who’s welcome:</w:t>
      </w:r>
      <w:r>
        <w:t xml:space="preserve"> LGBTQIA+ students, staff, faculty, community members and allies.</w:t>
      </w:r>
      <w:r/>
    </w:p>
    <w:p>
      <w:pPr>
        <w:pStyle w:val="ListBullet"/>
        <w:spacing w:line="240" w:lineRule="auto"/>
        <w:ind w:left="720"/>
      </w:pPr>
      <w:r/>
      <w:r>
        <w:rPr>
          <w:b/>
        </w:rPr>
        <w:t>A practical extra:</w:t>
      </w:r>
      <w:r>
        <w:t xml:space="preserve"> Visitors can support the MSU Student Food Bank through the November food-drive challenge.</w:t>
      </w:r>
      <w:r/>
      <w:r/>
    </w:p>
    <w:p>
      <w:pPr>
        <w:pStyle w:val="Heading2"/>
      </w:pPr>
      <w:r>
        <w:t>A relaxed afternoon with a clear purpose</w:t>
      </w:r>
      <w:r/>
    </w:p>
    <w:p>
      <w:r/>
      <w:r>
        <w:t>The Fall Pride Harvest Festival is designed to feel welcoming rather than formal. Visitors can drop by the Engineering Courtyard, grab a bite, chat with campus partners and take part in hands-on activities, all while learning more about support available to LGBTQIA+ members of the university community.</w:t>
      </w:r>
      <w:r/>
    </w:p>
    <w:p>
      <w:r/>
      <w:r>
        <w:t>That mix matters. Pride events can sometimes feel highly scheduled, but this one is built around conversation and connection. According to Michigan State University’s wider events calendar, campus gatherings often bring together service groups, student organisations and community partners in similarly open, social settings.</w:t>
      </w:r>
      <w:r/>
    </w:p>
    <w:p>
      <w:pPr>
        <w:pStyle w:val="Heading2"/>
      </w:pPr>
      <w:r>
        <w:t>Creative activities make it easy to join in</w:t>
      </w:r>
      <w:r/>
    </w:p>
    <w:p>
      <w:r/>
      <w:r>
        <w:t>Not everyone wants to arrive at an event and launch straight into networking, which is where the practical activities help. The Engineering Gender and Sexuality Student Success Team is due to host button making, while Beal Botanical Gardens will offer a lavender scent-bag activity.</w:t>
      </w:r>
      <w:r/>
    </w:p>
    <w:p>
      <w:r/>
      <w:r>
        <w:t>There’s something pleasingly tactile about that format: make something, take a moment, then start a conversation. Other MSU events, including student receptions and seasonal campus programmes, show how low-pressure activities can help people settle in and meet others naturally.</w:t>
      </w:r>
      <w:r/>
    </w:p>
    <w:p>
      <w:pPr>
        <w:pStyle w:val="Heading2"/>
      </w:pPr>
      <w:r>
        <w:t>Meet the groups supporting campus life</w:t>
      </w:r>
      <w:r/>
    </w:p>
    <w:p>
      <w:r/>
      <w:r>
        <w:t>The festival brings together a broad collection of organisations. Expected partners include the Employee Assistance Program, the Gender and Sexuality Campus Center, the Student Organic Farm, Impact Radio and the MSU Student Food Bank.</w:t>
      </w:r>
      <w:r/>
    </w:p>
    <w:p>
      <w:r/>
      <w:r>
        <w:t>For students and colleagues who aren't sure where to look for help, an event like this can be a useful first step. The Disability Pride coverage published by MSU also reflects the university’s broader effort to spotlight identity, inclusion and support across campus, rather than treating them as isolated conversations.</w:t>
      </w:r>
      <w:r/>
    </w:p>
    <w:p>
      <w:pPr>
        <w:pStyle w:val="Heading2"/>
      </w:pPr>
      <w:r>
        <w:t>Food, resources and a chance to give back</w:t>
      </w:r>
      <w:r/>
    </w:p>
    <w:p>
      <w:r/>
      <w:r>
        <w:t>Refreshments are part of the invitation, but food is also linked to the event’s community-minded focus. The Student Food Bank will accept drop-offs for its November challenge with the University of Michigan, giving visitors a simple way to contribute while attending.</w:t>
      </w:r>
      <w:r/>
    </w:p>
    <w:p>
      <w:r/>
      <w:r>
        <w:t>That practical element adds weight to the afternoon. It’s not only about celebrating in the moment; it also points towards everyday support, shared resources and the small actions that help a campus community feel more secure.</w:t>
      </w:r>
      <w:r/>
    </w:p>
    <w:p>
      <w:pPr>
        <w:pStyle w:val="Heading2"/>
      </w:pPr>
      <w:r>
        <w:t>What visitors should know before arriving</w:t>
      </w:r>
      <w:r/>
    </w:p>
    <w:p>
      <w:r/>
      <w:r>
        <w:t>The event runs from 2pm to 4pm in the Engineering Courtyard. If the weather turns, it will move indoors to the Guided Learning Center, EB 1109, so visitors should check the venue signage or university updates before setting off.</w:t>
      </w:r>
      <w:r/>
    </w:p>
    <w:p>
      <w:r/>
      <w:r>
        <w:t>No special preparation is needed, although bringing a food-bank donation would be a thoughtful extra. Whether you stay for ten minutes or the full afternoon, the format makes it easy to take part at your own pace. As other MSU gatherings have shown, the most valuable moments are often the unplanned chats between activities.</w:t>
      </w:r>
      <w:r/>
    </w:p>
    <w:p>
      <w:r/>
      <w:r>
        <w:t>A warm drink, a handmade button and a new campus contact can make a surprisingly good afternoon.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Paragraph 5: </w:t>
      </w:r>
      <w:hyperlink r:id="rId13">
        <w:r>
          <w:rPr>
            <w:color w:val="0000EE"/>
            <w:u w:val="single"/>
          </w:rPr>
          <w:t>[5]</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11">
        <w:r>
          <w:rPr>
            <w:color w:val="0000EE"/>
            <w:u w:val="single"/>
          </w:rPr>
          <w:t>[3]</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[6]</w:t>
        </w:r>
      </w:hyperlink>
      <w:r>
        <w:t xml:space="preserve">, </w:t>
      </w:r>
      <w:hyperlink r:id="rId14">
        <w:r>
          <w:rPr>
            <w:color w:val="0000EE"/>
            <w:u w:val="single"/>
          </w:rPr>
          <w:t>[7]</w:t>
        </w:r>
      </w:hyperlink>
      <w:r>
        <w:t xml:space="preserve">- Paragraph 10: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https://engineering.msu.edu/events/fall-pride-harvest-festival</w:t>
        </w:r>
      </w:hyperlink>
      <w:r>
        <w:t xml:space="preserve"> - Please view link - unable to able to access data</w:t>
      </w:r>
      <w:r/>
    </w:p>
    <w:p>
      <w:pPr>
        <w:pStyle w:val="ListNumber"/>
        <w:spacing w:line="240" w:lineRule="auto"/>
        <w:ind w:left="720"/>
      </w:pPr>
      <w:r/>
      <w:hyperlink r:id="rId9">
        <w:r>
          <w:rPr>
            <w:color w:val="0000EE"/>
            <w:u w:val="single"/>
          </w:rPr>
          <w:t>https://engineering.msu.edu/events/fall-pride-harvest-festival</w:t>
        </w:r>
      </w:hyperlink>
      <w:r>
        <w:t xml:space="preserve"> - The Fall Pride Harvest Festival at Michigan State University is scheduled for Thursday, November 5, 2026, from 2:00 PM to 4:00 PM in the Engineering Courtyard. This event aims to celebrate and highlight the resources and supportive community available to LGBTQIA+ faculty, staff, students, and community members. Attendees can expect light refreshments, activities, and opportunities to connect with various campus and community organizations. In case of inclement weather, the event will be relocated to the Guided Learning Center, EB 1109. All members of the MSU community are welcome to join.</w:t>
      </w:r>
      <w:r/>
    </w:p>
    <w:p>
      <w:pPr>
        <w:pStyle w:val="ListNumber"/>
        <w:spacing w:line="240" w:lineRule="auto"/>
        <w:ind w:left="720"/>
      </w:pPr>
      <w:r/>
      <w:hyperlink r:id="rId11">
        <w:r>
          <w:rPr>
            <w:color w:val="0000EE"/>
            <w:u w:val="single"/>
          </w:rPr>
          <w:t>https://communityengagedlearning.msu.edu/upcoming-events/2023/spartan-day-of-service-fall-2023</w:t>
        </w:r>
      </w:hyperlink>
      <w:r>
        <w:t xml:space="preserve"> - The Spartan Day of Service Fall 2023, held on October 14, 2023, was a significant community engagement event at Michigan State University. Volunteers participated individually, in groups, or as part of organizations to make a positive impact on the community. The event provided participants with a light breakfast, boxed lunch, a Day of Service t-shirt, and round-trip transportation. This initiative aimed to foster community involvement and strengthen connections among Spartans through service.</w:t>
      </w:r>
      <w:r/>
    </w:p>
    <w:p>
      <w:pPr>
        <w:pStyle w:val="ListNumber"/>
        <w:spacing w:line="240" w:lineRule="auto"/>
        <w:ind w:left="720"/>
      </w:pPr>
      <w:r/>
      <w:hyperlink r:id="rId10">
        <w:r>
          <w:rPr>
            <w:color w:val="0000EE"/>
            <w:u w:val="single"/>
          </w:rPr>
          <w:t>https://msutoday.msu.edu/news/2022/09/2022-09-26-photo-gallery</w:t>
        </w:r>
      </w:hyperlink>
      <w:r>
        <w:t xml:space="preserve"> - The week of September 19–25, 2022, at Michigan State University showcased the vibrant fall season on campus. The photo gallery highlighted the transformation of trees with fiery fall colours, the serene Red Cedar River, and the crisp early morning air of a game day. Over 9,800 new students were experiencing this autumn magic for the first time, capturing the essence of fall at MSU and the unique atmosphere it brings to the campus community.</w:t>
      </w:r>
      <w:r/>
    </w:p>
    <w:p>
      <w:pPr>
        <w:pStyle w:val="ListNumber"/>
        <w:spacing w:line="240" w:lineRule="auto"/>
        <w:ind w:left="720"/>
      </w:pPr>
      <w:r/>
      <w:hyperlink r:id="rId13">
        <w:r>
          <w:rPr>
            <w:color w:val="0000EE"/>
            <w:u w:val="single"/>
          </w:rPr>
          <w:t>https://sle.msu.edu/news/diasbility-pride-month-2024</w:t>
        </w:r>
      </w:hyperlink>
      <w:r>
        <w:t xml:space="preserve"> - In October 2024, Michigan State University celebrated Disability Pride Month, a tradition that began in 2023. The university chose October to engage a broader audience, aligning the celebration with other important observances such as National Disability Employment Awareness Month, Down Syndrome Awareness Month, and World Mental Health Day. The initiative aimed to honour the accomplishments of disabled individuals and further advocacy and education on campus, reflecting MSU's commitment to inclusivity and diversity.</w:t>
      </w:r>
      <w:r/>
    </w:p>
    <w:p>
      <w:pPr>
        <w:pStyle w:val="ListNumber"/>
        <w:spacing w:line="240" w:lineRule="auto"/>
        <w:ind w:left="720"/>
      </w:pPr>
      <w:r/>
      <w:hyperlink r:id="rId12">
        <w:r>
          <w:rPr>
            <w:color w:val="0000EE"/>
            <w:u w:val="single"/>
          </w:rPr>
          <w:t>https://espp.msu.edu/news-events/signature-events/fall-research-symposium-2022.html</w:t>
        </w:r>
      </w:hyperlink>
      <w:r>
        <w:t xml:space="preserve"> - The Environmental Science and Policy Program (ESPP) at Michigan State University hosted its Fall Student Research Symposium on October 17, 2022. The event featured keynote speakers Dr. Jianguo 'Jack' Liu and Dr. Stephen Gasteyer, who shared insights into sustainability and environmental research. The symposium provided a platform for students to present their research, fostering academic collaboration and engagement within the ESPP community and the broader MSU campus.</w:t>
      </w:r>
      <w:r/>
    </w:p>
    <w:p>
      <w:pPr>
        <w:pStyle w:val="ListNumber"/>
        <w:spacing w:line="240" w:lineRule="auto"/>
        <w:ind w:left="720"/>
      </w:pPr>
      <w:r/>
      <w:hyperlink r:id="rId14">
        <w:r>
          <w:rPr>
            <w:color w:val="0000EE"/>
            <w:u w:val="single"/>
          </w:rPr>
          <w:t>https://apastudies.msu.edu/news-events/events/fall-22-reception.html</w:t>
        </w:r>
      </w:hyperlink>
      <w:r>
        <w:t xml:space="preserve"> - The Asian Pacific American Studies Program at Michigan State University organised a Fall 2022 Welcome Reception on September 30, 2022. The event aimed to reconnect friends and colleagues and welcome new members to the community. Held at the Director's home, the reception featured light food, desserts, and drinks, providing an opportunity for attendees to socialise and strengthen connections within the Asian Pacific American Studies community at MSU.</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gineering.msu.edu/events/fall-pride-harvest-festival" TargetMode="External"/><Relationship Id="rId10" Type="http://schemas.openxmlformats.org/officeDocument/2006/relationships/hyperlink" Target="https://msutoday.msu.edu/news/2022/09/2022-09-26-photo-gallery" TargetMode="External"/><Relationship Id="rId11" Type="http://schemas.openxmlformats.org/officeDocument/2006/relationships/hyperlink" Target="https://communityengagedlearning.msu.edu/upcoming-events/2023/spartan-day-of-service-fall-2023" TargetMode="External"/><Relationship Id="rId12" Type="http://schemas.openxmlformats.org/officeDocument/2006/relationships/hyperlink" Target="https://espp.msu.edu/news-events/signature-events/fall-research-symposium-2022.html" TargetMode="External"/><Relationship Id="rId13" Type="http://schemas.openxmlformats.org/officeDocument/2006/relationships/hyperlink" Target="https://sle.msu.edu/news/diasbility-pride-month-2024" TargetMode="External"/><Relationship Id="rId14" Type="http://schemas.openxmlformats.org/officeDocument/2006/relationships/hyperlink" Target="https://apastudies.msu.edu/news-events/events/fall-22-receptio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