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Catania travel guide for food, culture and Etna views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looking beyond Sicily's headline cities and discovering Catania, where black lava stone, Baroque streets and Ionian Sea views create a thrilling weekend escape. Set beneath Mount Etna, the city combines dramatic scenery, lively markets, memorable food and a welcoming cultural scene, making it an easy base for exploring eastern Sicily.</w:t>
      </w:r>
      <w:r/>
    </w:p>
    <w:p>
      <w:pPr>
        <w:pStyle w:val="Heading2"/>
      </w:pPr>
      <w:r>
        <w:t>Essential Takeaways</w:t>
      </w:r>
      <w:r/>
      <w:r/>
    </w:p>
    <w:p>
      <w:pPr>
        <w:pStyle w:val="ListBullet"/>
        <w:spacing w:line="240" w:lineRule="auto"/>
        <w:ind w:left="720"/>
      </w:pPr>
      <w:r/>
      <w:r>
        <w:rPr>
          <w:b/>
        </w:rPr>
        <w:t>Start in the historic centre:</w:t>
      </w:r>
      <w:r>
        <w:t xml:space="preserve"> Piazza del Duomo, the cathedral and Elephant Fountain are essential first stops.</w:t>
      </w:r>
      <w:r/>
    </w:p>
    <w:p>
      <w:pPr>
        <w:pStyle w:val="ListBullet"/>
        <w:spacing w:line="240" w:lineRule="auto"/>
        <w:ind w:left="720"/>
      </w:pPr>
      <w:r/>
      <w:r>
        <w:rPr>
          <w:b/>
        </w:rPr>
        <w:t>Make time for Etna:</w:t>
      </w:r>
      <w:r>
        <w:t xml:space="preserve"> Guided excursions offer the safest way to explore the active volcano.</w:t>
      </w:r>
      <w:r/>
    </w:p>
    <w:p>
      <w:pPr>
        <w:pStyle w:val="ListBullet"/>
        <w:spacing w:line="240" w:lineRule="auto"/>
        <w:ind w:left="720"/>
      </w:pPr>
      <w:r/>
      <w:r>
        <w:rPr>
          <w:b/>
        </w:rPr>
        <w:t>Eat like a local:</w:t>
      </w:r>
      <w:r>
        <w:t xml:space="preserve"> Try granita with brioche, pasta alla Norma and market-fresh seafood.</w:t>
      </w:r>
      <w:r/>
    </w:p>
    <w:p>
      <w:pPr>
        <w:pStyle w:val="ListBullet"/>
        <w:spacing w:line="240" w:lineRule="auto"/>
        <w:ind w:left="720"/>
      </w:pPr>
      <w:r/>
      <w:r>
        <w:rPr>
          <w:b/>
        </w:rPr>
        <w:t>Travel in the shoulder seasons:</w:t>
      </w:r>
      <w:r>
        <w:t xml:space="preserve"> April to June and September to October usually bring comfortable sightseeing weather.</w:t>
      </w:r>
      <w:r/>
    </w:p>
    <w:p>
      <w:pPr>
        <w:pStyle w:val="ListBullet"/>
        <w:spacing w:line="240" w:lineRule="auto"/>
        <w:ind w:left="720"/>
      </w:pPr>
      <w:r/>
      <w:r>
        <w:rPr>
          <w:b/>
        </w:rPr>
        <w:t>Slow down on the railway:</w:t>
      </w:r>
      <w:r>
        <w:t xml:space="preserve"> The Circumetnea route offers a scenic journey through vineyards, orchards and lava fields.</w:t>
      </w:r>
      <w:r/>
      <w:r/>
    </w:p>
    <w:p>
      <w:pPr>
        <w:pStyle w:val="Heading2"/>
      </w:pPr>
      <w:r>
        <w:t>Catania's volcanic character is impossible to miss</w:t>
      </w:r>
      <w:r/>
    </w:p>
    <w:p>
      <w:r/>
      <w:r>
        <w:t>Catania announces itself with a distinctly dramatic palette. Dark lava stone frames grand churches and piazzas, while Mount Etna rises behind the city and the Ionian Sea opens out beyond it. It feels energetic rather than polished, which is precisely the charm.</w:t>
      </w:r>
      <w:r/>
    </w:p>
    <w:p>
      <w:r/>
      <w:r>
        <w:t>The historic centre is the natural starting point. Piazza del Duomo brings together the cathedral, the celebrated lava-stone elephant known as u Liotru and some of the city's most recognisable architecture. Sicily's tourism authorities describe the square and Cathedral of Sant'Agata as a major cultural focal point, and it's easy to see why. [Source: Visit Sicily]</w:t>
      </w:r>
      <w:r/>
    </w:p>
    <w:p>
      <w:r/>
      <w:r>
        <w:t>From there, wander towards Via Crociferi, a handsome Baroque street lined with historic churches and palazzi. The effect is especially lovely in the late afternoon, when the stone takes on a warm golden glow. [Source: Italy Tourism]</w:t>
      </w:r>
      <w:r/>
    </w:p>
    <w:p>
      <w:pPr>
        <w:pStyle w:val="Heading2"/>
      </w:pPr>
      <w:r>
        <w:t>Visit the market before the city fully wakes up</w:t>
      </w:r>
      <w:r/>
    </w:p>
    <w:p>
      <w:r/>
      <w:r>
        <w:t>Catania's fish market offers a more candid glimpse of daily life than any postcard view. Stalls bustle with seafood, fruit and vegetables, while nearby streets lead quickly into the old centre. Go early if you want the liveliest atmosphere and the freshest-looking produce.</w:t>
      </w:r>
      <w:r/>
    </w:p>
    <w:p>
      <w:r/>
      <w:r>
        <w:t>Food is one of the city's strongest arguments for a visit. A traditional breakfast of granita and brioche is refreshing, sweet and surprisingly filling, while pasta alla Norma brings together tomato, aubergine and ricotta in a dish that feels both simple and deeply comforting. Local travel guides regularly highlight these flavours as essential parts of the Catanian experience. [Source: Treffpunkt Sizilien]</w:t>
      </w:r>
      <w:r/>
    </w:p>
    <w:p>
      <w:r/>
      <w:r>
        <w:t>For a quick bite, look for arancini, fried seafood served in a paper cone or seasonal vegetables from market vendors. If you're sitting down for lunch, ask what's landed that day. Tuna and swordfish are especially associated with the waters around eastern Sicily, but the best choice is often the one the restaurant is proud to recommend.</w:t>
      </w:r>
      <w:r/>
    </w:p>
    <w:p>
      <w:pPr>
        <w:pStyle w:val="Heading2"/>
      </w:pPr>
      <w:r>
        <w:t>Etna turns a city break into an adventure</w:t>
      </w:r>
      <w:r/>
    </w:p>
    <w:p>
      <w:r/>
      <w:r>
        <w:t>Mount Etna isn't merely a backdrop. The volcano shapes Catania's landscape, agriculture and atmosphere, and a trip upwards reveals vineyards, orchards, rugged lava and sweeping views across the coast.</w:t>
      </w:r>
      <w:r/>
    </w:p>
    <w:p>
      <w:r/>
      <w:r>
        <w:t>Visitors shouldn't treat the mountain like an ordinary hiking trail. Conditions can change quickly, and access rules vary, so a licensed guide is the sensible option for higher routes and crater excursions. RwandAir's destination information also presents Catania as a useful gateway for exploring the surrounding region, including Etna and eastern Sicily. [Source: RwandAir]</w:t>
      </w:r>
      <w:r/>
    </w:p>
    <w:p>
      <w:r/>
      <w:r>
        <w:t>If you prefer a gentler adventure, consider the Ferrovia Circumetnea. This narrow-gauge railway circles much of the volcano, passing through cultivated countryside and villages at a pleasantly unhurried pace. It's a lovely alternative when you want scenery without spending the day on foot.</w:t>
      </w:r>
      <w:r/>
    </w:p>
    <w:p>
      <w:pPr>
        <w:pStyle w:val="Heading2"/>
      </w:pPr>
      <w:r>
        <w:t>Catania rewards curious culture seekers</w:t>
      </w:r>
      <w:r/>
    </w:p>
    <w:p>
      <w:r/>
      <w:r>
        <w:t>For an evening with a little ceremony, book a performance at Teatro Massimo Bellini, the neo-Baroque opera house named after Catania-born composer Vincenzo Bellini. Even visitors who aren't regular opera-goers may enjoy seeing the interior and experiencing the building's famous acoustics.</w:t>
      </w:r>
      <w:r/>
    </w:p>
    <w:p>
      <w:r/>
      <w:r>
        <w:t>Catania also has a lively LGBTQ+ scene, even though it doesn't have a single defined gay district. Beach clubs, bars and seasonal events often create an inclusive nightlife calendar, while the city's annual Pride has a strong grassroots and activist character. That gives the destination a more community-minded feel than a purely party-led one.</w:t>
      </w:r>
      <w:r/>
    </w:p>
    <w:p>
      <w:r/>
      <w:r>
        <w:t>Festival timing can add another layer to a trip. The Festa di Sant'Agata brings major processions in February, while summer programming typically fills historic venues with concerts and theatre. Check dates before booking, as popular periods can make accommodation and restaurant reservations harder to secure. [Source: Drumivdumi]</w:t>
      </w:r>
      <w:r/>
    </w:p>
    <w:p>
      <w:pPr>
        <w:pStyle w:val="Heading2"/>
      </w:pPr>
      <w:r>
        <w:t>When should you plan a Catania break?</w:t>
      </w:r>
      <w:r/>
    </w:p>
    <w:p>
      <w:r/>
      <w:r>
        <w:t>For comfortable sightseeing, spring and early autumn are hard to beat. April to June and September to October tend to offer a useful balance of warm days, manageable crowds and conditions that suit walking, eating outdoors and exploring Etna.</w:t>
      </w:r>
      <w:r/>
    </w:p>
    <w:p>
      <w:r/>
      <w:r>
        <w:t>Summer brings longer evenings and a fuller events programme, but the heat can make city wandering feel strenuous, particularly around exposed piazzas. Winter is milder than in much of northern Europe and can work well for a quieter cultural trip. A seasonal travel guide also points to the shoulder months as a particularly appealing time to visit. [Source: Yondli]</w:t>
      </w:r>
      <w:r/>
    </w:p>
    <w:p>
      <w:r/>
      <w:r>
        <w:t>Catania works best when you leave room for spontaneity. Follow the smell of frying seafood, pause beneath a church façade or take the next train beyond the city. The memorable moments are often the ones that weren't on the original plan.</w:t>
      </w:r>
      <w:r/>
    </w:p>
    <w:p>
      <w:r/>
      <w:r>
        <w:t>It's a city where volcano, sea and supper are never far apart.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4">
        <w:r>
          <w:rPr>
            <w:color w:val="0000EE"/>
            <w:u w:val="single"/>
          </w:rPr>
          <w:t>[6]</w:t>
        </w:r>
      </w:hyperlink>
      <w:r>
        <w:t xml:space="preserve">, </w:t>
      </w:r>
      <w:hyperlink r:id="rId13">
        <w:r>
          <w:rPr>
            <w:color w:val="0000EE"/>
            <w:u w:val="single"/>
          </w:rPr>
          <w:t>[7]</w:t>
        </w:r>
      </w:hyperlink>
      <w:r>
        <w:t xml:space="preserve">- Paragraph 5: </w:t>
      </w:r>
      <w:hyperlink r:id="rId15">
        <w:r>
          <w:rPr>
            <w:color w:val="0000EE"/>
            <w:u w:val="single"/>
          </w:rPr>
          <w:t>[5]</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https://www.attitude.co.uk/life/travel/catania-travel-guide-best-things-to-do-eat-see-sicily-532504/</w:t>
        </w:r>
      </w:hyperlink>
      <w:r>
        <w:t xml:space="preserve"> - Please view link - unable to able to access data</w:t>
      </w:r>
      <w:r/>
    </w:p>
    <w:p>
      <w:pPr>
        <w:pStyle w:val="ListNumber"/>
        <w:spacing w:line="240" w:lineRule="auto"/>
        <w:ind w:left="720"/>
      </w:pPr>
      <w:r/>
      <w:hyperlink r:id="rId10">
        <w:r>
          <w:rPr>
            <w:color w:val="0000EE"/>
            <w:u w:val="single"/>
          </w:rPr>
          <w:t>https://www.treffpunkt-sizilien.de/en/places/catania/</w:t>
        </w:r>
      </w:hyperlink>
      <w:r>
        <w:t xml:space="preserve"> - This travel guide provides an overview of Catania, highlighting its suitability for various traveller types, including city and baroque enthusiasts, street food lovers, and nature seekers. It details top sights such as Piazza del Duomo, the Cathedral of Sant’Agata, La Pescheria (the fish market), Monastero dei Benedettini, and Castello Ursino. The guide also offers practical information on admission times and prices, as well as tips for visitors, such as the best times to visit specific attractions and recommendations for guided tours.</w:t>
      </w:r>
      <w:r/>
    </w:p>
    <w:p>
      <w:pPr>
        <w:pStyle w:val="ListNumber"/>
        <w:spacing w:line="240" w:lineRule="auto"/>
        <w:ind w:left="720"/>
      </w:pPr>
      <w:r/>
      <w:hyperlink r:id="rId11">
        <w:r>
          <w:rPr>
            <w:color w:val="0000EE"/>
            <w:u w:val="single"/>
          </w:rPr>
          <w:t>https://www.italytourism.org/catania-travel-guide/</w:t>
        </w:r>
      </w:hyperlink>
      <w:r>
        <w:t xml:space="preserve"> - This comprehensive travel guide to Catania and Mount Etna emphasizes the city's unique relationship with the volcano, describing how Catania was rebuilt using volcanic stone after past eruptions. It suggests a two-day itinerary: one day exploring the black-stone Baroque centre and the fish market, and another day dedicated to visiting Mount Etna. The guide also provides practical information on transportation, accommodation, and dining options, catering to travellers seeking an authentic Sicilian experience.</w:t>
      </w:r>
      <w:r/>
    </w:p>
    <w:p>
      <w:pPr>
        <w:pStyle w:val="ListNumber"/>
        <w:spacing w:line="240" w:lineRule="auto"/>
        <w:ind w:left="720"/>
      </w:pPr>
      <w:r/>
      <w:hyperlink r:id="rId12">
        <w:r>
          <w:rPr>
            <w:color w:val="0000EE"/>
            <w:u w:val="single"/>
          </w:rPr>
          <w:t>https://www.visitsicily.info/en/attrazione/piazza-del-duomo-e-cattedrale-di-santagata/</w:t>
        </w:r>
      </w:hyperlink>
      <w:r>
        <w:t xml:space="preserve"> - This article focuses on Piazza del Duomo and the Cathedral of Sant’Agata, the Baroque heart of Catania. It describes the cathedral's history, including its reconstruction after eruptions and earthquakes, and its architectural features. The article also highlights the Elephant Fountain, a symbol of the city, and provides insights into the square's significance in Catania's cultural and religious life, making it a must-visit for those interested in the city's heritage.</w:t>
      </w:r>
      <w:r/>
    </w:p>
    <w:p>
      <w:pPr>
        <w:pStyle w:val="ListNumber"/>
        <w:spacing w:line="240" w:lineRule="auto"/>
        <w:ind w:left="720"/>
      </w:pPr>
      <w:r/>
      <w:hyperlink r:id="rId15">
        <w:r>
          <w:rPr>
            <w:color w:val="0000EE"/>
            <w:u w:val="single"/>
          </w:rPr>
          <w:t>https://yondli.com/italy/catania/catania-best-time-to-visit-guide</w:t>
        </w:r>
      </w:hyperlink>
      <w:r>
        <w:t xml:space="preserve"> - This seasonal guide offers insights into the best times to visit Catania, focusing on avoiding crowds and enjoying the city's attractions. It provides a month-by-month breakdown, highlighting events, weather conditions, and crowd levels. The guide also offers practical tips on visiting popular sites like the fish market, Piazza del Duomo, and Via Crociferi, helping travellers plan their visit to experience Catania at its best.</w:t>
      </w:r>
      <w:r/>
    </w:p>
    <w:p>
      <w:pPr>
        <w:pStyle w:val="ListNumber"/>
        <w:spacing w:line="240" w:lineRule="auto"/>
        <w:ind w:left="720"/>
      </w:pPr>
      <w:r/>
      <w:hyperlink r:id="rId14">
        <w:r>
          <w:rPr>
            <w:color w:val="0000EE"/>
            <w:u w:val="single"/>
          </w:rPr>
          <w:t>https://www.rwandair.com/destinations/catania</w:t>
        </w:r>
      </w:hyperlink>
      <w:r>
        <w:t xml:space="preserve"> - This travel guide to Catania highlights the city's unique blend of volcanic landscapes, Baroque architecture, and vibrant food scene. It emphasizes the city's walkability, with most attractions within easy reach of the cathedral square. The guide also mentions the proximity to Mount Etna, Taormina, and Syracuse, making Catania an ideal base for exploring eastern Sicily. Additionally, it provides practical information on flights to Catania, catering to potential visitors planning their trip.</w:t>
      </w:r>
      <w:r/>
    </w:p>
    <w:p>
      <w:pPr>
        <w:pStyle w:val="ListNumber"/>
        <w:spacing w:line="240" w:lineRule="auto"/>
        <w:ind w:left="720"/>
      </w:pPr>
      <w:r/>
      <w:hyperlink r:id="rId13">
        <w:r>
          <w:rPr>
            <w:color w:val="0000EE"/>
            <w:u w:val="single"/>
          </w:rPr>
          <w:t>https://en.drumivdumi.com/visit-catania-travel-guide/</w:t>
        </w:r>
      </w:hyperlink>
      <w:r>
        <w:t xml:space="preserve"> - This travel guide offers an in-depth look at Catania, focusing on its unique relationship with Mount Etna and the Ionian Sea. It provides a detailed itinerary for visitors, including must-see attractions like the Cathedral of Sant’Agata, Piazza del Duomo, La Pescheria (the fish market), and Via Crociferi. The guide also offers practical tips on transportation, accommodation, and dining, catering to travellers seeking a comprehensive understanding of Catania's offerings.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life/travel/catania-travel-guide-best-things-to-do-eat-see-sicily-532504/" TargetMode="External"/><Relationship Id="rId10" Type="http://schemas.openxmlformats.org/officeDocument/2006/relationships/hyperlink" Target="https://www.treffpunkt-sizilien.de/en/places/catania/" TargetMode="External"/><Relationship Id="rId11" Type="http://schemas.openxmlformats.org/officeDocument/2006/relationships/hyperlink" Target="https://www.italytourism.org/catania-travel-guide/" TargetMode="External"/><Relationship Id="rId12" Type="http://schemas.openxmlformats.org/officeDocument/2006/relationships/hyperlink" Target="https://www.visitsicily.info/en/attrazione/piazza-del-duomo-e-cattedrale-di-santagata/" TargetMode="External"/><Relationship Id="rId13" Type="http://schemas.openxmlformats.org/officeDocument/2006/relationships/hyperlink" Target="https://en.drumivdumi.com/visit-catania-travel-guide/" TargetMode="External"/><Relationship Id="rId14" Type="http://schemas.openxmlformats.org/officeDocument/2006/relationships/hyperlink" Target="https://www.rwandair.com/destinations/catania" TargetMode="External"/><Relationship Id="rId15" Type="http://schemas.openxmlformats.org/officeDocument/2006/relationships/hyperlink" Target="https://yondli.com/italy/catania/catania-best-time-to-visit-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