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Justice Smith’s Heated Rivalry Role Matters for Queer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watching Heated Rivalry season 2 for its romance, but Justice Smith’s arrival brings a more personal conversation about masculinity, femininity and queer identity. Playing openly gay social media manager Harris Drover, Smith is helping challenge the idea that there’s only one acceptable way for queer men to present themselves.</w:t>
      </w:r>
      <w:r/>
    </w:p>
    <w:p>
      <w:pPr>
        <w:pStyle w:val="Heading2"/>
      </w:pPr>
      <w:r>
        <w:t>Essential Takeaways</w:t>
      </w:r>
      <w:r/>
      <w:r/>
    </w:p>
    <w:p>
      <w:pPr>
        <w:pStyle w:val="ListBullet"/>
        <w:spacing w:line="240" w:lineRule="auto"/>
        <w:ind w:left="720"/>
      </w:pPr>
      <w:r/>
      <w:r>
        <w:rPr>
          <w:b/>
        </w:rPr>
        <w:t>Smith’s role:</w:t>
      </w:r>
      <w:r>
        <w:t xml:space="preserve"> He’ll play Harris Drover, an openly gay social media manager working for the Ottawa Centaurs ice hockey team.</w:t>
      </w:r>
      <w:r/>
    </w:p>
    <w:p>
      <w:pPr>
        <w:pStyle w:val="ListBullet"/>
        <w:spacing w:line="240" w:lineRule="auto"/>
        <w:ind w:left="720"/>
      </w:pPr>
      <w:r/>
      <w:r>
        <w:rPr>
          <w:b/>
        </w:rPr>
        <w:t>A personal conversation:</w:t>
      </w:r>
      <w:r>
        <w:t xml:space="preserve"> The actor has discussed prejudice he experienced as a feminine queer Black man.</w:t>
      </w:r>
      <w:r/>
    </w:p>
    <w:p>
      <w:pPr>
        <w:pStyle w:val="ListBullet"/>
        <w:spacing w:line="240" w:lineRule="auto"/>
        <w:ind w:left="720"/>
      </w:pPr>
      <w:r/>
      <w:r>
        <w:rPr>
          <w:b/>
        </w:rPr>
        <w:t>Masculinity isn’t one-size-fits-all:</w:t>
      </w:r>
      <w:r>
        <w:t xml:space="preserve"> Smith says confidence, assertiveness and creativity can all belong to a person’s identity.</w:t>
      </w:r>
      <w:r/>
    </w:p>
    <w:p>
      <w:pPr>
        <w:pStyle w:val="ListBullet"/>
        <w:spacing w:line="240" w:lineRule="auto"/>
        <w:ind w:left="720"/>
      </w:pPr>
      <w:r/>
      <w:r>
        <w:rPr>
          <w:b/>
        </w:rPr>
        <w:t>A complicated romance:</w:t>
      </w:r>
      <w:r>
        <w:t xml:space="preserve"> Harris’s relationship with closeted hockey player Troy Barrett reportedly develops from hostility into something more intimate.</w:t>
      </w:r>
      <w:r/>
    </w:p>
    <w:p>
      <w:pPr>
        <w:pStyle w:val="ListBullet"/>
        <w:spacing w:line="240" w:lineRule="auto"/>
        <w:ind w:left="720"/>
      </w:pPr>
      <w:r/>
      <w:r>
        <w:rPr>
          <w:b/>
        </w:rPr>
        <w:t>Why it matters:</w:t>
      </w:r>
      <w:r>
        <w:t xml:space="preserve"> The casting adds another layer to a series already exploring secrecy, desire and queer visibility.</w:t>
      </w:r>
      <w:r/>
      <w:r/>
    </w:p>
    <w:p>
      <w:pPr>
        <w:pStyle w:val="Heading2"/>
      </w:pPr>
      <w:r>
        <w:t>Justice Smith is challenging narrow ideas of masculinity</w:t>
      </w:r>
      <w:r/>
    </w:p>
    <w:p>
      <w:r/>
      <w:r>
        <w:t>Justice Smith’s comments arrive as excitement builds around Heated Rivalry season 2, but they’re about more than a television role. The actor has spoken openly about the pressure he felt to perform masculinity in a particular way after coming out, especially as a Black queer man.</w:t>
      </w:r>
      <w:r/>
    </w:p>
    <w:p>
      <w:r/>
      <w:r>
        <w:t>That pressure can be exhausting. Instead of allowing identity to feel expansive, it turns self-expression into a test: too soft for some people, too masculine for others, and never quite “correct”. Smith’s reflections are striking because they reject that whole premise rather than simply swapping one set of rules for another.</w:t>
      </w:r>
      <w:r/>
    </w:p>
    <w:p>
      <w:r/>
      <w:r>
        <w:t xml:space="preserve">According to Attitude, Smith described masculinity in terms that included speaking his mind, taking action and asserting himself. He also credited his father with helping him value softness, vulnerability and creativity, qualities that are too often treated as opposites of strength. </w:t>
      </w:r>
      <w:hyperlink r:id="rId9">
        <w:r>
          <w:rPr>
            <w:color w:val="0000EE"/>
            <w:u w:val="single"/>
          </w:rPr>
          <w:t>[2]</w:t>
        </w:r>
      </w:hyperlink>
      <w:r/>
    </w:p>
    <w:p>
      <w:pPr>
        <w:pStyle w:val="Heading2"/>
      </w:pPr>
      <w:r>
        <w:t>Heated Rivalry season 2 gives him a layered character</w:t>
      </w:r>
      <w:r/>
    </w:p>
    <w:p>
      <w:r/>
      <w:r>
        <w:t>Harris Drover is an openly gay social media manager for the Ottawa Centaurs, placing him close to the high-pressure world of professional ice hockey without making him another player forced to hide his sexuality. That distinction matters, because Harris can bring an outwardly visible queer presence into a setting often associated with toughness and traditional male codes.</w:t>
      </w:r>
      <w:r/>
    </w:p>
    <w:p>
      <w:r/>
      <w:r>
        <w:t xml:space="preserve">Meanwhile, Troy Barrett, played by Charlie Gillespie, is a closeted hockey player whose connection with Harris reportedly grows from bullying into romance. It’s a familiar dramatic engine, but the contrast between Harris’s openness and Troy’s secrecy could give the second season plenty of emotional friction. </w:t>
      </w:r>
      <w:hyperlink r:id="rId10">
        <w:r>
          <w:rPr>
            <w:color w:val="0000EE"/>
            <w:u w:val="single"/>
          </w:rPr>
          <w:t>[4]</w:t>
        </w:r>
      </w:hyperlink>
      <w:r/>
    </w:p>
    <w:p>
      <w:r/>
      <w:r>
        <w:t>The strongest version of this storyline won’t treat Harris simply as the confident one and Troy as the damaged one. Real people are messier than that. Someone can be visibly queer and still wrestle with masculinity, while someone who appears conventionally masculine may be carrying a private storm.</w:t>
      </w:r>
      <w:r/>
    </w:p>
    <w:p>
      <w:pPr>
        <w:pStyle w:val="Heading2"/>
      </w:pPr>
      <w:r>
        <w:t>Why Smith’s perspective resonates beyond the show</w:t>
      </w:r>
      <w:r/>
    </w:p>
    <w:p>
      <w:r/>
      <w:r>
        <w:t>Smith has said that embracing his femininity felt liberating, yet he also described being challenged when he wanted to express more traditionally masculine traits. Some people accused him of being dishonest or even self-hating, revealing how quickly communities can create new expectations while trying to escape old ones.</w:t>
      </w:r>
      <w:r/>
    </w:p>
    <w:p>
      <w:r/>
      <w:r>
        <w:t xml:space="preserve">His wider point is uncomfortable but useful: rejecting rigid masculinity shouldn’t mean rejecting every form of masculinity. As reported by Attitude, Smith argued that queer men can end up treating masculine presentation as inherently negative, creating another narrow boundary around gender expression. </w:t>
      </w:r>
      <w:hyperlink r:id="rId9">
        <w:r>
          <w:rPr>
            <w:color w:val="0000EE"/>
            <w:u w:val="single"/>
          </w:rPr>
          <w:t>[2]</w:t>
        </w:r>
      </w:hyperlink>
      <w:r/>
    </w:p>
    <w:p>
      <w:r/>
      <w:r>
        <w:t>That idea gives Heated Rivalry a timely backdrop. The series may be sold as a sports romance, but audiences are increasingly interested in stories that let queer characters be contradictory, flirtatious, ambitious, vulnerable and occasionally difficult. In other words, human.</w:t>
      </w:r>
      <w:r/>
    </w:p>
    <w:p>
      <w:pPr>
        <w:pStyle w:val="Heading2"/>
      </w:pPr>
      <w:r>
        <w:t>The casting has already attracted attention</w:t>
      </w:r>
      <w:r/>
    </w:p>
    <w:p>
      <w:r/>
      <w:r>
        <w:t xml:space="preserve">Smith’s appointment has prompted conversation among fans, particularly because the role places a recognisable actor inside a high-profile queer romance. Coverage from Queerty, PinkNews and entertainment outlets has focused on the casting, the character’s place in the story and what viewers might expect from the new season.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p>
    <w:p>
      <w:r/>
      <w:r>
        <w:t>That interest also reflects how much the audience has invested in Heated Rivalry’s world. Viewers aren’t only asking who ends up together. They’re asking how the characters navigate public image, private desire and the social rules surrounding them. Harris’s confidence, then, could be just as important as the romance itself.</w:t>
      </w:r>
      <w:r/>
    </w:p>
    <w:p>
      <w:r/>
      <w:r>
        <w:t>There’s also a welcome opportunity here for the show to avoid making queer identity a single visual language. Harris doesn’t need to be softened to become likeable, and Troy doesn’t need to abandon masculinity to become emotionally available.</w:t>
      </w:r>
      <w:r/>
    </w:p>
    <w:p>
      <w:pPr>
        <w:pStyle w:val="Heading2"/>
      </w:pPr>
      <w:r>
        <w:t>What to expect from Harris and Troy’s romance</w:t>
      </w:r>
      <w:r/>
    </w:p>
    <w:p>
      <w:r/>
      <w:r>
        <w:t>The central tension will likely come from the gap between Harris’s openness and Troy’s guarded life as a closeted athlete. That setup creates obvious drama, but it also raises practical questions about trust, power and emotional safety. A relationship can’t thrive on chemistry alone when one person is living publicly and the other is still hiding.</w:t>
      </w:r>
      <w:r/>
    </w:p>
    <w:p>
      <w:r/>
      <w:r>
        <w:t>Smith’s comments suggest that Harris may be more than a confident foil for Troy. His understanding of gender expression could make him compassionate, but it could also make him impatient with people who use social expectations as an excuse to hurt others. That combination would give the character some welcome bite.</w:t>
      </w:r>
      <w:r/>
    </w:p>
    <w:p>
      <w:r/>
      <w:r>
        <w:t xml:space="preserve">Details about the season remain limited, and coverage from Cosmopolitan and Tom’s Guide has largely focused on the casting and the wider production picture. Still, the ingredients are promising: a visible queer character, a closeted athlete and a romance caught between public performance and private truth. </w:t>
      </w:r>
      <w:hyperlink r:id="rId13">
        <w:r>
          <w:rPr>
            <w:color w:val="0000EE"/>
            <w:u w:val="single"/>
          </w:rPr>
          <w:t>[6]</w:t>
        </w:r>
      </w:hyperlink>
      <w:r>
        <w:t xml:space="preserve"> </w:t>
      </w:r>
      <w:hyperlink r:id="rId14">
        <w:r>
          <w:rPr>
            <w:color w:val="0000EE"/>
            <w:u w:val="single"/>
          </w:rPr>
          <w:t>[7]</w:t>
        </w:r>
      </w:hyperlink>
      <w:r/>
    </w:p>
    <w:p>
      <w:r/>
      <w:r>
        <w:t>For Smith, the role appears to arrive at a moment when audiences are ready for queer characters who don’t fit neatly into one box. That’s a healthier kind of representation, and frankly, it makes for better television too.</w:t>
      </w:r>
      <w:r/>
    </w:p>
    <w:p>
      <w:r/>
      <w:r>
        <w:rPr>
          <w:b/>
        </w:rPr>
        <w:t>Heated Rivalry season 2 could make its biggest impact by letting queer masculinity stay complicated, visible and entirely self-defined.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[4]</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https://www.attitude.co.uk/culture/heated-rivalrys-justice-smith-on-pressure-hypermasculine-538100/</w:t>
        </w:r>
      </w:hyperlink>
      <w:r>
        <w:t xml:space="preserve"> - Please view link - unable to able to access data</w:t>
      </w:r>
      <w:r/>
    </w:p>
    <w:p>
      <w:pPr>
        <w:pStyle w:val="ListNumber"/>
        <w:spacing w:line="240" w:lineRule="auto"/>
        <w:ind w:left="720"/>
      </w:pPr>
      <w:r/>
      <w:hyperlink r:id="rId9">
        <w:r>
          <w:rPr>
            <w:color w:val="0000EE"/>
            <w:u w:val="single"/>
          </w:rPr>
          <w:t>https://www.attitude.co.uk/culture/heated-rivalrys-justice-smith-on-pressure-hypermasculine-538100/</w:t>
        </w:r>
      </w:hyperlink>
      <w:r>
        <w:t xml:space="preserve"> - Justice Smith, star of 'Heated Rivalry' season 2, discusses the pressures he faces as a Black queer man to adopt hypermasculine traits. He reflects on the liberation found in embracing his femininity and the influence of women in his life on his personal masculinity. Smith also addresses the criticism he received when displaying traditionally masculine traits post-coming out, highlighting the roots of homophobia in sexism and advocating for a balanced approach to gender expression.</w:t>
      </w:r>
      <w:r/>
    </w:p>
    <w:p>
      <w:pPr>
        <w:pStyle w:val="ListNumber"/>
        <w:spacing w:line="240" w:lineRule="auto"/>
        <w:ind w:left="720"/>
      </w:pPr>
      <w:r/>
      <w:hyperlink r:id="rId11">
        <w:r>
          <w:rPr>
            <w:color w:val="0000EE"/>
            <w:u w:val="single"/>
          </w:rPr>
          <w:t>https://www.queerty.com/justice-smith-responds-to-fan-reaction-to-his-heated-rivalry-casting-20260810/</w:t>
        </w:r>
      </w:hyperlink>
      <w:r>
        <w:t xml:space="preserve"> - Actor Justice Smith responds to fan reactions regarding his casting in season 2 of 'Heated Rivalry'. He expresses gratitude for the support and love from fans, acknowledging the responsibility to protect his character. Smith's casting as Harris Drover, an openly gay social media manager, has sparked discussions, and he encourages fans to give him a chance in this new role.</w:t>
      </w:r>
      <w:r/>
    </w:p>
    <w:p>
      <w:pPr>
        <w:pStyle w:val="ListNumber"/>
        <w:spacing w:line="240" w:lineRule="auto"/>
        <w:ind w:left="720"/>
      </w:pPr>
      <w:r/>
      <w:hyperlink r:id="rId10">
        <w:r>
          <w:rPr>
            <w:color w:val="0000EE"/>
            <w:u w:val="single"/>
          </w:rPr>
          <w:t>https://www.thepinknews.com/2026/08/14/all-you-need-to-know-about-heated-rivalry-season-2-star-justice-smith/</w:t>
        </w:r>
      </w:hyperlink>
      <w:r>
        <w:t xml:space="preserve"> - An overview of Justice Smith's casting in 'Heated Rivalry' season 2, detailing his role as Harris Drover, the social media manager for the Ottawa Centaurs hockey team. The article highlights Smith's previous work, including his acclaimed performance in HBO's 'Genera+ion', and his openness about his queer identity. It also touches upon the fan reactions to his casting and his excitement for the experience.</w:t>
      </w:r>
      <w:r/>
    </w:p>
    <w:p>
      <w:pPr>
        <w:pStyle w:val="ListNumber"/>
        <w:spacing w:line="240" w:lineRule="auto"/>
        <w:ind w:left="720"/>
      </w:pPr>
      <w:r/>
      <w:hyperlink r:id="rId12">
        <w:r>
          <w:rPr>
            <w:color w:val="0000EE"/>
            <w:u w:val="single"/>
          </w:rPr>
          <w:t>https://www.marieclaire.com/culture/tv-shows/heated-rivalry-season-2/</w:t>
        </w:r>
      </w:hyperlink>
      <w:r>
        <w:t xml:space="preserve"> - Details about 'Heated Rivalry' season 2, including the casting of Justice Smith and Charlie Gillespie as Harris Drover and Troy Barrett, respectively. The season is set to premiere in April 2027, with filming beginning in August 2026. The article discusses the adaptation of Rachel Reid’s novels 'The Long Game' and 'Role Model', and the introduction of new characters alongside returning ones.</w:t>
      </w:r>
      <w:r/>
    </w:p>
    <w:p>
      <w:pPr>
        <w:pStyle w:val="ListNumber"/>
        <w:spacing w:line="240" w:lineRule="auto"/>
        <w:ind w:left="720"/>
      </w:pPr>
      <w:r/>
      <w:hyperlink r:id="rId13">
        <w:r>
          <w:rPr>
            <w:color w:val="0000EE"/>
            <w:u w:val="single"/>
          </w:rPr>
          <w:t>https://www.cosmopolitan.com/entertainment/tv/a73393158/justice-smith-heated-rivalry-casting/</w:t>
        </w:r>
      </w:hyperlink>
      <w:r>
        <w:t xml:space="preserve"> - Justice Smith addresses the backlash following his casting in 'Heated Rivalry' season 2. He urges fans to give him a chance in the role of Harris Drover, expressing his excitement for the experience. The article also mentions author Rachel Reid's previous experience with similar fan reactions to casting choices.</w:t>
      </w:r>
      <w:r/>
    </w:p>
    <w:p>
      <w:pPr>
        <w:pStyle w:val="ListNumber"/>
        <w:spacing w:line="240" w:lineRule="auto"/>
        <w:ind w:left="720"/>
      </w:pPr>
      <w:r/>
      <w:hyperlink r:id="rId14">
        <w:r>
          <w:rPr>
            <w:color w:val="0000EE"/>
            <w:u w:val="single"/>
          </w:rPr>
          <w:t>https://www.tomsguide.com/entertainment/streaming/heated-rivalry-season-2</w:t>
        </w:r>
      </w:hyperlink>
      <w:r>
        <w:t xml:space="preserve"> - Information about 'Heated Rivalry' season 2, including its renewal for a second season and expected premiere in 2027. The article discusses the adaptation of Rachel Reid's novel 'The Long Game', the return of main cast members, and the introduction of new characters. It also mentions the show's success on Crave and HBO Max.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heated-rivalrys-justice-smith-on-pressure-hypermasculine-538100/" TargetMode="External"/><Relationship Id="rId10" Type="http://schemas.openxmlformats.org/officeDocument/2006/relationships/hyperlink" Target="https://www.thepinknews.com/2026/08/14/all-you-need-to-know-about-heated-rivalry-season-2-star-justice-smith/" TargetMode="External"/><Relationship Id="rId11" Type="http://schemas.openxmlformats.org/officeDocument/2006/relationships/hyperlink" Target="https://www.queerty.com/justice-smith-responds-to-fan-reaction-to-his-heated-rivalry-casting-20260810/" TargetMode="External"/><Relationship Id="rId12" Type="http://schemas.openxmlformats.org/officeDocument/2006/relationships/hyperlink" Target="https://www.marieclaire.com/culture/tv-shows/heated-rivalry-season-2/" TargetMode="External"/><Relationship Id="rId13" Type="http://schemas.openxmlformats.org/officeDocument/2006/relationships/hyperlink" Target="https://www.cosmopolitan.com/entertainment/tv/a73393158/justice-smith-heated-rivalry-casting/" TargetMode="External"/><Relationship Id="rId14" Type="http://schemas.openxmlformats.org/officeDocument/2006/relationships/hyperlink" Target="https://www.tomsguide.com/entertainment/streaming/heated-rivalry-season-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