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Pittsburgh Pride Night Scores a Shutout as Drag Voices Rise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Pittsburgh’s LGBTQ+ community is taking centre stage this Halloween week, from a Pride Night victory at PPG Paints Arena to a new listening session for Pennsylvania drag performers. The result is a lively snapshot of queer visibility, civic participation and community spirit, with plenty of sparkle around the edges.</w:t>
      </w:r>
      <w:r/>
    </w:p>
    <w:p>
      <w:pPr>
        <w:pStyle w:val="Heading2"/>
      </w:pPr>
      <w:r>
        <w:t>Essential Takeaways</w:t>
      </w:r>
      <w:r/>
      <w:r/>
    </w:p>
    <w:p>
      <w:pPr>
        <w:pStyle w:val="ListBullet"/>
        <w:spacing w:line="240" w:lineRule="auto"/>
        <w:ind w:left="720"/>
      </w:pPr>
      <w:r/>
      <w:r>
        <w:rPr>
          <w:b/>
        </w:rPr>
        <w:t>A perfect Pride Night result:</w:t>
      </w:r>
      <w:r>
        <w:t xml:space="preserve"> The Penguins beat the Florida Panthers 4-0 and stopped all 26 shots.</w:t>
      </w:r>
      <w:r/>
    </w:p>
    <w:p>
      <w:pPr>
        <w:pStyle w:val="ListBullet"/>
        <w:spacing w:line="240" w:lineRule="auto"/>
        <w:ind w:left="720"/>
      </w:pPr>
      <w:r/>
      <w:r>
        <w:rPr>
          <w:b/>
        </w:rPr>
        <w:t>Community fundraising mattered:</w:t>
      </w:r>
      <w:r>
        <w:t xml:space="preserve"> Qualifying tickets directed $10 each to Pittsburgh LGBTQ+ Hockey.</w:t>
      </w:r>
      <w:r/>
    </w:p>
    <w:p>
      <w:pPr>
        <w:pStyle w:val="ListBullet"/>
        <w:spacing w:line="240" w:lineRule="auto"/>
        <w:ind w:left="720"/>
      </w:pPr>
      <w:r/>
      <w:r>
        <w:rPr>
          <w:b/>
        </w:rPr>
        <w:t>Drag performers are being consulted:</w:t>
      </w:r>
      <w:r>
        <w:t xml:space="preserve"> Pennsylvania artists can join a free virtual listening session about safety, resources and opportunities.</w:t>
      </w:r>
      <w:r/>
    </w:p>
    <w:p>
      <w:pPr>
        <w:pStyle w:val="ListBullet"/>
        <w:spacing w:line="240" w:lineRule="auto"/>
        <w:ind w:left="720"/>
      </w:pPr>
      <w:r/>
      <w:r>
        <w:rPr>
          <w:b/>
        </w:rPr>
        <w:t>Election dates are close:</w:t>
      </w:r>
      <w:r>
        <w:t xml:space="preserve"> Pennsylvania mail-ballot applications were due by 5pm on 27 October, with completed ballots due by 8pm on 3 November.</w:t>
      </w:r>
      <w:r/>
    </w:p>
    <w:p>
      <w:pPr>
        <w:pStyle w:val="ListBullet"/>
        <w:spacing w:line="240" w:lineRule="auto"/>
        <w:ind w:left="720"/>
      </w:pPr>
      <w:r/>
      <w:r>
        <w:rPr>
          <w:b/>
        </w:rPr>
        <w:t>Queer culture keeps growing:</w:t>
      </w:r>
      <w:r>
        <w:t xml:space="preserve"> Pittsburgh's wider events calendar continues to include prominent drag performances and LGBTQ+ celebrations.</w:t>
      </w:r>
      <w:r/>
      <w:r/>
    </w:p>
    <w:p>
      <w:pPr>
        <w:pStyle w:val="Heading2"/>
      </w:pPr>
      <w:r>
        <w:t>The Penguins Put Pride on the Ice</w:t>
      </w:r>
      <w:r/>
    </w:p>
    <w:p>
      <w:r/>
      <w:r>
        <w:t>The Penguins' Pride Game delivered the kind of evening supporters could savour: a welcoming arena, LGBTQ+ hockey representation and a decisive 4-0 win over Florida. According to QBurgh, the team ended a four-game losing run while keeping the Panthers off the scoreboard entirely.</w:t>
      </w:r>
      <w:r/>
    </w:p>
    <w:p>
      <w:r/>
      <w:r>
        <w:t>That made the night feel bigger than a routine regular-season fixture. Pittsburgh LGBTQ+ Hockey was highlighted at PPG Paints Arena, giving queer players and fans a visible place within one of the city's best-known sporting spaces. The Washington Post and CBS Sports both reported the shutout, including Pittsburgh's 26-save defensive display.</w:t>
      </w:r>
      <w:r/>
    </w:p>
    <w:p>
      <w:pPr>
        <w:pStyle w:val="Heading2"/>
      </w:pPr>
      <w:r>
        <w:t>Visibility Came With a Practical Welcome</w:t>
      </w:r>
      <w:r/>
    </w:p>
    <w:p>
      <w:r/>
      <w:r>
        <w:t>The strongest part of the event wasn't just the final score. A special ticket offer sent $10 from each qualifying sale to Pittsburgh LGBTQ+ Hockey, while members were invited on to the ice for a post-match Shot on Goal experience.</w:t>
      </w:r>
      <w:r/>
    </w:p>
    <w:p>
      <w:r/>
      <w:r>
        <w:t>That combination of fundraising and participation gives Pride Night a warmer, more tangible feel. Fans weren't simply watching a message on a screen; they were helping support a community organisation and, in some cases, stepping onto the same ice as the professionals. It was a small but meaningful reminder that inclusion works best when people can genuinely take part.</w:t>
      </w:r>
      <w:r/>
    </w:p>
    <w:p>
      <w:pPr>
        <w:pStyle w:val="Heading2"/>
      </w:pPr>
      <w:r>
        <w:t>Pennsylvania's Drag Community Gets a Say</w:t>
      </w:r>
      <w:r/>
    </w:p>
    <w:p>
      <w:r/>
      <w:r>
        <w:t>Away from the rink, Pennsylvania drag performers are being invited into a conversation about what the community needs next. The Governor Josh Shapiro Advisory Commission on LGBTQ Affairs scheduled a free virtual Drag Community Listening Session for 18 November, running from 6pm to 8.30pm.</w:t>
      </w:r>
      <w:r/>
    </w:p>
    <w:p>
      <w:r/>
      <w:r>
        <w:t>Erie Gay News reported that the discussion is intended for performers across the commonwealth, including established artists and people at the beginning of their drag careers. Topics include performer safety, Pride-event resources, clearer communication about bookings and stronger links between artists.</w:t>
      </w:r>
      <w:r/>
    </w:p>
    <w:p>
      <w:r/>
      <w:r>
        <w:t>That listening focus matters. Drag performers are often celebrated as entertainers while being left out of decisions affecting their work and safety. Giving them a direct route to policymakers is more useful than another generic statement of support.</w:t>
      </w:r>
      <w:r/>
    </w:p>
    <w:p>
      <w:pPr>
        <w:pStyle w:val="Heading2"/>
      </w:pPr>
      <w:r>
        <w:t>Why These Moments Matter Beyond Halloween</w:t>
      </w:r>
      <w:r/>
    </w:p>
    <w:p>
      <w:r/>
      <w:r>
        <w:t>The timing is playful, but the underlying message is serious. LGBTQ+ visibility appears in different forms here: on a professional ice rink, in local fundraising, through public policy and in the cultural life of Pittsburgh and Pennsylvania.</w:t>
      </w:r>
      <w:r/>
    </w:p>
    <w:p>
      <w:r/>
      <w:r>
        <w:t>The broader events scene reflects that momentum too. Visit Pittsburgh lists major drag programming, including A Drag Queen Christmas, showing how drag has become a familiar part of the city's entertainment landscape rather than a niche novelty. For audiences, that means more chances to turn support into attendance, donations and genuine engagement.</w:t>
      </w:r>
      <w:r/>
    </w:p>
    <w:p>
      <w:pPr>
        <w:pStyle w:val="Heading2"/>
      </w:pPr>
      <w:r>
        <w:t>A Few Dates Worth Keeping Close</w:t>
      </w:r>
      <w:r/>
    </w:p>
    <w:p>
      <w:r/>
      <w:r>
        <w:t>The newsletter also highlighted Pennsylvania's November 3 election deadlines. Mail-ballot applications had to reach county election offices by 5pm on October 27, while completed ballots needed to arrive by 8pm on election day. A postmark alone wasn't enough, so voters were advised to allow extra delivery time and check Vote.PA.gov for local information.</w:t>
      </w:r>
      <w:r/>
    </w:p>
    <w:p>
      <w:r/>
      <w:r>
        <w:t>There was also a publishing deadline for QBurgh's November newspaper issue, due to be mailed to subscribers after the October 27 cut-off. It all adds to the same lesson: community participation can be joyful and glamorous, but it still benefits from a calendar reminder.</w:t>
      </w:r>
      <w:r/>
    </w:p>
    <w:p>
      <w:r/>
      <w:r>
        <w:t>For LGBTQ+ readers, supporters and curious newcomers, this is a useful moment to show up in whichever way feels right. Cheer from the stands, join the conversation, vote early or simply make room for somebody else's spotlight.</w:t>
      </w:r>
      <w:r/>
    </w:p>
    <w:p>
      <w:r/>
      <w:r>
        <w:t>A shutout on the ice and a louder seat at the table make a pretty strong Halloween-week double act.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2">
        <w:r>
          <w:rPr>
            <w:color w:val="0000EE"/>
            <w:u w:val="single"/>
          </w:rPr>
          <w:t>[5]</w:t>
        </w:r>
      </w:hyperlink>
      <w:r>
        <w:t xml:space="preserve">- Paragraph 4: </w:t>
      </w:r>
      <w:hyperlink r:id="rId14">
        <w:r>
          <w:rPr>
            <w:color w:val="0000EE"/>
            <w:u w:val="single"/>
          </w:rPr>
          <w:t>[4]</w:t>
        </w:r>
      </w:hyperlink>
      <w:r>
        <w:t xml:space="preserve">- Paragraph 5: </w:t>
      </w:r>
      <w:hyperlink r:id="rId14">
        <w:r>
          <w:rPr>
            <w:color w:val="0000EE"/>
            <w:u w:val="single"/>
          </w:rPr>
          <w:t>[4]</w:t>
        </w:r>
      </w:hyperlink>
      <w:r>
        <w:t xml:space="preserve">, </w:t>
      </w:r>
      <w:hyperlink r:id="rId15">
        <w:r>
          <w:rPr>
            <w:color w:val="0000EE"/>
            <w:u w:val="single"/>
          </w:rPr>
          <w:t>[7]</w:t>
        </w:r>
      </w:hyperlink>
      <w:r>
        <w:t xml:space="preserve">- Paragraph 6: </w:t>
      </w:r>
      <w:hyperlink r:id="rId11">
        <w:r>
          <w:rPr>
            <w:color w:val="0000EE"/>
            <w:u w:val="single"/>
          </w:rPr>
          <w:t>[3]</w:t>
        </w:r>
      </w:hyperlink>
      <w:r>
        <w:t xml:space="preserve">, </w:t>
      </w:r>
      <w:hyperlink r:id="rId12">
        <w:r>
          <w:rPr>
            <w:color w:val="0000EE"/>
            <w:u w:val="single"/>
          </w:rPr>
          <w:t>[5]</w:t>
        </w:r>
      </w:hyperlink>
      <w:r>
        <w:t xml:space="preserve">- Paragraph 7: </w:t>
      </w:r>
      <w:hyperlink r:id="rId9">
        <w:r>
          <w:rPr>
            <w:color w:val="0000EE"/>
            <w:u w:val="single"/>
          </w:rPr>
          <w:t>[1]</w:t>
        </w:r>
      </w:hyperlink>
      <w:r>
        <w:t xml:space="preserve">, </w:t>
      </w:r>
      <w:hyperlink r:id="rId14">
        <w:r>
          <w:rPr>
            <w:color w:val="0000EE"/>
            <w:u w:val="single"/>
          </w:rPr>
          <w:t>[4]</w:t>
        </w:r>
      </w:hyperlink>
      <w:r>
        <w:t xml:space="preserve">- Paragraph 8: </w:t>
      </w:r>
      <w:hyperlink r:id="rId9">
        <w:r>
          <w:rPr>
            <w:color w:val="0000EE"/>
            <w:u w:val="single"/>
          </w:rPr>
          <w:t>[1]</w:t>
        </w:r>
      </w:hyperlink>
      <w:r>
        <w:t xml:space="preserve">, </w:t>
      </w:r>
      <w:hyperlink r:id="rId15">
        <w:r>
          <w:rPr>
            <w:color w:val="0000EE"/>
            <w:u w:val="single"/>
          </w:rPr>
          <w:t>[7]</w:t>
        </w:r>
      </w:hyperlink>
      <w:r>
        <w:t xml:space="preserve">- Paragraph 9: </w:t>
      </w:r>
      <w:hyperlink r:id="rId9">
        <w:r>
          <w:rPr>
            <w:color w:val="0000EE"/>
            <w:u w:val="single"/>
          </w:rPr>
          <w:t>[1]</w:t>
        </w:r>
      </w:hyperlink>
      <w:r>
        <w:t xml:space="preserve">- Paragraph 10: </w:t>
      </w:r>
      <w:hyperlink r:id="rId9">
        <w:r>
          <w:rPr>
            <w:color w:val="0000EE"/>
            <w:u w:val="single"/>
          </w:rPr>
          <w:t>[1]</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https://qburgh.com/slay-weekly-october-26-2026/</w:t>
        </w:r>
      </w:hyperlink>
      <w:r>
        <w:t xml:space="preserve"> - Please view link - unable to able to access data</w:t>
      </w:r>
      <w:r/>
    </w:p>
    <w:p>
      <w:pPr>
        <w:pStyle w:val="ListNumber"/>
        <w:spacing w:line="240" w:lineRule="auto"/>
        <w:ind w:left="720"/>
      </w:pPr>
      <w:r/>
      <w:hyperlink r:id="rId10">
        <w:r>
          <w:rPr>
            <w:color w:val="0000EE"/>
            <w:u w:val="single"/>
          </w:rPr>
          <w:t>https://qburgh.com/pittsburgh-penguins-celebrate-lgbtq-hockey/</w:t>
        </w:r>
      </w:hyperlink>
      <w:r>
        <w:t xml:space="preserve"> - The Pittsburgh Penguins hosted their annual Pride Game on October 22, 2026, at PPG Paints Arena, celebrating LGBTQ+ visibility in hockey. The event featured Pittsburgh LGBTQ+ Hockey, highlighting the local queer hockey community. The Penguins secured a 4–0 victory over the Florida Panthers, with Nick Robertson scoring twice and Arturs Silovs achieving a shutout. (</w:t>
      </w:r>
      <w:hyperlink r:id="rId16">
        <w:r>
          <w:rPr>
            <w:color w:val="0000EE"/>
            <w:u w:val="single"/>
          </w:rPr>
          <w:t>qburgh.com</w:t>
        </w:r>
      </w:hyperlink>
      <w:r>
        <w:t>)</w:t>
      </w:r>
      <w:r/>
    </w:p>
    <w:p>
      <w:pPr>
        <w:pStyle w:val="ListNumber"/>
        <w:spacing w:line="240" w:lineRule="auto"/>
        <w:ind w:left="720"/>
      </w:pPr>
      <w:r/>
      <w:hyperlink r:id="rId11">
        <w:r>
          <w:rPr>
            <w:color w:val="0000EE"/>
            <w:u w:val="single"/>
          </w:rPr>
          <w:t>https://www.washingtonpost.com/sports/nhl/2026/10/22/panthers-penguins-score/7d6bb84a-ce84-11f1-ac04-9f58578a68b4_story.html</w:t>
        </w:r>
      </w:hyperlink>
      <w:r>
        <w:t xml:space="preserve"> - The Washington Post reported on October 22, 2026, that Pittsburgh's Arturs Silovs stopped 25 shots to spoil the history-making debut of Florida counterpart Cooper Black, leading the Penguins to a 4–0 victory over the Panthers. Black, at 6-foot-9, became the tallest goaltender in NHL history. (</w:t>
      </w:r>
      <w:hyperlink r:id="rId17">
        <w:r>
          <w:rPr>
            <w:color w:val="0000EE"/>
            <w:u w:val="single"/>
          </w:rPr>
          <w:t>washingtonpost.com</w:t>
        </w:r>
      </w:hyperlink>
      <w:r>
        <w:t>)</w:t>
      </w:r>
      <w:r/>
    </w:p>
    <w:p>
      <w:pPr>
        <w:pStyle w:val="ListNumber"/>
        <w:spacing w:line="240" w:lineRule="auto"/>
        <w:ind w:left="720"/>
      </w:pPr>
      <w:r/>
      <w:hyperlink r:id="rId14">
        <w:r>
          <w:rPr>
            <w:color w:val="0000EE"/>
            <w:u w:val="single"/>
          </w:rPr>
          <w:t>https://www.eriegaynews.com/news/article.php?recordid=202611padraglisteningsession</w:t>
        </w:r>
      </w:hyperlink>
      <w:r>
        <w:t xml:space="preserve"> - Erie Gay News announced that Pennsylvania's Governor Josh Shapiro's Advisory Commission on LGBTQ Affairs is hosting a virtual Drag Community Listening Session on November 18, 2026, from 6:00 to 8:30 p.m. The session aims to bring drag artists together to discuss challenges, identify resources, and explore ways to strengthen connections among performers across Pennsylvania. (</w:t>
      </w:r>
      <w:hyperlink r:id="rId18">
        <w:r>
          <w:rPr>
            <w:color w:val="0000EE"/>
            <w:u w:val="single"/>
          </w:rPr>
          <w:t>eriegaynews.com</w:t>
        </w:r>
      </w:hyperlink>
      <w:r>
        <w:t>)</w:t>
      </w:r>
      <w:r/>
    </w:p>
    <w:p>
      <w:pPr>
        <w:pStyle w:val="ListNumber"/>
        <w:spacing w:line="240" w:lineRule="auto"/>
        <w:ind w:left="720"/>
      </w:pPr>
      <w:r/>
      <w:hyperlink r:id="rId12">
        <w:r>
          <w:rPr>
            <w:color w:val="0000EE"/>
            <w:u w:val="single"/>
          </w:rPr>
          <w:t>https://www.cbssports.com/nhl/news/penguins-snap-four-game-skid-with-4-0-shutout-of-panthers/</w:t>
        </w:r>
      </w:hyperlink>
      <w:r>
        <w:t xml:space="preserve"> - CBS Sports reported on October 22, 2026, that the Pittsburgh Penguins snapped a four-game losing streak with a 4–0 shutout of the Florida Panthers. Nick Robertson scored twice, while Evgeni Malkin and Hendrix Lapierre each added a goal and an assist. (</w:t>
      </w:r>
      <w:hyperlink r:id="rId19">
        <w:r>
          <w:rPr>
            <w:color w:val="0000EE"/>
            <w:u w:val="single"/>
          </w:rPr>
          <w:t>cbssports.com</w:t>
        </w:r>
      </w:hyperlink>
      <w:r>
        <w:t>)</w:t>
      </w:r>
      <w:r/>
    </w:p>
    <w:p>
      <w:pPr>
        <w:pStyle w:val="ListNumber"/>
        <w:spacing w:line="240" w:lineRule="auto"/>
        <w:ind w:left="720"/>
      </w:pPr>
      <w:r/>
      <w:hyperlink r:id="rId13">
        <w:r>
          <w:rPr>
            <w:color w:val="0000EE"/>
            <w:u w:val="single"/>
          </w:rPr>
          <w:t>https://www.washingtonpost.com/sports/nhl/2026/10/23/nhl-capsules/056216d4-ce96-11f1-ac04-9f58578a68b4_story.html</w:t>
        </w:r>
      </w:hyperlink>
      <w:r>
        <w:t xml:space="preserve"> - The Washington Post reported on October 22, 2026, that the Pittsburgh Penguins achieved a 4–0 shutout against the Florida Panthers, with Nick Robertson scoring twice and Evgeni Malkin and Hendrix Lapierre each contributing a goal and an assist. The game also marked the NHL debut of Florida's 6-foot-9 goaltender Cooper Black. (</w:t>
      </w:r>
      <w:hyperlink r:id="rId20">
        <w:r>
          <w:rPr>
            <w:color w:val="0000EE"/>
            <w:u w:val="single"/>
          </w:rPr>
          <w:t>washingtonpost.com</w:t>
        </w:r>
      </w:hyperlink>
      <w:r>
        <w:t>)</w:t>
      </w:r>
      <w:r/>
    </w:p>
    <w:p>
      <w:pPr>
        <w:pStyle w:val="ListNumber"/>
        <w:spacing w:line="240" w:lineRule="auto"/>
        <w:ind w:left="720"/>
      </w:pPr>
      <w:r/>
      <w:hyperlink r:id="rId15">
        <w:r>
          <w:rPr>
            <w:color w:val="0000EE"/>
            <w:u w:val="single"/>
          </w:rPr>
          <w:t>https://www.visitpittsburgh.com/events/a-drag-queen-christmas-18-event/</w:t>
        </w:r>
      </w:hyperlink>
      <w:r>
        <w:t xml:space="preserve"> - Visit Pittsburgh announced that 'A Drag Queen Christmas,' an 18+ event, is scheduled for November 24, 2026, at the Byham Theater. Hosted by Nina West, the event features an all-new lineup of drag performers, including Myki Meeks, Nini Coco, Darlene Mitchell, Juicy Love Dion, Discord Addams, Crystal Methyd, and Silky Ganache. (</w:t>
      </w:r>
      <w:hyperlink r:id="rId21">
        <w:r>
          <w:rPr>
            <w:color w:val="0000EE"/>
            <w:u w:val="single"/>
          </w:rPr>
          <w:t>visitpittsburgh.com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qburgh.com/slay-weekly-october-26-2026/" TargetMode="External"/><Relationship Id="rId10" Type="http://schemas.openxmlformats.org/officeDocument/2006/relationships/hyperlink" Target="https://qburgh.com/pittsburgh-penguins-celebrate-lgbtq-hockey/" TargetMode="External"/><Relationship Id="rId11" Type="http://schemas.openxmlformats.org/officeDocument/2006/relationships/hyperlink" Target="https://www.washingtonpost.com/sports/nhl/2026/10/22/panthers-penguins-score/7d6bb84a-ce84-11f1-ac04-9f58578a68b4_story.html" TargetMode="External"/><Relationship Id="rId12" Type="http://schemas.openxmlformats.org/officeDocument/2006/relationships/hyperlink" Target="https://www.cbssports.com/nhl/news/penguins-snap-four-game-skid-with-4-0-shutout-of-panthers/" TargetMode="External"/><Relationship Id="rId13" Type="http://schemas.openxmlformats.org/officeDocument/2006/relationships/hyperlink" Target="https://www.washingtonpost.com/sports/nhl/2026/10/23/nhl-capsules/056216d4-ce96-11f1-ac04-9f58578a68b4_story.html" TargetMode="External"/><Relationship Id="rId14" Type="http://schemas.openxmlformats.org/officeDocument/2006/relationships/hyperlink" Target="https://www.eriegaynews.com/news/article.php?recordid=202611padraglisteningsession" TargetMode="External"/><Relationship Id="rId15" Type="http://schemas.openxmlformats.org/officeDocument/2006/relationships/hyperlink" Target="https://www.visitpittsburgh.com/events/a-drag-queen-christmas-18-event/" TargetMode="External"/><Relationship Id="rId16" Type="http://schemas.openxmlformats.org/officeDocument/2006/relationships/hyperlink" Target="https://qburgh.com/pittsburgh-penguins-celebrate-lgbtq-hockey/?utm_source=openai" TargetMode="External"/><Relationship Id="rId17" Type="http://schemas.openxmlformats.org/officeDocument/2006/relationships/hyperlink" Target="https://www.washingtonpost.com/sports/nhl/2026/10/22/panthers-penguins-score/7d6bb84a-ce84-11f1-ac04-9f58578a68b4_story.html?utm_source=openai" TargetMode="External"/><Relationship Id="rId18" Type="http://schemas.openxmlformats.org/officeDocument/2006/relationships/hyperlink" Target="https://www.eriegaynews.com/news/article.php?recordid=202611padraglisteningsession&amp;utm_source=openai" TargetMode="External"/><Relationship Id="rId19" Type="http://schemas.openxmlformats.org/officeDocument/2006/relationships/hyperlink" Target="https://www.cbssports.com/nhl/news/penguins-snap-four-game-skid-with-4-0-shutout-of-panthers/?utm_source=openai" TargetMode="External"/><Relationship Id="rId20" Type="http://schemas.openxmlformats.org/officeDocument/2006/relationships/hyperlink" Target="https://www.washingtonpost.com/sports/nhl/2026/10/23/nhl-capsules/056216d4-ce96-11f1-ac04-9f58578a68b4_story.html?utm_source=openai" TargetMode="External"/><Relationship Id="rId21" Type="http://schemas.openxmlformats.org/officeDocument/2006/relationships/hyperlink" Target="https://www.visitpittsburgh.com/events/a-drag-queen-christmas-18-event/?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