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Explores Sexual Orientation Changes After Breakups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examining whether major romantic breakups can prompt some adults to question or explore their sexual orientation. The study, involving nearly 500 participants, found links between the emotional impact of a split and increased feelings of sexual ambiguity, although the authors stress that a breakup doesn't automatically change anyone's identity.</w:t>
      </w:r>
      <w:r/>
    </w:p>
    <w:p>
      <w:pPr>
        <w:pStyle w:val="Heading2"/>
      </w:pPr>
      <w:r>
        <w:t>Essential Takeaways</w:t>
      </w:r>
      <w:r/>
      <w:r/>
    </w:p>
    <w:p>
      <w:pPr>
        <w:pStyle w:val="ListBullet"/>
        <w:spacing w:line="240" w:lineRule="auto"/>
        <w:ind w:left="720"/>
      </w:pPr>
      <w:r/>
      <w:r>
        <w:rPr>
          <w:b/>
        </w:rPr>
        <w:t>A breakup can unsettle more than routines:</w:t>
      </w:r>
      <w:r>
        <w:t xml:space="preserve"> Major relationship endings were linked with greater uncertainty about sexual orientation for some participants.</w:t>
      </w:r>
      <w:r/>
    </w:p>
    <w:p>
      <w:pPr>
        <w:pStyle w:val="ListBullet"/>
        <w:spacing w:line="240" w:lineRule="auto"/>
        <w:ind w:left="720"/>
      </w:pPr>
      <w:r/>
      <w:r>
        <w:rPr>
          <w:b/>
        </w:rPr>
        <w:t>The effect wasn't universal:</w:t>
      </w:r>
      <w:r>
        <w:t xml:space="preserve"> Genderfluid and bisexual participants showed stronger associations than cisgender men.</w:t>
      </w:r>
      <w:r/>
    </w:p>
    <w:p>
      <w:pPr>
        <w:pStyle w:val="ListBullet"/>
        <w:spacing w:line="240" w:lineRule="auto"/>
        <w:ind w:left="720"/>
      </w:pPr>
      <w:r/>
      <w:r>
        <w:rPr>
          <w:b/>
        </w:rPr>
        <w:t>Identity isn't a switch:</w:t>
      </w:r>
      <w:r>
        <w:t xml:space="preserve"> The research suggests possible fluidity, not a predictable or permanent change.</w:t>
      </w:r>
      <w:r/>
    </w:p>
    <w:p>
      <w:pPr>
        <w:pStyle w:val="ListBullet"/>
        <w:spacing w:line="240" w:lineRule="auto"/>
        <w:ind w:left="720"/>
      </w:pPr>
      <w:r/>
      <w:r>
        <w:rPr>
          <w:b/>
        </w:rPr>
        <w:t>The sample had limits:</w:t>
      </w:r>
      <w:r>
        <w:t xml:space="preserve"> Most participants were white, cisgender and heterosexual, so broader research is needed.</w:t>
      </w:r>
      <w:r/>
    </w:p>
    <w:p>
      <w:pPr>
        <w:pStyle w:val="ListBullet"/>
        <w:spacing w:line="240" w:lineRule="auto"/>
        <w:ind w:left="720"/>
      </w:pPr>
      <w:r/>
      <w:r>
        <w:rPr>
          <w:b/>
        </w:rPr>
        <w:t>Timing mattered:</w:t>
      </w:r>
      <w:r>
        <w:t xml:space="preserve"> Participants reported these feelings during the two years after a significant relationship ended.</w:t>
      </w:r>
      <w:r/>
      <w:r/>
    </w:p>
    <w:p>
      <w:pPr>
        <w:pStyle w:val="Heading2"/>
      </w:pPr>
      <w:r>
        <w:t>Why a major breakup can make people look inward</w:t>
      </w:r>
      <w:r/>
    </w:p>
    <w:p>
      <w:r/>
      <w:r>
        <w:t>A serious split can rearrange everyday life overnight. The familiar flat, shared plans and steady emotional rhythm may disappear, leaving people with an unusually clear view of the parts of themselves that had been quiet or unexplored.</w:t>
      </w:r>
      <w:r/>
    </w:p>
    <w:p>
      <w:r/>
      <w:r>
        <w:t>The study, published in The Journal of Sex Research, examined whether that upheaval was connected with changes in how people understood their sexual orientation. Researchers from Kansas State University surveyed almost 500 adults about the effect of a relationship ending, their feelings about sexual identity and how predictable those feelings seemed over time.</w:t>
      </w:r>
      <w:r/>
    </w:p>
    <w:p>
      <w:r/>
      <w:r>
        <w:t>According to the study, people who experienced a greater psychological transition after a breakup were more likely to report sexual ambiguity. That doesn't mean the breakup caused a new orientation. It points instead to a period when some people may feel more open to questioning, reflection or discovery.</w:t>
      </w:r>
      <w:r/>
    </w:p>
    <w:p>
      <w:pPr>
        <w:pStyle w:val="Heading2"/>
      </w:pPr>
      <w:r>
        <w:t>What the research found about sexual identity</w:t>
      </w:r>
      <w:r/>
    </w:p>
    <w:p>
      <w:r/>
      <w:r>
        <w:t>Participants answered questions about the practical and emotional consequences of their breakups, including changes to their living arrangements and general state of mind. They also responded to statements about whether their views on sexual orientation changed rapidly or unpredictably.</w:t>
      </w:r>
      <w:r/>
    </w:p>
    <w:p>
      <w:r/>
      <w:r>
        <w:t>The strongest associations appeared among certain groups. Genderfluid participants were more likely than cisgender men to report uncertainty after a major split, while bisexual participants also showed a notable relationship between breakup impact and sexual ambiguity. Black respondents reported more ambiguity than white respondents in the study.</w:t>
      </w:r>
      <w:r/>
    </w:p>
    <w:p>
      <w:r/>
      <w:r>
        <w:t>Those comparisons need careful handling, though. The research describes patterns in a particular sample, not a universal post-breakup experience. As the findings reported through PsyPost suggest, sexual identity can be fluid for some people, but that fluidity shouldn't be treated as evidence that everyone's orientation is waiting to change.</w:t>
      </w:r>
      <w:r/>
    </w:p>
    <w:p>
      <w:pPr>
        <w:pStyle w:val="Heading2"/>
      </w:pPr>
      <w:r>
        <w:t>Sexual fluidity isn't the same as confusion</w:t>
      </w:r>
      <w:r/>
    </w:p>
    <w:p>
      <w:r/>
      <w:r>
        <w:t>The language around identity matters here. Feeling uncertain, curious or newly aware doesn't make someone's previous identity false, and it doesn't require them to choose a new label before they're ready.</w:t>
      </w:r>
      <w:r/>
    </w:p>
    <w:p>
      <w:r/>
      <w:r>
        <w:t>A person might notice attractions they hadn't considered, feel less tied to expectations from a former partner, or simply become more comfortable acknowledging complexity. For others, a breakup may confirm that their orientation has stayed exactly the same. Both experiences are perfectly valid.</w:t>
      </w:r>
      <w:r/>
    </w:p>
    <w:p>
      <w:r/>
      <w:r>
        <w:t>The academic literature has long explored the idea that sexual orientation may not be experienced identically by everyone across the whole of adulthood. This study adds a relationship transition to that conversation, rather than presenting breakups as a direct cause of sexual orientation change.</w:t>
      </w:r>
      <w:r/>
    </w:p>
    <w:p>
      <w:pPr>
        <w:pStyle w:val="Heading2"/>
      </w:pPr>
      <w:r>
        <w:t>The study's limitations are important</w:t>
      </w:r>
      <w:r/>
    </w:p>
    <w:p>
      <w:r/>
      <w:r>
        <w:t>The sample included cisgender men, cisgender women and genderqueer participants, with most respondents identifying as white and heterosexual before their breakups. That makes the results useful as an early contribution, but less representative of the full range of LGBTQ+ lives and relationship experiences.</w:t>
      </w:r>
      <w:r/>
    </w:p>
    <w:p>
      <w:r/>
      <w:r>
        <w:t>The researchers also identified a correlation rather than proving causation. Other factors could be involved, including age, social support, cultural expectations, the nature of the relationship or whether someone already had unresolved questions about their orientation.</w:t>
      </w:r>
      <w:r/>
    </w:p>
    <w:p>
      <w:r/>
      <w:r>
        <w:t>In other words, this isn't a scientific instruction manual for post-breakup identity. It's a sign that major emotional transitions may create room for self-examination, particularly for people whose experiences don't fit neatly into fixed categories.</w:t>
      </w:r>
      <w:r/>
    </w:p>
    <w:p>
      <w:pPr>
        <w:pStyle w:val="Heading2"/>
      </w:pPr>
      <w:r>
        <w:t>What to do if a breakup raises new questions</w:t>
      </w:r>
      <w:r/>
    </w:p>
    <w:p>
      <w:r/>
      <w:r>
        <w:t>There’s no deadline for choosing a label. Journalling, talking with a trusted friend or finding an LGBTQ+ affirming counsellor can help someone explore new feelings without turning them into a test that needs an immediate answer.</w:t>
      </w:r>
      <w:r/>
    </w:p>
    <w:p>
      <w:r/>
      <w:r>
        <w:t>It can also help to separate attraction, behaviour and identity. They can overlap, but they aren't always identical, and one new feeling doesn't have to rewrite a person's entire history. A little patience is often more useful than trying to solve everything during the rawest weeks of a split.</w:t>
      </w:r>
      <w:r/>
    </w:p>
    <w:p>
      <w:r/>
      <w:r>
        <w:t>The researchers say more work is needed to understand why some people report greater sexual ambiguity after a breakup. For now, the most constructive takeaway is simple: self-discovery can happen during upheaval, but it belongs to the individual experiencing it.</w:t>
      </w:r>
      <w:r/>
    </w:p>
    <w:p>
      <w:r/>
      <w:r>
        <w:t>A breakup may open questions, but only you decide which answers feel right.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0">
        <w:r>
          <w:rPr>
            <w:color w:val="0000EE"/>
            <w:u w:val="single"/>
          </w:rPr>
          <w:t>[6]</w:t>
        </w:r>
      </w:hyperlink>
      <w:r>
        <w:t xml:space="preserve">- Paragraph 4: </w:t>
      </w:r>
      <w:hyperlink r:id="rId11">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https://www.them.us/answers-and-advice/sex-and-relationships/sexual-orientation-study</w:t>
        </w:r>
      </w:hyperlink>
      <w:r>
        <w:t xml:space="preserve"> - Please view link - unable to able to access data</w:t>
      </w:r>
      <w:r/>
    </w:p>
    <w:p>
      <w:pPr>
        <w:pStyle w:val="ListNumber"/>
        <w:spacing w:line="240" w:lineRule="auto"/>
        <w:ind w:left="720"/>
      </w:pPr>
      <w:r/>
      <w:hyperlink r:id="rId9">
        <w:r>
          <w:rPr>
            <w:color w:val="0000EE"/>
            <w:u w:val="single"/>
          </w:rPr>
          <w:t>https://www.them.us/answers-and-advice/sex-and-relationships/sexual-orientation-study</w:t>
        </w:r>
      </w:hyperlink>
      <w:r>
        <w:t xml:space="preserve"> - A study published in The Journal of Sex Research by Kansas State University researchers suggests that significant romantic breakups may lead some individuals to question their sexual orientation. The study surveyed nearly 500 participants, including cisgender men, cisgender women, and genderqueer individuals, and found that those who experienced higher psychological impact from a breakup reported greater sexual ambiguity. Notably, genderfluid individuals and bisexuals were more likely to report such ambiguity, with Black participants also showing higher levels of sexual orientation uncertainty post-breakup. The researchers acknowledge the need for further investigation into the causes of these shifts. (</w:t>
      </w:r>
      <w:hyperlink r:id="rId13">
        <w:r>
          <w:rPr>
            <w:color w:val="0000EE"/>
            <w:u w:val="single"/>
          </w:rPr>
          <w:t>them.us</w:t>
        </w:r>
      </w:hyperlink>
      <w:r>
        <w:t>)</w:t>
      </w:r>
      <w:r/>
    </w:p>
    <w:p>
      <w:pPr>
        <w:pStyle w:val="ListNumber"/>
        <w:spacing w:line="240" w:lineRule="auto"/>
        <w:ind w:left="720"/>
      </w:pPr>
      <w:r/>
      <w:hyperlink r:id="rId10">
        <w:r>
          <w:rPr>
            <w:color w:val="0000EE"/>
            <w:u w:val="single"/>
          </w:rPr>
          <w:t>https://www.psypost.org/2026/10/romantic-breakups-correspond-with-changes-in-sexual-identity-during-adulthood-65035</w:t>
        </w:r>
      </w:hyperlink>
      <w:r>
        <w:t xml:space="preserve"> - Research published in The Journal of Sex Research indicates that individuals who experience highly disruptive material changes after a breakup report higher levels of ambiguity regarding their sexual identity. The study, conducted by Kansas State University researchers, involved 493 adults who had experienced a breakup within the past two years. The findings highlight how major life transitions, such as relationship dissolutions, might correspond with shifts in sexual development throughout adulthood. (</w:t>
      </w:r>
      <w:hyperlink r:id="rId14">
        <w:r>
          <w:rPr>
            <w:color w:val="0000EE"/>
            <w:u w:val="single"/>
          </w:rPr>
          <w:t>psypost.org</w:t>
        </w:r>
      </w:hyperlink>
      <w:r>
        <w:t>)</w:t>
      </w:r>
      <w:r/>
    </w:p>
    <w:p>
      <w:pPr>
        <w:pStyle w:val="ListNumber"/>
        <w:spacing w:line="240" w:lineRule="auto"/>
        <w:ind w:left="720"/>
      </w:pPr>
      <w:r/>
      <w:hyperlink r:id="rId11">
        <w:r>
          <w:rPr>
            <w:color w:val="0000EE"/>
            <w:u w:val="single"/>
          </w:rPr>
          <w:t>https://www.sciencedirect.com/science/article/pii/S1054139X22007145</w:t>
        </w:r>
      </w:hyperlink>
      <w:r>
        <w:t xml:space="preserve"> - A study published in the Journal of Adolescent Health examined sociodemographic patterns of retrospective fluidity in sexual orientation identity and attractions among 4,087 youth aged 14–25 years. The findings suggest that sexual orientation identity and attraction can change over time, with variations across different sociodemographic groups. This research contributes to understanding the dynamics of sexual orientation fluidity in youth populations. (</w:t>
      </w:r>
      <w:hyperlink r:id="rId15">
        <w:r>
          <w:rPr>
            <w:color w:val="0000EE"/>
            <w:u w:val="single"/>
          </w:rPr>
          <w:t>sciencedirect.com</w:t>
        </w:r>
      </w:hyperlink>
      <w:r>
        <w:t>)</w:t>
      </w:r>
      <w:r/>
    </w:p>
    <w:p>
      <w:pPr>
        <w:pStyle w:val="ListNumber"/>
        <w:spacing w:line="240" w:lineRule="auto"/>
        <w:ind w:left="720"/>
      </w:pPr>
      <w:r/>
      <w:hyperlink r:id="rId12">
        <w:r>
          <w:rPr>
            <w:color w:val="0000EE"/>
            <w:u w:val="single"/>
          </w:rPr>
          <w:t>https://pubmed.ncbi.nlm.nih.gov/37489833/</w:t>
        </w:r>
      </w:hyperlink>
      <w:r>
        <w:t xml:space="preserve"> - An article in the journal Demography discusses the implications of sexual fluidity for population research. The study documents the prevalence, correlates, and empirical consequences of sexual fluidity in the United States, highlighting that about 1 in 11 American adults changed sexual identities over five annual surveys. The research underscores the importance of accounting for sexual fluidity in demographic studies. (</w:t>
      </w:r>
      <w:hyperlink r:id="rId16">
        <w:r>
          <w:rPr>
            <w:color w:val="0000EE"/>
            <w:u w:val="single"/>
          </w:rPr>
          <w:t>pubmed.ncbi.nlm.nih.gov</w:t>
        </w:r>
      </w:hyperlink>
      <w:r>
        <w:t>)</w:t>
      </w:r>
      <w:r/>
    </w:p>
    <w:p>
      <w:pPr>
        <w:pStyle w:val="ListNumber"/>
        <w:spacing w:line="240" w:lineRule="auto"/>
        <w:ind w:left="720"/>
      </w:pPr>
      <w:r/>
      <w:hyperlink r:id="rId10">
        <w:r>
          <w:rPr>
            <w:color w:val="0000EE"/>
            <w:u w:val="single"/>
          </w:rPr>
          <w:t>https://www.psypost.org/2026/10/romantic-breakups-correspond-with-changes-in-sexual-identity-during-adulthood-65035</w:t>
        </w:r>
      </w:hyperlink>
      <w:r>
        <w:t xml:space="preserve"> - A study published in The Journal of Sex Research indicates that individuals who experience highly disruptive material changes after a breakup report higher levels of ambiguity regarding their sexual identity. The study, conducted by Kansas State University researchers, involved 493 adults who had experienced a breakup within the past two years. The findings highlight how major life transitions, such as relationship dissolutions, might correspond with shifts in sexual development throughout adulthood. (</w:t>
      </w:r>
      <w:hyperlink r:id="rId14">
        <w:r>
          <w:rPr>
            <w:color w:val="0000EE"/>
            <w:u w:val="single"/>
          </w:rPr>
          <w:t>psypost.org</w:t>
        </w:r>
      </w:hyperlink>
      <w:r>
        <w:t>)</w:t>
      </w:r>
      <w:r/>
    </w:p>
    <w:p>
      <w:pPr>
        <w:pStyle w:val="ListNumber"/>
        <w:spacing w:line="240" w:lineRule="auto"/>
        <w:ind w:left="720"/>
      </w:pPr>
      <w:r/>
      <w:hyperlink r:id="rId10">
        <w:r>
          <w:rPr>
            <w:color w:val="0000EE"/>
            <w:u w:val="single"/>
          </w:rPr>
          <w:t>https://www.psypost.org/2026/10/romantic-breakups-correspond-with-changes-in-sexual-identity-during-adulthood-65035</w:t>
        </w:r>
      </w:hyperlink>
      <w:r>
        <w:t xml:space="preserve"> - A study published in The Journal of Sex Research indicates that individuals who experience highly disruptive material changes after a breakup report higher levels of ambiguity regarding their sexual identity. The study, conducted by Kansas State University researchers, involved 493 adults who had experienced a breakup within the past two years. The findings highlight how major life transitions, such as relationship dissolutions, might correspond with shifts in sexual development throughout adulthood. (</w:t>
      </w:r>
      <w:hyperlink r:id="rId14">
        <w:r>
          <w:rPr>
            <w:color w:val="0000EE"/>
            <w:u w:val="single"/>
          </w:rPr>
          <w:t>psypost.org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answers-and-advice/sex-and-relationships/sexual-orientation-study" TargetMode="External"/><Relationship Id="rId10" Type="http://schemas.openxmlformats.org/officeDocument/2006/relationships/hyperlink" Target="https://www.psypost.org/2026/10/romantic-breakups-correspond-with-changes-in-sexual-identity-during-adulthood-65035" TargetMode="External"/><Relationship Id="rId11" Type="http://schemas.openxmlformats.org/officeDocument/2006/relationships/hyperlink" Target="https://www.sciencedirect.com/science/article/pii/S1054139X22007145" TargetMode="External"/><Relationship Id="rId12" Type="http://schemas.openxmlformats.org/officeDocument/2006/relationships/hyperlink" Target="https://pubmed.ncbi.nlm.nih.gov/37489833/" TargetMode="External"/><Relationship Id="rId13" Type="http://schemas.openxmlformats.org/officeDocument/2006/relationships/hyperlink" Target="https://www.them.us/answers-and-advice/sex-and-relationships/sexual-orientation-study?utm_source=openai" TargetMode="External"/><Relationship Id="rId14" Type="http://schemas.openxmlformats.org/officeDocument/2006/relationships/hyperlink" Target="https://www.psypost.org/the-material-fallout-of-a-breakup-correlates-with-shifts-in-sexual-identity/?utm_source=openai" TargetMode="External"/><Relationship Id="rId15" Type="http://schemas.openxmlformats.org/officeDocument/2006/relationships/hyperlink" Target="https://www.sciencedirect.com/science/article/pii/S1054139X22007145?utm_source=openai" TargetMode="External"/><Relationship Id="rId16" Type="http://schemas.openxmlformats.org/officeDocument/2006/relationships/hyperlink" Target="https://pubmed.ncbi.nlm.nih.gov/3748983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