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Louis Theroux’s Manosphere Documentary Examines Modern Masculinity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being drawn into Louis Theroux’s </w:t>
      </w:r>
      <w:r>
        <w:rPr>
          <w:b/>
          <w:i/>
        </w:rPr>
        <w:t>Inside the Manosphere</w:t>
      </w:r>
      <w:r>
        <w:rPr>
          <w:b/>
        </w:rPr>
        <w:t>, a Netflix documentary exploring the influencers, online communities and status-driven ideas reshaping modern masculinity. Its relevance stretches beyond straight male internet culture, as similar language around strength, sexuality and belonging begins appearing in unexpected corners, including gay social spaces.</w:t>
      </w:r>
      <w:r/>
    </w:p>
    <w:p>
      <w:pPr>
        <w:pStyle w:val="Heading2"/>
      </w:pPr>
      <w:r>
        <w:t>Essential Takeaways</w:t>
      </w:r>
      <w:r/>
      <w:r/>
    </w:p>
    <w:p>
      <w:pPr>
        <w:pStyle w:val="ListBullet"/>
        <w:spacing w:line="240" w:lineRule="auto"/>
        <w:ind w:left="720"/>
      </w:pPr>
      <w:r/>
      <w:r>
        <w:rPr>
          <w:b/>
        </w:rPr>
        <w:t>A growing online ecosystem:</w:t>
      </w:r>
      <w:r>
        <w:t xml:space="preserve"> Manosphere influencers promote fitness, wealth, sex and highly controlled ideas of male success.</w:t>
      </w:r>
      <w:r/>
    </w:p>
    <w:p>
      <w:pPr>
        <w:pStyle w:val="ListBullet"/>
        <w:spacing w:line="240" w:lineRule="auto"/>
        <w:ind w:left="720"/>
      </w:pPr>
      <w:r/>
      <w:r>
        <w:rPr>
          <w:b/>
        </w:rPr>
        <w:t>Theroux takes a closer look:</w:t>
      </w:r>
      <w:r>
        <w:t xml:space="preserve"> </w:t>
      </w:r>
      <w:r>
        <w:rPr>
          <w:i/>
        </w:rPr>
        <w:t>Inside the Manosphere</w:t>
      </w:r>
      <w:r>
        <w:t xml:space="preserve"> follows personalities and communities that have moved from fringe forums into mainstream attention.</w:t>
      </w:r>
      <w:r/>
    </w:p>
    <w:p>
      <w:pPr>
        <w:pStyle w:val="ListBullet"/>
        <w:spacing w:line="240" w:lineRule="auto"/>
        <w:ind w:left="720"/>
      </w:pPr>
      <w:r/>
      <w:r>
        <w:rPr>
          <w:b/>
        </w:rPr>
        <w:t>Queer crossover:</w:t>
      </w:r>
      <w:r>
        <w:t xml:space="preserve"> Some gay influencers are adopting the language of conventional masculinity while rejecting LGBTQ+ labels and culture.</w:t>
      </w:r>
      <w:r/>
    </w:p>
    <w:p>
      <w:pPr>
        <w:pStyle w:val="ListBullet"/>
        <w:spacing w:line="240" w:lineRule="auto"/>
        <w:ind w:left="720"/>
      </w:pPr>
      <w:r/>
      <w:r>
        <w:rPr>
          <w:b/>
        </w:rPr>
        <w:t>A divisive debate:</w:t>
      </w:r>
      <w:r>
        <w:t xml:space="preserve"> Supporters see an alternative to identity-based communities, while critics question whether the message reinforces shame and exclusion.</w:t>
      </w:r>
      <w:r/>
    </w:p>
    <w:p>
      <w:pPr>
        <w:pStyle w:val="ListBullet"/>
        <w:spacing w:line="240" w:lineRule="auto"/>
        <w:ind w:left="720"/>
      </w:pPr>
      <w:r/>
      <w:r>
        <w:rPr>
          <w:b/>
        </w:rPr>
        <w:t>Worth watching critically:</w:t>
      </w:r>
      <w:r>
        <w:t xml:space="preserve"> The documentary is less a lifestyle guide than a portrait of how online influence turns insecurity into belonging.</w:t>
      </w:r>
      <w:r/>
      <w:r/>
    </w:p>
    <w:p>
      <w:pPr>
        <w:pStyle w:val="Heading2"/>
      </w:pPr>
      <w:r>
        <w:t>Why the manosphere no longer feels fringe</w:t>
      </w:r>
      <w:r/>
    </w:p>
    <w:p>
      <w:r/>
      <w:r>
        <w:t>The modern manosphere is built around a familiar promise: become fitter, richer, more sexually successful and more dominant, and life will fall into place. Its visual language is polished, too, with luxury travel, sharp tailoring, gym footage and dramatic declarations replacing the rougher forums associated with its early years.</w:t>
      </w:r>
      <w:r/>
    </w:p>
    <w:p>
      <w:r/>
      <w:r>
        <w:t>That shift matters because the ideas are now easier to encounter. A viewer might find them between fitness videos or dating advice, rather than in an obviously extremist online corner. According to Netflix’s official description, Theroux’s documentary investigates the personalities and communities shaping this broader conversation around men and masculinity.</w:t>
      </w:r>
      <w:r/>
    </w:p>
    <w:p>
      <w:r/>
      <w:r>
        <w:t>The appeal is straightforward, even when the messaging is not. Many young men are looking for confidence, discipline and direction, and the manosphere often packages those needs in a forceful, cinematic style. The trouble starts when self-improvement becomes a hierarchy, with some men presented as winners and everyone else treated as weak, artificial or irrelevant.</w:t>
      </w:r>
      <w:r/>
    </w:p>
    <w:p>
      <w:pPr>
        <w:pStyle w:val="Heading2"/>
      </w:pPr>
      <w:r>
        <w:t>Louis Theroux enters a very noisy conversation</w:t>
      </w:r>
      <w:r/>
    </w:p>
    <w:p>
      <w:r/>
      <w:r>
        <w:t>Theroux’s approach is typically observational rather than sermon-like, which gives the documentary room to show how these communities operate. Rather than reducing every participant to a caricature, the film examines the mixture of ambition, grievance and performance that keeps audiences watching.</w:t>
      </w:r>
      <w:r/>
    </w:p>
    <w:p>
      <w:r/>
      <w:r>
        <w:t>The documentary features figures associated with the online manosphere, including Harrison Sullivan, known online as HS TikkyTokky. Streaming guide Tom’s Guide reported on the film’s availability and its focus on influencers whose reach extends well beyond traditional internet subcultures.</w:t>
      </w:r>
      <w:r/>
    </w:p>
    <w:p>
      <w:r/>
      <w:r>
        <w:t>That wider reach is the point. The manosphere is no longer just about anonymous message boards or angry rants. It has become a polished media ecosystem, complete with personalities, catchphrases, products and aspirational imagery. In other words, the algorithm has learned that insecurity looks even more clickable with a luxury backdrop.</w:t>
      </w:r>
      <w:r/>
    </w:p>
    <w:p>
      <w:pPr>
        <w:pStyle w:val="Heading2"/>
      </w:pPr>
      <w:r>
        <w:t>Where gay masculinity enters the picture</w:t>
      </w:r>
      <w:r/>
    </w:p>
    <w:p>
      <w:r/>
      <w:r>
        <w:t>One of the more striking developments is the appearance of similar language in parts of gay online culture. Italian influencer Jonny Cutuli, founder of the Straight Acting Brotherhood, presents himself as a masculine gay man who wants distance from mainstream LGBTQ+ identity, Pride and what he describes as a more stereotypical queer culture.</w:t>
      </w:r>
      <w:r/>
    </w:p>
    <w:p>
      <w:r/>
      <w:r>
        <w:t>His message draws a firm line between men who like men but identify with conventional masculinity and those he believes are more visibly connected to queer culture. That framing has attracted attention because it borrows heavily from the manosphere’s vocabulary: status, normality, self-control and escape from an allegedly restrictive system.</w:t>
      </w:r>
      <w:r/>
    </w:p>
    <w:p>
      <w:r/>
      <w:r>
        <w:t>It also exposes an old tension within gay life. Some men have always resisted labels or felt uncomfortable with the public symbols of LGBTQ+ politics. But when that personal preference is turned into a community brand, the conversation can quickly become less about choice and more about who counts as acceptable.</w:t>
      </w:r>
      <w:r/>
    </w:p>
    <w:p>
      <w:pPr>
        <w:pStyle w:val="Heading2"/>
      </w:pPr>
      <w:r>
        <w:t>Is this self-expression or a new kind of pressure?</w:t>
      </w:r>
      <w:r/>
    </w:p>
    <w:p>
      <w:r/>
      <w:r>
        <w:t>Supporters of straight-acting spaces may argue that they offer room for gay men who don't see themselves reflected in flamboyant stereotypes. That desire isn't difficult to understand. People should be able to choose their clothes, relationships, social circles and language without being pushed into a single version of gay identity.</w:t>
      </w:r>
      <w:r/>
    </w:p>
    <w:p>
      <w:r/>
      <w:r>
        <w:t>The concern is what happens when one preference is presented as more authentic than another. The distinction between enjoying masculine culture and condemning femininity, Pride or LGBTQ+ labels is significant. One is a personal style; the other can become a ranking system.</w:t>
      </w:r>
      <w:r/>
    </w:p>
    <w:p>
      <w:r/>
      <w:r>
        <w:t xml:space="preserve">Reviews and listings suggest that </w:t>
      </w:r>
      <w:r>
        <w:rPr>
          <w:i/>
        </w:rPr>
        <w:t>Inside the Manosphere</w:t>
      </w:r>
      <w:r>
        <w:t xml:space="preserve"> is designed to leave viewers wrestling with those contradictions rather than handing them a neat answer. The Week described the film as an unsettling experience, while Rotten Tomatoes collates a broader range of critical reactions. That discomfort may be useful: the most revealing documentaries often make the audience question why a message feels persuasive in the first place.</w:t>
      </w:r>
      <w:r/>
    </w:p>
    <w:p>
      <w:pPr>
        <w:pStyle w:val="Heading2"/>
      </w:pPr>
      <w:r>
        <w:t>How to watch the documentary with a critical eye</w:t>
      </w:r>
      <w:r/>
    </w:p>
    <w:p>
      <w:r/>
      <w:r>
        <w:t>Start by separating practical advice from ideology. Fitness, financial planning and confidence can be valuable, but they don't need to arrive alongside contempt for women, queer people or men who don't fit a narrow ideal.</w:t>
      </w:r>
      <w:r/>
    </w:p>
    <w:p>
      <w:r/>
      <w:r>
        <w:t>Next, look at the business model. Online personalities often turn belonging into a product through memberships, events, courses and exclusive trips. JustWatch lists the documentary's streaming information, while Netflix provides the official programme details, making it easy to check availability before settling in.</w:t>
      </w:r>
      <w:r/>
    </w:p>
    <w:p>
      <w:r/>
      <w:r>
        <w:t>Finally, pay attention to what the message leaves out. Does success include friendship, emotional openness and mutual respect, or only appearance, money and sexual status? That's a useful test for any influencer, whether their content appears in a gym feed, a luxury hotel or a supposedly alternative queer community.</w:t>
      </w:r>
      <w:r/>
    </w:p>
    <w:p>
      <w:r/>
      <w:r>
        <w:t>The documentary's lasting value may lie in showing how quickly a search for confidence can become a search for superiority. For many viewers, that will feel less like a distant internet story and more like a mirror held up to the culture around them.</w:t>
      </w:r>
      <w:r/>
    </w:p>
    <w:p>
      <w:r/>
      <w:r>
        <w:t>It's a revealing watch for anyone curious about how masculinity, identity and online influence now overlap.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5">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5">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https://meaws.com/news/a-look-at-the-rise-of-straight-acting/105849</w:t>
        </w:r>
      </w:hyperlink>
      <w:r>
        <w:t xml:space="preserve"> - Please view link - unable to able to access data</w:t>
      </w:r>
      <w:r/>
    </w:p>
    <w:p>
      <w:pPr>
        <w:pStyle w:val="ListNumber"/>
        <w:spacing w:line="240" w:lineRule="auto"/>
        <w:ind w:left="720"/>
      </w:pPr>
      <w:r/>
      <w:hyperlink r:id="rId10">
        <w:r>
          <w:rPr>
            <w:color w:val="0000EE"/>
            <w:u w:val="single"/>
          </w:rPr>
          <w:t>https://en.wikipedia.org/wiki/Louis_Theroux:_Inside_the_Manosphere</w:t>
        </w:r>
      </w:hyperlink>
      <w:r>
        <w:t xml:space="preserve"> - Louis Theroux's 2026 documentary, 'Inside the Manosphere', explores the online subculture promoting hypermasculinity and controversial gender views. Theroux investigates how influencers like Harrison Sullivan (HS TikkyTokky) and Myron Gaines attract young men with their perspectives on masculinity and relationships. The film delves into the business models of these influencers, who often monetize their content through courses and memberships. Theroux's approach highlights the appeal and influence of these communities, particularly among young men seeking guidance on identity and success. (</w:t>
      </w:r>
      <w:hyperlink r:id="rId16">
        <w:r>
          <w:rPr>
            <w:color w:val="0000EE"/>
            <w:u w:val="single"/>
          </w:rPr>
          <w:t>en.wikipedia.org</w:t>
        </w:r>
      </w:hyperlink>
      <w:r>
        <w:t>)</w:t>
      </w:r>
      <w:r/>
    </w:p>
    <w:p>
      <w:pPr>
        <w:pStyle w:val="ListNumber"/>
        <w:spacing w:line="240" w:lineRule="auto"/>
        <w:ind w:left="720"/>
      </w:pPr>
      <w:r/>
      <w:hyperlink r:id="rId12">
        <w:r>
          <w:rPr>
            <w:color w:val="0000EE"/>
            <w:u w:val="single"/>
          </w:rPr>
          <w:t>https://www.tomsguide.com/entertainment/streaming/watch-louis-theroux-inside-the-manosphere</w:t>
        </w:r>
      </w:hyperlink>
      <w:r>
        <w:t xml:space="preserve"> - Louis Theroux's documentary 'Inside the Manosphere' premiered on Netflix on March 11, 2026. The 91-minute film examines online creators promoting ultra-masculine, 'red-pill' views, featuring figures such as Harrison Sullivan (HS TikkyTokky), Myron Gaines, Sneako, Justin Waller, and Ed Matthews. Theroux spent months negotiating with Andrew Tate for participation, but they couldn't agree on terms. The documentary is rated TV-MA in the U.S. and 15 in the U.K., reflecting strong language and mature discussions of sex, violence, and extremist views. (</w:t>
      </w:r>
      <w:hyperlink r:id="rId17">
        <w:r>
          <w:rPr>
            <w:color w:val="0000EE"/>
            <w:u w:val="single"/>
          </w:rPr>
          <w:t>tomsguide.com</w:t>
        </w:r>
      </w:hyperlink>
      <w:r>
        <w:t>)</w:t>
      </w:r>
      <w:r/>
    </w:p>
    <w:p>
      <w:pPr>
        <w:pStyle w:val="ListNumber"/>
        <w:spacing w:line="240" w:lineRule="auto"/>
        <w:ind w:left="720"/>
      </w:pPr>
      <w:r/>
      <w:hyperlink r:id="rId15">
        <w:r>
          <w:rPr>
            <w:color w:val="0000EE"/>
            <w:u w:val="single"/>
          </w:rPr>
          <w:t>https://www.justwatch.com/us/movie/louis-theroux-inside-the-manosphere</w:t>
        </w:r>
      </w:hyperlink>
      <w:r>
        <w:t xml:space="preserve"> - 'Louis Theroux: Inside the Manosphere' is a 2026 documentary available for streaming on Netflix. The film follows Theroux as he meets several prominent figures within the manosphere, including Harrison Sullivan (HS TikkyTokky), Myron Gaines, Sneako, Justin Waller, and Ed Matthews. The documentary is rated R and has a runtime of 1 hour and 32 minutes. (</w:t>
      </w:r>
      <w:hyperlink r:id="rId18">
        <w:r>
          <w:rPr>
            <w:color w:val="0000EE"/>
            <w:u w:val="single"/>
          </w:rPr>
          <w:t>justwatch.com</w:t>
        </w:r>
      </w:hyperlink>
      <w:r>
        <w:t>)</w:t>
      </w:r>
      <w:r/>
    </w:p>
    <w:p>
      <w:pPr>
        <w:pStyle w:val="ListNumber"/>
        <w:spacing w:line="240" w:lineRule="auto"/>
        <w:ind w:left="720"/>
      </w:pPr>
      <w:r/>
      <w:hyperlink r:id="rId11">
        <w:r>
          <w:rPr>
            <w:color w:val="0000EE"/>
            <w:u w:val="single"/>
          </w:rPr>
          <w:t>https://media.netflix.com/en/only-on-netflix/81920687</w:t>
        </w:r>
      </w:hyperlink>
      <w:r>
        <w:t xml:space="preserve"> - 'Louis Theroux: Inside the Manosphere' is a 90-minute documentary exploring the ultra-masculine network and its controversial influencers. Theroux travels to Miami, New York, and Marbella to meet influencers like Harrison Sullivan (HS TikkyTokky), Myron Gaines, Sneako, Justin Waller, and Ed Matthews. The film examines how these figures are reshaping young men's ideas about masculinity and fueling a resurgent global men's rights movement. (</w:t>
      </w:r>
      <w:hyperlink r:id="rId19">
        <w:r>
          <w:rPr>
            <w:color w:val="0000EE"/>
            <w:u w:val="single"/>
          </w:rPr>
          <w:t>media.netflix.com</w:t>
        </w:r>
      </w:hyperlink>
      <w:r>
        <w:t>)</w:t>
      </w:r>
      <w:r/>
    </w:p>
    <w:p>
      <w:pPr>
        <w:pStyle w:val="ListNumber"/>
        <w:spacing w:line="240" w:lineRule="auto"/>
        <w:ind w:left="720"/>
      </w:pPr>
      <w:r/>
      <w:hyperlink r:id="rId13">
        <w:r>
          <w:rPr>
            <w:color w:val="0000EE"/>
            <w:u w:val="single"/>
          </w:rPr>
          <w:t>https://www.rottentomatoes.com/m/louis_theroux_inside_the_manosphere</w:t>
        </w:r>
      </w:hyperlink>
      <w:r>
        <w:t xml:space="preserve"> - 'Louis Theroux: Inside the Manosphere' holds a 76% rating on Rotten Tomatoes, based on 33 critic reviews, and a 70% audience score from over 100 ratings. Critics praise the documentary for its thoughtful construction and clarity in illuminating a disturbing, tech-driven subculture. The film is available to watch on Netflix. (</w:t>
      </w:r>
      <w:hyperlink r:id="rId20">
        <w:r>
          <w:rPr>
            <w:color w:val="0000EE"/>
            <w:u w:val="single"/>
          </w:rPr>
          <w:t>rottentomatoes.com</w:t>
        </w:r>
      </w:hyperlink>
      <w:r>
        <w:t>)</w:t>
      </w:r>
      <w:r/>
    </w:p>
    <w:p>
      <w:pPr>
        <w:pStyle w:val="ListNumber"/>
        <w:spacing w:line="240" w:lineRule="auto"/>
        <w:ind w:left="720"/>
      </w:pPr>
      <w:r/>
      <w:hyperlink r:id="rId14">
        <w:r>
          <w:rPr>
            <w:color w:val="0000EE"/>
            <w:u w:val="single"/>
          </w:rPr>
          <w:t>https://www.theweek.com/culture-life/film/louis-theroux-inside-the-manosphere-documentary-leaves-you-quivering-behind-the-sofa</w:t>
        </w:r>
      </w:hyperlink>
      <w:r>
        <w:t xml:space="preserve"> - Louis Theroux's documentary 'Inside the Manosphere' takes him to Marbella, Miami, and New York to meet content creators operating at the extreme end of the 'manosphere'—a network associated with misogynistic views. Reviewers describe the film as disturbing, particularly given its appeal to young men and the role of major technology platforms in spreading its messages. Among those featured are Myron Gaines, author of 'Why Women Deserve Less', and British creator Harrison Sullivan, known as HSTikkyTokky, who openly identifies as racist and homophobic. (</w:t>
      </w:r>
      <w:hyperlink r:id="rId21">
        <w:r>
          <w:rPr>
            <w:color w:val="0000EE"/>
            <w:u w:val="single"/>
          </w:rPr>
          <w:t>theweek.com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a-look-at-the-rise-of-straight-acting/105849" TargetMode="External"/><Relationship Id="rId10" Type="http://schemas.openxmlformats.org/officeDocument/2006/relationships/hyperlink" Target="https://en.wikipedia.org/wiki/Louis_Theroux:_Inside_the_Manosphere" TargetMode="External"/><Relationship Id="rId11" Type="http://schemas.openxmlformats.org/officeDocument/2006/relationships/hyperlink" Target="https://media.netflix.com/en/only-on-netflix/81920687" TargetMode="External"/><Relationship Id="rId12" Type="http://schemas.openxmlformats.org/officeDocument/2006/relationships/hyperlink" Target="https://www.tomsguide.com/entertainment/streaming/watch-louis-theroux-inside-the-manosphere" TargetMode="External"/><Relationship Id="rId13" Type="http://schemas.openxmlformats.org/officeDocument/2006/relationships/hyperlink" Target="https://www.rottentomatoes.com/m/louis_theroux_inside_the_manosphere" TargetMode="External"/><Relationship Id="rId14" Type="http://schemas.openxmlformats.org/officeDocument/2006/relationships/hyperlink" Target="https://www.theweek.com/culture-life/film/louis-theroux-inside-the-manosphere-documentary-leaves-you-quivering-behind-the-sofa" TargetMode="External"/><Relationship Id="rId15" Type="http://schemas.openxmlformats.org/officeDocument/2006/relationships/hyperlink" Target="https://www.justwatch.com/us/movie/louis-theroux-inside-the-manosphere" TargetMode="External"/><Relationship Id="rId16" Type="http://schemas.openxmlformats.org/officeDocument/2006/relationships/hyperlink" Target="https://en.wikipedia.org/wiki/Louis_Theroux%3A_Inside_the_Manosphere?utm_source=openai" TargetMode="External"/><Relationship Id="rId17" Type="http://schemas.openxmlformats.org/officeDocument/2006/relationships/hyperlink" Target="https://www.tomsguide.com/entertainment/streaming/watch-louis-theroux-inside-the-manosphere?utm_source=openai" TargetMode="External"/><Relationship Id="rId18" Type="http://schemas.openxmlformats.org/officeDocument/2006/relationships/hyperlink" Target="https://www.justwatch.com/us/movie/louis-theroux-inside-the-manosphere?utm_source=openai" TargetMode="External"/><Relationship Id="rId19" Type="http://schemas.openxmlformats.org/officeDocument/2006/relationships/hyperlink" Target="https://media.netflix.com/en/only-on-netflix/81920687?utm_source=openai" TargetMode="External"/><Relationship Id="rId20" Type="http://schemas.openxmlformats.org/officeDocument/2006/relationships/hyperlink" Target="https://www.rottentomatoes.com/m/louis_theroux_inside_the_manosphere?utm_source=openai" TargetMode="External"/><Relationship Id="rId21" Type="http://schemas.openxmlformats.org/officeDocument/2006/relationships/hyperlink" Target="https://theweek.com/culture-life/film/louis-theroux-inside-the-manosphere-documentary-leaves-you-quivering-behind-the-sof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