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Houston LGBTQ+ Voters Bring Pride to Early Voting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 LGBTQ+ organisations turned an early-voting stop into a colourful community celebration at MET Queerla in Houston. The October 24 event paired a red-carpet welcome with a clear civic message, encouraging LGBTQ+ residents to cast ballots while highlighting the local groups working to strengthen voter participation across Texas.</w:t>
      </w:r>
      <w:r/>
    </w:p>
    <w:p>
      <w:pPr>
        <w:pStyle w:val="Heading2"/>
      </w:pPr>
      <w:r>
        <w:t>Essential Takeaways</w:t>
      </w:r>
      <w:r/>
      <w:r/>
    </w:p>
    <w:p>
      <w:pPr>
        <w:pStyle w:val="ListBullet"/>
        <w:spacing w:line="240" w:lineRule="auto"/>
        <w:ind w:left="720"/>
      </w:pPr>
      <w:r/>
      <w:r>
        <w:rPr>
          <w:b/>
        </w:rPr>
        <w:t>A Pride-inspired polling event:</w:t>
      </w:r>
      <w:r>
        <w:t xml:space="preserve"> MET Queerla brought colour, visibility and a celebratory atmosphere to Houston's Metropolitan Multi-Service Center.</w:t>
      </w:r>
      <w:r/>
    </w:p>
    <w:p>
      <w:pPr>
        <w:pStyle w:val="ListBullet"/>
        <w:spacing w:line="240" w:lineRule="auto"/>
        <w:ind w:left="720"/>
      </w:pPr>
      <w:r/>
      <w:r>
        <w:rPr>
          <w:b/>
        </w:rPr>
        <w:t>Early voting took centre stage:</w:t>
      </w:r>
      <w:r>
        <w:t xml:space="preserve"> Organisers encouraged LGBTQ+ Houstonians to vote ahead of the November 3 general election.</w:t>
      </w:r>
      <w:r/>
    </w:p>
    <w:p>
      <w:pPr>
        <w:pStyle w:val="ListBullet"/>
        <w:spacing w:line="240" w:lineRule="auto"/>
        <w:ind w:left="720"/>
      </w:pPr>
      <w:r/>
      <w:r>
        <w:rPr>
          <w:b/>
        </w:rPr>
        <w:t>A broad local coalition:</w:t>
      </w:r>
      <w:r>
        <w:t xml:space="preserve"> Equality Texas joined forces with community, advocacy and sporting organisations.</w:t>
      </w:r>
      <w:r/>
    </w:p>
    <w:p>
      <w:pPr>
        <w:pStyle w:val="ListBullet"/>
        <w:spacing w:line="240" w:lineRule="auto"/>
        <w:ind w:left="720"/>
      </w:pPr>
      <w:r/>
      <w:r>
        <w:rPr>
          <w:b/>
        </w:rPr>
        <w:t>Community leaders attended:</w:t>
      </w:r>
      <w:r>
        <w:t xml:space="preserve"> Brad Pritchett, Verniss McFarland III and Mandy Giles were among those present.</w:t>
      </w:r>
      <w:r/>
    </w:p>
    <w:p>
      <w:pPr>
        <w:pStyle w:val="ListBullet"/>
        <w:spacing w:line="240" w:lineRule="auto"/>
        <w:ind w:left="720"/>
      </w:pPr>
      <w:r/>
      <w:r>
        <w:rPr>
          <w:b/>
        </w:rPr>
        <w:t>Visibility was part of the message:</w:t>
      </w:r>
      <w:r>
        <w:t xml:space="preserve"> The red carpet made voting feel welcoming, public and distinctly community-led.</w:t>
      </w:r>
      <w:r/>
      <w:r/>
    </w:p>
    <w:p>
      <w:pPr>
        <w:pStyle w:val="Heading2"/>
      </w:pPr>
      <w:r>
        <w:t>A red carpet, not just a ballot box</w:t>
      </w:r>
      <w:r/>
    </w:p>
    <w:p>
      <w:r/>
      <w:r>
        <w:t>The strongest image from MET Queerla was also the simplest: voters arriving at a polling location dressed in bright, expressive outfits, with a red carpet waiting outside. It gave early voting a Pride-style lift and made civic participation feel less like a chore and more like a shared occasion.</w:t>
      </w:r>
      <w:r/>
    </w:p>
    <w:p>
      <w:r/>
      <w:r>
        <w:t>Held at the Metropolitan Multi-Service Center on West Gray Street, the Houston event was designed to encourage LGBTQ+ residents to vote during the early-voting period. The result was a warm, visible show of participation, with the atmosphere doing some of the persuading. After all, a polling place can feel rather different when it welcomes people with colour instead of grey institutional walls.</w:t>
      </w:r>
      <w:r/>
    </w:p>
    <w:p>
      <w:pPr>
        <w:pStyle w:val="Heading2"/>
      </w:pPr>
      <w:r>
        <w:t>Houston groups unite around voter turnout</w:t>
      </w:r>
      <w:r/>
    </w:p>
    <w:p>
      <w:r/>
      <w:r>
        <w:t>Equality Texas organised MET Queerla with The Mahogany Project, The Montrose Center, Stonewall Sports Houston, Human Rights Campaign Houston, the Houston LGBTQ+ Political Caucus, Star Dust Co. and Parents of Trans Youth. That mix reflects how voter mobilisation often works best when advocacy groups, community spaces and social organisations share the effort.</w:t>
      </w:r>
      <w:r/>
    </w:p>
    <w:p>
      <w:r/>
      <w:r>
        <w:t>The event also gave the participating organisations a chance to meet voters in a setting that felt personal rather than purely political. The Mahogany Project's community focus, The Montrose Center's long-standing LGBTQ+ role and the presence of local political and sporting groups helped create a broad welcome. Information about The Mahogany Project's work is available through its official organisation profile.</w:t>
      </w:r>
      <w:r/>
    </w:p>
    <w:p>
      <w:pPr>
        <w:pStyle w:val="Heading2"/>
      </w:pPr>
      <w:r>
        <w:t>Familiar faces add weight to the message</w:t>
      </w:r>
      <w:r/>
    </w:p>
    <w:p>
      <w:r/>
      <w:r>
        <w:t>Brad Pritchett, CEO of Equality Texas, attended alongside Verniss McFarland III, founder of The Mahogany Project, and Mandy Giles, founder of Parents of Trans Youth and a Pride Houston Ally Grand Marshal. Their presence underlined the event's focus on representation, family support and organised civic action.</w:t>
      </w:r>
      <w:r/>
    </w:p>
    <w:p>
      <w:r/>
      <w:r>
        <w:t>That visibility matters. When community figures turn up at the same voting site as local residents, the message becomes practical rather than abstract: participation belongs to everyone, and showing up can be a collective act. The event listings also positioned MET Queerla as a voter-mobilisation gathering, rather than simply a social occasion.</w:t>
      </w:r>
      <w:r/>
    </w:p>
    <w:p>
      <w:pPr>
        <w:pStyle w:val="Heading2"/>
      </w:pPr>
      <w:r>
        <w:t>Why visible voting events can make a difference</w:t>
      </w:r>
      <w:r/>
    </w:p>
    <w:p>
      <w:r/>
      <w:r>
        <w:t>For some voters, the hardest step isn't deciding what they believe. It's remembering the dates, finding the right polling location and feeling confident that the process will be welcoming. Events such as MET Queerla help remove some of that friction by combining encouragement with a recognisable community presence.</w:t>
      </w:r>
      <w:r/>
    </w:p>
    <w:p>
      <w:r/>
      <w:r>
        <w:t>The Pride-inspired format may also reach people who don't respond to conventional political messaging. A red carpet, colourful clothing and familiar organisations offer a softer entry point, while the purpose remains direct: vote early, take part and make your voice count. Anyone planning to vote should still check official election guidance for registration, identification and polling details before setting out.</w:t>
      </w:r>
      <w:r/>
    </w:p>
    <w:p>
      <w:pPr>
        <w:pStyle w:val="Heading2"/>
      </w:pPr>
      <w:r>
        <w:t>A local celebration with a wider Texas ambition</w:t>
      </w:r>
      <w:r/>
    </w:p>
    <w:p>
      <w:r/>
      <w:r>
        <w:t>MET Queerla was part of a broader effort to increase LGBTQ+ voter turnout across Texas. Its Houston setting gave that wider campaign a distinctly local face, bringing together groups that already have trust and visibility in the community.</w:t>
      </w:r>
      <w:r/>
    </w:p>
    <w:p>
      <w:r/>
      <w:r>
        <w:t>There was something quietly powerful about making voting feel celebratory. It didn't disguise the seriousness of the election, but it reminded people that civic life can include joy, style and solidarity too. For voters who want a welcoming way to take part, that combination may be precisely the point.</w:t>
      </w:r>
      <w:r/>
    </w:p>
    <w:p>
      <w:r/>
      <w:r>
        <w:t>Show up, stand proud and make your vote part of the community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https://www.outsmartmagazine.com/2026/10/met-queerla-brings-lgbtq-voters-to-the-polls-in-houston/</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https://www.outsmartmagazine.com/2026/10/met-queerla-brings-lgbtq-voters-to-the-polls-in-houston/</w:t>
        </w:r>
      </w:hyperlink>
      <w:r>
        <w:t xml:space="preserve"> - On October 24, 2026, Houston LGBTQ+ organisations convened at the Metropolitan Multi-Service Center on West Gray Street for MET Queerla, a voter mobilisation event. The gathering infused a Pride-inspired atmosphere into the polling location, encouraging LGBTQ+ Houstonians to participate in early voting for the November 3 general election. Attendees were invited to don colourful attire, celebrating LGBTQ+ visibility and civic engagement. Notable figures included Brad Pritchett, CEO of Equality Texas; Verniss McFarland III, founder of The Mahogany Project; and Mandy Giles, founder of Parents of Trans Youth and a Pride Houston Ally Grand Marshal. The event was organised by Equality Texas in partnership with The Mahogany Project, The Montrose Center, Stonewall Sports Houston, Human Rights Campaign Houston, the Houston LGBTQ+ Political Caucus, Star Dust Co., and Parents of Trans Youth. MET Queerla was part of a broader initiative to boost LGBTQ+ voter turnout across Texas.</w:t>
      </w:r>
      <w:r/>
    </w:p>
    <w:p>
      <w:pPr>
        <w:pStyle w:val="ListNumber"/>
        <w:spacing w:line="240" w:lineRule="auto"/>
        <w:ind w:left="720"/>
      </w:pPr>
      <w:r/>
      <w:hyperlink r:id="rId10">
        <w:r>
          <w:rPr>
            <w:color w:val="0000EE"/>
            <w:u w:val="single"/>
          </w:rPr>
          <w:t>https://qcal.app/event/the-met-queerla-houston-tx</w:t>
        </w:r>
      </w:hyperlink>
      <w:r>
        <w:t xml:space="preserve"> - Equality Texas hosted The Met Queerla on October 24, 2026, from 12:00 PM to 2:00 PM CDT at 1475 W Gray St, Houston, TX. The event aimed to mobilise the LGBTQ+ community during early voting, which commenced on October 19 and concluded on October 30. Attendees were encouraged to participate in early voting and join the community in Houston to 'show out at the polls' and #TurnOutForTexas.</w:t>
      </w:r>
      <w:r/>
    </w:p>
    <w:p>
      <w:pPr>
        <w:pStyle w:val="ListNumber"/>
        <w:spacing w:line="240" w:lineRule="auto"/>
        <w:ind w:left="720"/>
      </w:pPr>
      <w:r/>
      <w:hyperlink r:id="rId11">
        <w:r>
          <w:rPr>
            <w:color w:val="0000EE"/>
            <w:u w:val="single"/>
          </w:rPr>
          <w:t>https://tmphtx.org/events</w:t>
        </w:r>
      </w:hyperlink>
      <w:r>
        <w:t xml:space="preserve"> - The Mahogany Project, a Houston-based organisation supporting transgender, nonbinary, and gender non-conforming communities, listed The Met Queerla as an upcoming event on October 24, 2026, from 12:00 PM to 2:00 PM at 1475 West Gray Street, Houston, Texas. The event was part of a broader effort to encourage LGBTQ+ voter turnout across Texas.</w:t>
      </w:r>
      <w:r/>
    </w:p>
    <w:p>
      <w:pPr>
        <w:pStyle w:val="ListNumber"/>
        <w:spacing w:line="240" w:lineRule="auto"/>
        <w:ind w:left="720"/>
      </w:pPr>
      <w:r/>
      <w:hyperlink r:id="rId12">
        <w:r>
          <w:rPr>
            <w:color w:val="0000EE"/>
            <w:u w:val="single"/>
          </w:rPr>
          <w:t>https://happeningnext.com/event/met-queerla-voter-mobilization-red-carpet-event-eid3a0e6l6ome</w:t>
        </w:r>
      </w:hyperlink>
      <w:r>
        <w:t xml:space="preserve"> - The MET Queerla Voter Mobilization Red Carpet Event was scheduled for October 24, 2026, at 12:00 PM at the West Gray Multiservice Center in Houston, TX. Organised by Equality Texas, the event aimed to encourage LGBTQ+ community members to vote during early voting. Attendees were invited to wear their most Pride-inspired outfits and participate in the voting process.</w:t>
      </w:r>
      <w:r/>
    </w:p>
    <w:p>
      <w:pPr>
        <w:pStyle w:val="ListNumber"/>
        <w:spacing w:line="240" w:lineRule="auto"/>
        <w:ind w:left="720"/>
      </w:pPr>
      <w:r/>
      <w:hyperlink r:id="rId13">
        <w:r>
          <w:rPr>
            <w:color w:val="0000EE"/>
            <w:u w:val="single"/>
          </w:rPr>
          <w:t>https://www.thecaucus.org/</w:t>
        </w:r>
      </w:hyperlink>
      <w:r>
        <w:t xml:space="preserve"> - The Houston LGBTQ+ Political Caucus, founded in 1975, is the South's oldest civil rights organisation dedicated solely to the advancement of gay, lesbian, bisexual, and transgender rights. The Caucus is nonpartisan and endorses candidates based on their support for LGBTQ rights, regardless of political party or candidate's sexual orientation. The organisation continues to mobilise the city's LGBTQ and LGBTQ-friendly voters, elect pro-equality candidates, and influence local, state, and national elections.</w:t>
      </w:r>
      <w:r/>
    </w:p>
    <w:p>
      <w:pPr>
        <w:pStyle w:val="ListNumber"/>
        <w:spacing w:line="240" w:lineRule="auto"/>
        <w:ind w:left="720"/>
      </w:pPr>
      <w:r/>
      <w:hyperlink r:id="rId14">
        <w:r>
          <w:rPr>
            <w:color w:val="0000EE"/>
            <w:u w:val="single"/>
          </w:rPr>
          <w:t>https://tmphtx.org/about</w:t>
        </w:r>
      </w:hyperlink>
      <w:r>
        <w:t xml:space="preserve"> - Founded in 2017 by advocate Verniss McFarland III, The Mahogany Project aims to reduce social isolation, stigma, and violence faced by transgender, non-binary, and gender non-conforming communities in Houston, Texas. As the only Black trans-led/peer-led community centre in the state, The Mahogany Project provides supportive services, including emergency housing resource navigation, food pantry, clothing closet, and case management support. The organisation also offers recreational and arts activities, such as a media centre/recording studio, painting classes, and community celebrations, all aimed at providing empowerment and safety for communities who have nowhere else to turn for peer-led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met-queerla-brings-lgbtq-voters-to-the-polls-in-houston/" TargetMode="External"/><Relationship Id="rId10" Type="http://schemas.openxmlformats.org/officeDocument/2006/relationships/hyperlink" Target="https://qcal.app/event/the-met-queerla-houston-tx" TargetMode="External"/><Relationship Id="rId11" Type="http://schemas.openxmlformats.org/officeDocument/2006/relationships/hyperlink" Target="https://tmphtx.org/events" TargetMode="External"/><Relationship Id="rId12" Type="http://schemas.openxmlformats.org/officeDocument/2006/relationships/hyperlink" Target="https://happeningnext.com/event/met-queerla-voter-mobilization-red-carpet-event-eid3a0e6l6ome" TargetMode="External"/><Relationship Id="rId13" Type="http://schemas.openxmlformats.org/officeDocument/2006/relationships/hyperlink" Target="https://www.thecaucus.org/" TargetMode="External"/><Relationship Id="rId14" Type="http://schemas.openxmlformats.org/officeDocument/2006/relationships/hyperlink" Target="https://tmphtx.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