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Free LGBTQ Documentary Explores Gay Sons and Mothers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can stream </w:t>
      </w:r>
      <w:r>
        <w:rPr>
          <w:b/>
          <w:i/>
        </w:rPr>
        <w:t>Mom, I Have Something to Tell You</w:t>
      </w:r>
      <w:r>
        <w:rPr>
          <w:b/>
        </w:rPr>
        <w:t xml:space="preserve"> free on YouTube, where psychotherapist Rick Miller brings gay men and their mothers together to explore acceptance, rejection and the bonds that can reshape a family.</w:t>
      </w:r>
      <w:r/>
    </w:p>
    <w:p>
      <w:pPr>
        <w:pStyle w:val="Heading2"/>
      </w:pPr>
      <w:r>
        <w:t>Essential Takeaways</w:t>
      </w:r>
      <w:r/>
      <w:r/>
    </w:p>
    <w:p>
      <w:pPr>
        <w:pStyle w:val="ListBullet"/>
        <w:spacing w:line="240" w:lineRule="auto"/>
        <w:ind w:left="720"/>
      </w:pPr>
      <w:r/>
      <w:r>
        <w:rPr>
          <w:b/>
        </w:rPr>
        <w:t>Free to watch:</w:t>
      </w:r>
      <w:r>
        <w:t xml:space="preserve"> The 31-minute documentary is available through the Gay Sons and Mothers YouTube channel.</w:t>
      </w:r>
      <w:r/>
    </w:p>
    <w:p>
      <w:pPr>
        <w:pStyle w:val="ListBullet"/>
        <w:spacing w:line="240" w:lineRule="auto"/>
        <w:ind w:left="720"/>
      </w:pPr>
      <w:r/>
      <w:r>
        <w:rPr>
          <w:b/>
        </w:rPr>
        <w:t>Personal stories lead:</w:t>
      </w:r>
      <w:r>
        <w:t xml:space="preserve"> Interviews range from tender family memories to painful accounts of rejection.</w:t>
      </w:r>
      <w:r/>
    </w:p>
    <w:p>
      <w:pPr>
        <w:pStyle w:val="ListBullet"/>
        <w:spacing w:line="240" w:lineRule="auto"/>
        <w:ind w:left="720"/>
      </w:pPr>
      <w:r/>
      <w:r>
        <w:rPr>
          <w:b/>
        </w:rPr>
        <w:t>Acceptance matters:</w:t>
      </w:r>
      <w:r>
        <w:t xml:space="preserve"> The film shows how maternal support can offer safety, belonging and emotional strength.</w:t>
      </w:r>
      <w:r/>
    </w:p>
    <w:p>
      <w:pPr>
        <w:pStyle w:val="ListBullet"/>
        <w:spacing w:line="240" w:lineRule="auto"/>
        <w:ind w:left="720"/>
      </w:pPr>
      <w:r/>
      <w:r>
        <w:rPr>
          <w:b/>
        </w:rPr>
        <w:t>The project continues:</w:t>
      </w:r>
      <w:r>
        <w:t xml:space="preserve"> Gay Sons and Mothers also shares longer interviews and organises related events.</w:t>
      </w:r>
      <w:r/>
    </w:p>
    <w:p>
      <w:pPr>
        <w:pStyle w:val="ListBullet"/>
        <w:spacing w:line="240" w:lineRule="auto"/>
        <w:ind w:left="720"/>
      </w:pPr>
      <w:r/>
      <w:r>
        <w:rPr>
          <w:b/>
        </w:rPr>
        <w:t>A hopeful watch:</w:t>
      </w:r>
      <w:r>
        <w:t xml:space="preserve"> Although some stories are difficult, the film ultimately focuses on repair, love and understanding.</w:t>
      </w:r>
      <w:r/>
      <w:r/>
    </w:p>
    <w:p>
      <w:pPr>
        <w:pStyle w:val="Heading2"/>
      </w:pPr>
      <w:r>
        <w:t>A small film with a deeply personal question</w:t>
      </w:r>
      <w:r/>
    </w:p>
    <w:p>
      <w:r/>
      <w:r>
        <w:t xml:space="preserve">The strongest thing about </w:t>
      </w:r>
      <w:r>
        <w:rPr>
          <w:i/>
        </w:rPr>
        <w:t>Mom, I Have Something to Tell You</w:t>
      </w:r>
      <w:r>
        <w:t xml:space="preserve"> is its intimacy. Rather than treating sexuality as an abstract social issue, the documentary places mothers and sons side by side, often in quiet conversations where a glance can say as much as a sentence.</w:t>
      </w:r>
      <w:r/>
    </w:p>
    <w:p>
      <w:r/>
      <w:r>
        <w:t>Rick Miller, a gay psychotherapist, hosts the film and draws on years of working with gay men. According to the Gay Sons and Mothers documentary project, he began looking for research about the relationship between gay sons and their mothers, only to find surprisingly little dedicated material. That gap prompted him to start collecting the stories himself.</w:t>
      </w:r>
      <w:r/>
    </w:p>
    <w:p>
      <w:r/>
      <w:r>
        <w:t>The result feels less like a lecture and more like a family scrapbook with the difficult pages left in. There are smiles, tears and moments of visible affection, but also the discomfort that can accompany old wounds.</w:t>
      </w:r>
      <w:r/>
    </w:p>
    <w:p>
      <w:pPr>
        <w:pStyle w:val="Heading2"/>
      </w:pPr>
      <w:r>
        <w:t>Why maternal support can be so powerful</w:t>
      </w:r>
      <w:r/>
    </w:p>
    <w:p>
      <w:r/>
      <w:r>
        <w:t>Miller argues that a supportive mother can provide a sense of safety from childhood onwards. That idea gives the film its emotional centre, especially as several young men describe feeling different before they had the language to explain why.</w:t>
      </w:r>
      <w:r/>
    </w:p>
    <w:p>
      <w:r/>
      <w:r>
        <w:t>Some interviews are wonderfully simple. A son speaks about loving his mother without needing a complicated reason, while she listens with a proud, slightly misty smile. It is the sort of exchange that feels ordinary in the best possible way, and that ordinariness is part of the point.</w:t>
      </w:r>
      <w:r/>
    </w:p>
    <w:p>
      <w:r/>
      <w:r>
        <w:t>The Gay Therapy Center's coverage of the Gay Sons and Mothers project similarly emphasises the emotional significance of these family relationships. For viewers who've experienced rejection, or worried about coming out to relatives, those scenes may feel comforting, even when they're hard to watch.</w:t>
      </w:r>
      <w:r/>
    </w:p>
    <w:p>
      <w:pPr>
        <w:pStyle w:val="Heading2"/>
      </w:pPr>
      <w:r>
        <w:t>The film doesn't avoid rejection or religious conflict</w:t>
      </w:r>
      <w:r/>
    </w:p>
    <w:p>
      <w:r/>
      <w:r>
        <w:t>This isn't a polished collection of perfect family reunions. One interview describes a mother responding harshly after her son came out, while another recalls feeling abandoned after hearing that religious and marital priorities came before the children. The pain is blunt, and the film allows those memories to sit without rushing towards an easy answer.</w:t>
      </w:r>
      <w:r/>
    </w:p>
    <w:p>
      <w:r/>
      <w:r>
        <w:t>That honesty makes the hopeful sections more convincing. In one story, a relationship that once seemed fractured has changed over time, leaving a son feeling loved and supported by his mother. It’s a reminder that acceptance isn't always instant, but it can still arrive later than anyone expected.</w:t>
      </w:r>
      <w:r/>
    </w:p>
    <w:p>
      <w:r/>
      <w:r>
        <w:t>The documentary's plot and character material, listed by IMDb, places these individual experiences within a wider story about family, identity and reconciliation. There are no tidy rules here, only the possibility that listening can alter what comes next.</w:t>
      </w:r>
      <w:r/>
    </w:p>
    <w:p>
      <w:pPr>
        <w:pStyle w:val="Heading2"/>
      </w:pPr>
      <w:r>
        <w:t>More than a documentary, it's an ongoing archive</w:t>
      </w:r>
      <w:r/>
    </w:p>
    <w:p>
      <w:r/>
      <w:r>
        <w:t>Miller's work doesn't end with the short film. The Gay Sons and Mothers website features longer conversations with gay men and their mothers, expanding on stories that could only be sketched in a 31-minute documentary.</w:t>
      </w:r>
      <w:r/>
    </w:p>
    <w:p>
      <w:r/>
      <w:r>
        <w:t>The project also connects with public events and community programming. Listings from Provincetown Commons show the film being presented as part of a broader conversation, while the organisation's events page points to continuing opportunities for screenings and discussion.</w:t>
      </w:r>
      <w:r/>
    </w:p>
    <w:p>
      <w:r/>
      <w:r>
        <w:t>That wider archive matters because families don't all reach acceptance in the same way. Some need time, some need community support and some may never receive the response they hoped for. A growing collection of real voices can help people feel less isolated while showing parents what solidarity might look like.</w:t>
      </w:r>
      <w:r/>
    </w:p>
    <w:p>
      <w:pPr>
        <w:pStyle w:val="Heading2"/>
      </w:pPr>
      <w:r>
        <w:t xml:space="preserve">Who should watch </w:t>
      </w:r>
      <w:r>
        <w:rPr>
          <w:i/>
        </w:rPr>
        <w:t>Mom, I Have Something to Tell You</w:t>
      </w:r>
      <w:r>
        <w:t>?</w:t>
      </w:r>
      <w:r/>
    </w:p>
    <w:p>
      <w:r/>
      <w:r>
        <w:t>The obvious audience is gay men and their mothers, particularly anyone standing at the uneasy threshold of a coming-out conversation. But the film also has something to say to siblings, friends, therapists and parents who want to understand the emotional stakes beyond the headlines.</w:t>
      </w:r>
      <w:r/>
    </w:p>
    <w:p>
      <w:r/>
      <w:r>
        <w:t>It's short enough to watch in one sitting, and its free online availability removes much of the usual friction. Viewers should still expect difficult material, especially around rejection, faith and family estrangement, but the overall tone is warm rather than bleak.</w:t>
      </w:r>
      <w:r/>
    </w:p>
    <w:p>
      <w:r/>
      <w:r>
        <w:t>For parents, the practical lesson is straightforward: listen carefully, lead with love and understand that a first reaction can leave a lasting mark. For sons, the film offers something quieter but just as important, the reassurance that their stories deserve to be heard.</w:t>
      </w:r>
      <w:r/>
    </w:p>
    <w:p>
      <w:r/>
      <w:r>
        <w:t>Watch the free documentary online, then explore the longer family interviews if its conversations stay with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w:t>
      </w:r>
      <w:hyperlink r:id="rId10">
        <w:r>
          <w:rPr>
            <w:color w:val="0000EE"/>
            <w:u w:val="single"/>
          </w:rPr>
          <w:t>[2]</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https://www.ebar.com/story/171506/</w:t>
        </w:r>
      </w:hyperlink>
      <w:r>
        <w:t xml:space="preserve"> - Please view link - unable to able to access data</w:t>
      </w:r>
      <w:r/>
    </w:p>
    <w:p>
      <w:pPr>
        <w:pStyle w:val="ListNumber"/>
        <w:spacing w:line="240" w:lineRule="auto"/>
        <w:ind w:left="720"/>
      </w:pPr>
      <w:r/>
      <w:hyperlink r:id="rId10">
        <w:r>
          <w:rPr>
            <w:color w:val="0000EE"/>
            <w:u w:val="single"/>
          </w:rPr>
          <w:t>https://gaysonsandmothers.org/documentary</w:t>
        </w:r>
      </w:hyperlink>
      <w:r>
        <w:t xml:space="preserve"> - 'Mom, I Have Something to Tell You' is a 30-minute documentary directed by Rick Miller, founder of Gay Sons &amp; Mothers. The film features candid conversations between gay sons and their mothers, exploring themes of coming out, acceptance, faith, family, rejection, and the evolving nature of their relationships. The documentary is available for free on YouTube. (</w:t>
      </w:r>
      <w:hyperlink r:id="rId16">
        <w:r>
          <w:rPr>
            <w:color w:val="0000EE"/>
            <w:u w:val="single"/>
          </w:rPr>
          <w:t>gaysonsandmothers.org</w:t>
        </w:r>
      </w:hyperlink>
      <w:r>
        <w:t>)</w:t>
      </w:r>
      <w:r/>
    </w:p>
    <w:p>
      <w:pPr>
        <w:pStyle w:val="ListNumber"/>
        <w:spacing w:line="240" w:lineRule="auto"/>
        <w:ind w:left="720"/>
      </w:pPr>
      <w:r/>
      <w:hyperlink r:id="rId11">
        <w:r>
          <w:rPr>
            <w:color w:val="0000EE"/>
            <w:u w:val="single"/>
          </w:rPr>
          <w:t>https://www.imdb.com/title/tt39130555/</w:t>
        </w:r>
      </w:hyperlink>
      <w:r>
        <w:t xml:space="preserve"> - 'Mom, I Have Something to Tell You' is a 30-minute documentary short directed by Rick Miller, released in 2025. The film delves into the profound impact that mothers have on their gay sons' well-being, offering optimistic models for coping and thriving, and emphasising acceptance by family and communities. (</w:t>
      </w:r>
      <w:hyperlink r:id="rId17">
        <w:r>
          <w:rPr>
            <w:color w:val="0000EE"/>
            <w:u w:val="single"/>
          </w:rPr>
          <w:t>imdb.com</w:t>
        </w:r>
      </w:hyperlink>
      <w:r>
        <w:t>)</w:t>
      </w:r>
      <w:r/>
    </w:p>
    <w:p>
      <w:pPr>
        <w:pStyle w:val="ListNumber"/>
        <w:spacing w:line="240" w:lineRule="auto"/>
        <w:ind w:left="720"/>
      </w:pPr>
      <w:r/>
      <w:hyperlink r:id="rId14">
        <w:r>
          <w:rPr>
            <w:color w:val="0000EE"/>
            <w:u w:val="single"/>
          </w:rPr>
          <w:t>https://www.provincetowncommons.org/commons-events/mom</w:t>
        </w:r>
      </w:hyperlink>
      <w:r>
        <w:t xml:space="preserve"> - On May 9, 2025, Rick Miller, LICSW, hosted the debut of his award-winning documentary, 'Mom, I Have Something to Tell You', at The Provincetown Commons in Provincetown, MA. The 30-minute film explores the unique and life-changing bond between gay sons and their mothers through inspiring interviews. The screening was followed by a discussion and Q&amp;A with Miller, who is also the executive director of the nonprofit Gay Sons and Mothers. (</w:t>
      </w:r>
      <w:hyperlink r:id="rId18">
        <w:r>
          <w:rPr>
            <w:color w:val="0000EE"/>
            <w:u w:val="single"/>
          </w:rPr>
          <w:t>provincetowncommons.org</w:t>
        </w:r>
      </w:hyperlink>
      <w:r>
        <w:t>)</w:t>
      </w:r>
      <w:r/>
    </w:p>
    <w:p>
      <w:pPr>
        <w:pStyle w:val="ListNumber"/>
        <w:spacing w:line="240" w:lineRule="auto"/>
        <w:ind w:left="720"/>
      </w:pPr>
      <w:r/>
      <w:hyperlink r:id="rId15">
        <w:r>
          <w:rPr>
            <w:color w:val="0000EE"/>
            <w:u w:val="single"/>
          </w:rPr>
          <w:t>https://gaysonsandmothers.org/events</w:t>
        </w:r>
      </w:hyperlink>
      <w:r>
        <w:t xml:space="preserve"> - Gay Sons &amp; Mothers has scheduled several events, including the online premiere of 'Mom, I Have Something to Tell You' on September 30, 2026, and a documentary screening at the 2026 National Latinx Psychological Association conference in Denver, Colorado, on October 26, 2026. (</w:t>
      </w:r>
      <w:hyperlink r:id="rId19">
        <w:r>
          <w:rPr>
            <w:color w:val="0000EE"/>
            <w:u w:val="single"/>
          </w:rPr>
          <w:t>gaysonsandmothers.org</w:t>
        </w:r>
      </w:hyperlink>
      <w:r>
        <w:t>)</w:t>
      </w:r>
      <w:r/>
    </w:p>
    <w:p>
      <w:pPr>
        <w:pStyle w:val="ListNumber"/>
        <w:spacing w:line="240" w:lineRule="auto"/>
        <w:ind w:left="720"/>
      </w:pPr>
      <w:r/>
      <w:hyperlink r:id="rId13">
        <w:r>
          <w:rPr>
            <w:color w:val="0000EE"/>
            <w:u w:val="single"/>
          </w:rPr>
          <w:t>https://www.imdb.com/title/tt3419282/plotsummary/</w:t>
        </w:r>
      </w:hyperlink>
      <w:r>
        <w:t xml:space="preserve"> - 'Mom and Dad, I Have Something to Tell You' is a 45-minute documentary film that portrays the journey of parents whose children come out as gay. The film presents various family stories, showcasing a range of reactions with honesty, some optimistic and others heartbreaking, all revealing the enduring strength of parental love. (</w:t>
      </w:r>
      <w:hyperlink r:id="rId20">
        <w:r>
          <w:rPr>
            <w:color w:val="0000EE"/>
            <w:u w:val="single"/>
          </w:rPr>
          <w:t>imdb.com</w:t>
        </w:r>
      </w:hyperlink>
      <w:r>
        <w:t>)</w:t>
      </w:r>
      <w:r/>
    </w:p>
    <w:p>
      <w:pPr>
        <w:pStyle w:val="ListNumber"/>
        <w:spacing w:line="240" w:lineRule="auto"/>
        <w:ind w:left="720"/>
      </w:pPr>
      <w:r/>
      <w:hyperlink r:id="rId12">
        <w:r>
          <w:rPr>
            <w:color w:val="0000EE"/>
            <w:u w:val="single"/>
          </w:rPr>
          <w:t>https://www.thegaytherapycenter.com/gay-sons-and-mothers/</w:t>
        </w:r>
      </w:hyperlink>
      <w:r>
        <w:t xml:space="preserve"> - Adam Blum, founder and director of the Gay Therapy Center, engages in a conversation with Rick Miller, founder and executive director of Gay Sons and Mothers. They discuss themes such as masculinity, femininity, the impact of mothers on gay sons, and the organization's research on this important relationship. (</w:t>
      </w:r>
      <w:hyperlink r:id="rId21">
        <w:r>
          <w:rPr>
            <w:color w:val="0000EE"/>
            <w:u w:val="single"/>
          </w:rPr>
          <w:t>thegaytherapycenter.com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506/" TargetMode="External"/><Relationship Id="rId10" Type="http://schemas.openxmlformats.org/officeDocument/2006/relationships/hyperlink" Target="https://gaysonsandmothers.org/documentary" TargetMode="External"/><Relationship Id="rId11" Type="http://schemas.openxmlformats.org/officeDocument/2006/relationships/hyperlink" Target="https://www.imdb.com/title/tt39130555/" TargetMode="External"/><Relationship Id="rId12" Type="http://schemas.openxmlformats.org/officeDocument/2006/relationships/hyperlink" Target="https://www.thegaytherapycenter.com/gay-sons-and-mothers/" TargetMode="External"/><Relationship Id="rId13" Type="http://schemas.openxmlformats.org/officeDocument/2006/relationships/hyperlink" Target="https://www.imdb.com/title/tt3419282/plotsummary/" TargetMode="External"/><Relationship Id="rId14" Type="http://schemas.openxmlformats.org/officeDocument/2006/relationships/hyperlink" Target="https://www.provincetowncommons.org/commons-events/mom" TargetMode="External"/><Relationship Id="rId15" Type="http://schemas.openxmlformats.org/officeDocument/2006/relationships/hyperlink" Target="https://gaysonsandmothers.org/events" TargetMode="External"/><Relationship Id="rId16" Type="http://schemas.openxmlformats.org/officeDocument/2006/relationships/hyperlink" Target="https://gaysonsandmothers.org/documentary?utm_source=openai" TargetMode="External"/><Relationship Id="rId17" Type="http://schemas.openxmlformats.org/officeDocument/2006/relationships/hyperlink" Target="https://www.imdb.com/title/tt39130555/?utm_source=openai" TargetMode="External"/><Relationship Id="rId18" Type="http://schemas.openxmlformats.org/officeDocument/2006/relationships/hyperlink" Target="https://www.provincetowncommons.org/commons-events/mom?utm_source=openai" TargetMode="External"/><Relationship Id="rId19" Type="http://schemas.openxmlformats.org/officeDocument/2006/relationships/hyperlink" Target="https://gaysonsandmothers.org/events?utm_source=openai" TargetMode="External"/><Relationship Id="rId20" Type="http://schemas.openxmlformats.org/officeDocument/2006/relationships/hyperlink" Target="https://www.imdb.com/title/tt3419282/plotsummary/?utm_source=openai" TargetMode="External"/><Relationship Id="rId21" Type="http://schemas.openxmlformats.org/officeDocument/2006/relationships/hyperlink" Target="https://www.thegaytherapycenter.com/gay-sons-and-mother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