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Actors Who Could Become the Next James Bond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still debating who should inherit the 007 tux, but the next James Bond could bring a fresh kind of charisma to the franchise. From Jonathan Bailey's polished charm to Luke Evans's action credentials, these openly LGBTQ+ actors show how broad the shortlist could be.</w:t>
      </w:r>
      <w:r/>
    </w:p>
    <w:p>
      <w:pPr>
        <w:pStyle w:val="Heading2"/>
      </w:pPr>
      <w:r>
        <w:t>Essential Takeaways</w:t>
      </w:r>
      <w:r/>
      <w:r/>
    </w:p>
    <w:p>
      <w:pPr>
        <w:pStyle w:val="ListBullet"/>
        <w:spacing w:line="240" w:lineRule="auto"/>
        <w:ind w:left="720"/>
      </w:pPr>
      <w:r/>
      <w:r>
        <w:rPr>
          <w:b/>
        </w:rPr>
        <w:t>Jonathan Bailey leads the wish list:</w:t>
      </w:r>
      <w:r>
        <w:t xml:space="preserve"> His recent dramatic, musical and blockbuster roles make him a compelling all-rounder.</w:t>
      </w:r>
      <w:r/>
    </w:p>
    <w:p>
      <w:pPr>
        <w:pStyle w:val="ListBullet"/>
        <w:spacing w:line="240" w:lineRule="auto"/>
        <w:ind w:left="720"/>
      </w:pPr>
      <w:r/>
      <w:r>
        <w:rPr>
          <w:b/>
        </w:rPr>
        <w:t>Ncuti Gatwa would bring warmth:</w:t>
      </w:r>
      <w:r>
        <w:t xml:space="preserve"> His energy could make Bond more sociable, playful and emotionally surprising.</w:t>
      </w:r>
      <w:r/>
    </w:p>
    <w:p>
      <w:pPr>
        <w:pStyle w:val="ListBullet"/>
        <w:spacing w:line="240" w:lineRule="auto"/>
        <w:ind w:left="720"/>
      </w:pPr>
      <w:r/>
      <w:r>
        <w:rPr>
          <w:b/>
        </w:rPr>
        <w:t>Andrew Scott has danger to spare:</w:t>
      </w:r>
      <w:r>
        <w:t xml:space="preserve"> He can turn charm into menace with barely a raised eyebrow.</w:t>
      </w:r>
      <w:r/>
    </w:p>
    <w:p>
      <w:pPr>
        <w:pStyle w:val="ListBullet"/>
        <w:spacing w:line="240" w:lineRule="auto"/>
        <w:ind w:left="720"/>
      </w:pPr>
      <w:r/>
      <w:r>
        <w:rPr>
          <w:b/>
        </w:rPr>
        <w:t>Luke Evans has already been linked with Bond:</w:t>
      </w:r>
      <w:r>
        <w:t xml:space="preserve"> His action background and screen presence make the idea feel especially plausible.</w:t>
      </w:r>
      <w:r/>
    </w:p>
    <w:p>
      <w:pPr>
        <w:pStyle w:val="ListBullet"/>
        <w:spacing w:line="240" w:lineRule="auto"/>
        <w:ind w:left="720"/>
      </w:pPr>
      <w:r/>
      <w:r>
        <w:rPr>
          <w:b/>
        </w:rPr>
        <w:t>The official search remains separate:</w:t>
      </w:r>
      <w:r>
        <w:t xml:space="preserve"> Reported finalists include Jack Lowden, Callum Turner and Josh O'Connor, plus an unnamed contender.</w:t>
      </w:r>
      <w:r/>
      <w:r/>
    </w:p>
    <w:p>
      <w:pPr>
        <w:pStyle w:val="Heading2"/>
      </w:pPr>
      <w:r>
        <w:t>The next James Bond needs more than a good tuxedo</w:t>
      </w:r>
      <w:r/>
    </w:p>
    <w:p>
      <w:r/>
      <w:r>
        <w:t>The Bond debate has reached that familiar stage where every actor with a British accent and a well-cut suit becomes somebody's definitive answer. Still, this conversation has a sharper edge now, because Amazon MGM's search is reportedly narrowing while fans are asking whether the franchise could finally cast an openly LGBTQ+ actor as 007.</w:t>
      </w:r>
      <w:r/>
    </w:p>
    <w:p>
      <w:r/>
      <w:r>
        <w:t>GamesRadar reported that the search had come down to four finalists, although one name remained undisclosed. That leaves plenty of room for wish-list casting, and Jonathan Bailey makes an especially strong case. He has the polish, the impatience and the knack for making a raised eyebrow feel like a complete line of dialogue.</w:t>
      </w:r>
      <w:r/>
    </w:p>
    <w:p>
      <w:r/>
      <w:r>
        <w:t>Industry attention has also followed him. The Oxford Chronicle reported that Bailey's odds shortened significantly, moving from 40/1 to 16/1. Odds aren't a casting announcement, of course, but they show how quickly public interest can gather around a name.</w:t>
      </w:r>
      <w:r/>
    </w:p>
    <w:p>
      <w:pPr>
        <w:pStyle w:val="Heading2"/>
      </w:pPr>
      <w:r>
        <w:t>Jonathan Bailey has the Bond balance</w:t>
      </w:r>
      <w:r/>
    </w:p>
    <w:p>
      <w:r/>
      <w:r>
        <w:t>Bailey's appeal is that he can play sophistication without making it feel stiff. His work in Bridgerton supplied the romantic confidence, while Fellow Travelers showed a more serious and emotionally bruised side. Add in Wicked and Jurassic World Rebirth, and he has the kind of expanding profile a major franchise usually wants.</w:t>
      </w:r>
      <w:r/>
    </w:p>
    <w:p>
      <w:r/>
      <w:r>
        <w:t>A Bailey Bond could be impatient, funny and slightly exasperated by the bureaucracy around him. That matters, because the best 007 performances aren't simply about looking elegant while holding a glass. They need someone who can sell exhaustion, danger and a little mischief in the same scene.</w:t>
      </w:r>
      <w:r/>
    </w:p>
    <w:p>
      <w:r/>
      <w:r>
        <w:t>The Martini campaign helps with the visual shorthand, too. It may not qualify as field experience, but the drink order would already be sorted.</w:t>
      </w:r>
      <w:r/>
    </w:p>
    <w:p>
      <w:pPr>
        <w:pStyle w:val="Heading2"/>
      </w:pPr>
      <w:r>
        <w:t>Ncuti Gatwa and Andrew Scott would change the mood</w:t>
      </w:r>
      <w:r/>
    </w:p>
    <w:p>
      <w:r/>
      <w:r>
        <w:t>Ncuti Gatwa would push Bond towards a more openly social presence. His Doctor Who performance proved he can carry a beloved British institution, while Sex Education established his warmth and comic timing. Put those qualities into 007 and the casino scenes might feel less like a routine stop and more like somewhere Bond genuinely enjoys being.</w:t>
      </w:r>
      <w:r/>
    </w:p>
    <w:p>
      <w:r/>
      <w:r>
        <w:t>That warmth could make betrayal more painful, which is exactly the sort of tonal shift the series could use. Gatwa's Bond wouldn't have to be cold to be formidable.</w:t>
      </w:r>
      <w:r/>
    </w:p>
    <w:p>
      <w:r/>
      <w:r>
        <w:t>Andrew Scott, meanwhile, would bring something more unsettling. He already appeared in Spectre as intelligence chief Max Denbigh, creating an obvious continuity wrinkle, but Bond films have never been shy about reinventing their own rules. GamesRadar's coverage of the wider search underlines how open-ended the franchise's next chapter remains.</w:t>
      </w:r>
      <w:r/>
    </w:p>
    <w:p>
      <w:r/>
      <w:r>
        <w:t>Scott can make charm feel faintly dangerous. His work in Ripley demonstrates the menace, while Fleabag shows how quickly he can switch to warmth. Give him a quiet interrogation scene and the room would probably feel smaller within seconds.</w:t>
      </w:r>
      <w:r/>
    </w:p>
    <w:p>
      <w:pPr>
        <w:pStyle w:val="Heading2"/>
      </w:pPr>
      <w:r>
        <w:t>Richard Armitage offers a world-weary 007</w:t>
      </w:r>
      <w:r/>
    </w:p>
    <w:p>
      <w:r/>
      <w:r>
        <w:t>Richard Armitage would suit a Bond who has stopped pretending the job is glamorous. His work in Spooks already gives him a connection to fictional British intelligence, and he has the grounded physicality needed for a role built around missions, secrets and increasingly uncomfortable consequences.</w:t>
      </w:r>
      <w:r/>
    </w:p>
    <w:p>
      <w:r/>
      <w:r>
        <w:t>That version of Bond would look as though he knows precisely what every assignment will cost. It wouldn't make him less capable; it would make every decision feel heavier.</w:t>
      </w:r>
      <w:r/>
    </w:p>
    <w:p>
      <w:r/>
      <w:r>
        <w:t>Armitage has previously suggested he might be more suited to playing a Bond villain at this point in his career. That's a fair assessment, but it also makes the idea more appealing. A future villain with Armitage's control and weariness could be just as memorable as the hero.</w:t>
      </w:r>
      <w:r/>
    </w:p>
    <w:p>
      <w:pPr>
        <w:pStyle w:val="Heading2"/>
      </w:pPr>
      <w:r>
        <w:t>Could Colman Domingo or Matt Bomer cross the Atlantic?</w:t>
      </w:r>
      <w:r/>
    </w:p>
    <w:p>
      <w:r/>
      <w:r>
        <w:t>Colman Domingo and Matt Bomer would both require a bigger break from traditional expectations, since neither is British. But a wish list is allowed to be ambitious, especially when the franchise itself has repeatedly reinvented the character's tone and setting.</w:t>
      </w:r>
      <w:r/>
    </w:p>
    <w:p>
      <w:r/>
      <w:r>
        <w:t>Domingo has the authority for an older, more reflective Bond. His Oscar-recognised work in Rustin and Sing Sing points to the dramatic range, while his red-carpet confidence takes care of the dinner-jacket test. He could play 007 as a man who doesn't need to prove he belongs in the room.</w:t>
      </w:r>
      <w:r/>
    </w:p>
    <w:p>
      <w:r/>
      <w:r>
        <w:t>Bomer brings a different advantage. White Collar's Neal Caffrey was observant, seductive and expert at lying, which is already a useful foundation for a spy. His performance in Fellow Travelers added sharper emotional shadows beneath the immaculate exterior.</w:t>
      </w:r>
      <w:r/>
    </w:p>
    <w:p>
      <w:r/>
      <w:r>
        <w:t>The practical question is whether audiences would accept an American Bond. That might be a stretch, but casting conventions are not laws of physics. If the performance were right, the accent would become the least interesting part of the discussion.</w:t>
      </w:r>
      <w:r/>
    </w:p>
    <w:p>
      <w:pPr>
        <w:pStyle w:val="Heading2"/>
      </w:pPr>
      <w:r>
        <w:t>Luke Evans has the action credentials</w:t>
      </w:r>
      <w:r/>
    </w:p>
    <w:p>
      <w:r/>
      <w:r>
        <w:t>Luke Evans may be the easiest name to imagine in a conventional Bond adventure. His work in Fast &amp; Furious 6 demonstrates that he can handle action, while his screen presence has the necessary combination of polish and physical confidence.</w:t>
      </w:r>
      <w:r/>
    </w:p>
    <w:p>
      <w:r/>
      <w:r>
        <w:t>Evans has also spoken about being considered for Bond over a long period. The Irish Examiner reported his comments after he told The Telegraph that he had been on the list for around a decade, though he now considers himself too old for the part at 47.</w:t>
      </w:r>
      <w:r/>
    </w:p>
    <w:p>
      <w:r/>
      <w:r>
        <w:t>That self-assessment may close the door, but it doesn't make the casting idea any less persuasive. Evans looks like he could step into the tuxedo tomorrow, deliver the introduction without fuss and make a dangerous situation seem mildly inconvenient.</w:t>
      </w:r>
      <w:r/>
    </w:p>
    <w:p>
      <w:pPr>
        <w:pStyle w:val="Heading2"/>
      </w:pPr>
      <w:r>
        <w:t>Why an openly queer Bond would matter</w:t>
      </w:r>
      <w:r/>
    </w:p>
    <w:p>
      <w:r/>
      <w:r>
        <w:t>Ben Whishaw, who played Q, previously said he wanted to see an openly gay actor take on Bond. Gamespot also reported his dissatisfaction with how Q's sexuality was handled in No Time to Die, a reminder that representation can feel frustratingly cautious when it appears only at the edges of a story.</w:t>
      </w:r>
      <w:r/>
    </w:p>
    <w:p>
      <w:r/>
      <w:r>
        <w:t>An LGBTQ+ Bond wouldn't need to turn sexuality into the plot. The point would simply be that an openly queer actor gets the same opportunity to play the franchise's central fantasy: the wit, the danger, the romance and the absurdly good tailoring.</w:t>
      </w:r>
      <w:r/>
    </w:p>
    <w:p>
      <w:r/>
      <w:r>
        <w:t>For now, the official race remains focused on its reported finalists. But the wider conversation has already expanded, and that's healthy. A new Bond should feel surprising without becoming a gimmick, and any of these actors could bring a distinct flavour to the role.</w:t>
      </w:r>
      <w:r/>
    </w:p>
    <w:p>
      <w:r/>
      <w:r>
        <w:t>The right actor won't just fill the tuxedo; they'll make us forget who wore it before.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[6]</w:t>
        </w:r>
      </w:hyperlink>
      <w:r>
        <w:t xml:space="preserve">- Paragraph 5: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Paragraph 10: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https://gayety.com/queer-actors-next-james-bond</w:t>
        </w:r>
      </w:hyperlink>
      <w:r>
        <w:t xml:space="preserve"> - Please view link - unable to able to access data</w:t>
      </w:r>
      <w:r/>
    </w:p>
    <w:p>
      <w:pPr>
        <w:pStyle w:val="ListNumber"/>
        <w:spacing w:line="240" w:lineRule="auto"/>
        <w:ind w:left="720"/>
      </w:pPr>
      <w:r/>
      <w:hyperlink r:id="rId10">
        <w:r>
          <w:rPr>
            <w:color w:val="0000EE"/>
            <w:u w:val="single"/>
          </w:rPr>
          <w:t>https://www.gamesradar.com/entertainment/james-bond-movies/the-search-for-the-next-james-bond-has-come-down-to-four-finalists-including-one-mystery-actor/</w:t>
        </w:r>
      </w:hyperlink>
      <w:r>
        <w:t xml:space="preserve"> - The search for the next James Bond has reportedly narrowed to four finalists: Callum Turner, Jack Lowden, Josh O’Connor, and one unnamed actor, according to Deadline. Jacob Elordi and Aaron Taylor-Johnson are reportedly out of contention, raising questions about the studio’s earlier plans to introduce a younger Bond. Three of the four finalists are 36 years old, while Taylor-Johnson, previously considered a frontrunner, is only 35. The final round of screen tests is reportedly scheduled for this weekend. However, Gary Oldman, Lowden’s co-star in </w:t>
      </w:r>
      <w:r>
        <w:rPr>
          <w:i/>
        </w:rPr>
        <w:t>Slow Horses</w:t>
      </w:r>
      <w:r>
        <w:t xml:space="preserve">, has suggested that the decision may already have been made, telling Variety that the studio had chosen Lowden but had not officially announced its selection. His comments add intrigue to the ongoing casting process, although no official confirmation has been provided. Denis Villeneuve is set to direct the upcoming Bond film, which is targeting a 2028 release. Steven Knight, creator of </w:t>
      </w:r>
      <w:r>
        <w:rPr>
          <w:i/>
        </w:rPr>
        <w:t>Peaky Blinders</w:t>
      </w:r>
      <w:r>
        <w:t>, is writing the screenplay. The identity of the fourth finalist and the studio’s final choice remain unknown.</w:t>
      </w:r>
      <w:r/>
    </w:p>
    <w:p>
      <w:pPr>
        <w:pStyle w:val="ListNumber"/>
        <w:spacing w:line="240" w:lineRule="auto"/>
        <w:ind w:left="720"/>
      </w:pPr>
      <w:r/>
      <w:hyperlink r:id="rId11">
        <w:r>
          <w:rPr>
            <w:color w:val="0000EE"/>
            <w:u w:val="single"/>
          </w:rPr>
          <w:t>https://www.gamesradar.com/next-james-bond/</w:t>
        </w:r>
      </w:hyperlink>
      <w:r>
        <w:t xml:space="preserve"> - James Bond is returning in a new film directed by Denis Villeneuve, but Amazon MGM says it is in no hurry to cast Daniel Craig’s successor, emphasizing a careful and respectful process. Despite the lack of confirmation, speculation remains intense. Reported studio favorites include Harris Dickinson, Jacob Elordi, and Tom Holland, while Aaron Taylor-Johnson, Callum Turner, Tom Hardy, and Henry Cavill are also prominent contenders. The article assesses 27 possible candidates based on age, acting ability, action experience, charisma, industry rumors, and their own comments. Younger actors such as Sope Dirisu, Richard Madden, Jonathan Bailey, and Dickinson may suit a long-term franchise, while established stars including Hardy, Idris Elba, Cillian Murphy, and Cavill offer proven screen presence but face concerns about age, availability, or excessive fame. Other possibilities include Rege-Jean Page, Dev Patel, John Boyega, Daniel Kaluuya, and Chiwetel Ejiofor. Several actors have expressed interest or acknowledged the rumors, though Elba has repeatedly ruled himself out. The producers appear likely to retain Bond as a male character, making Lashana Lynch’s return as the lead less probable.</w:t>
      </w:r>
      <w:r/>
    </w:p>
    <w:p>
      <w:pPr>
        <w:pStyle w:val="ListNumber"/>
        <w:spacing w:line="240" w:lineRule="auto"/>
        <w:ind w:left="720"/>
      </w:pPr>
      <w:r/>
      <w:hyperlink r:id="rId13">
        <w:r>
          <w:rPr>
            <w:color w:val="0000EE"/>
            <w:u w:val="single"/>
          </w:rPr>
          <w:t>https://www.gamespot.com/articles/ben-whishaw-unsatisfied-in-no-time-to-dies-handling-of-qs-sexuality/1100-6500129/</w:t>
        </w:r>
      </w:hyperlink>
      <w:r>
        <w:t xml:space="preserve"> - Actor Ben Whishaw, who has played James Bond’s gadgets guru Q in 2012’s Skyfall, 2015’s Spectre, and 2021’s No Time to Die, has expressed his frustration in a new interview with how the franchise’s latest film underplays the reveal that his character is homosexual. During one scene in No Time to Die, Q offhandedly mentions having a date with a man–and that’s the extent of the film’s real estate for that character detail. “I don’t feel it was forced upon the studio,” Whishaw told The Guardian. “That was not my impression of how this came about. But I do feel that it was underplayed. I would have liked it to have been more of a thing.”</w:t>
      </w:r>
      <w:r/>
    </w:p>
    <w:p>
      <w:pPr>
        <w:pStyle w:val="ListNumber"/>
        <w:spacing w:line="240" w:lineRule="auto"/>
        <w:ind w:left="720"/>
      </w:pPr>
      <w:r/>
      <w:hyperlink r:id="rId14">
        <w:r>
          <w:rPr>
            <w:color w:val="0000EE"/>
            <w:u w:val="single"/>
          </w:rPr>
          <w:t>https://www.youtube.com/watch?v=JcpVrdoYM0k</w:t>
        </w:r>
      </w:hyperlink>
      <w:r>
        <w:t xml:space="preserve"> - In this interview, Ben Whishaw, who portrays Q in the James Bond franchise, discusses his return in No Time to Die and expresses his desire to see an openly gay actor, such as Luke Evans or Jonathan Bailey, take on the role of James Bond. He shares his thoughts on the potential impact of such casting and reflects on his own experiences within the industry.</w:t>
      </w:r>
      <w:r/>
    </w:p>
    <w:p>
      <w:pPr>
        <w:pStyle w:val="ListNumber"/>
        <w:spacing w:line="240" w:lineRule="auto"/>
        <w:ind w:left="720"/>
      </w:pPr>
      <w:r/>
      <w:hyperlink r:id="rId12">
        <w:r>
          <w:rPr>
            <w:color w:val="0000EE"/>
            <w:u w:val="single"/>
          </w:rPr>
          <w:t>https://www.oxfordchronicle.co.uk/2026/10/13/wallingford-actor-jonathan-bailey-odds-slashed-from-40-1-to-16-1-to-become-next-james-bond/</w:t>
        </w:r>
      </w:hyperlink>
      <w:r>
        <w:t xml:space="preserve"> - Jonathan Bailey, known for his role in Netflix’s Bridgerton and originally from the Wallingford area of Oxfordshire, has attracted the most significant betting interest in becoming the next James Bond. The 38-year-old performer has emerged as the most popular choice among gamblers, with his likelihood of securing the iconic 007 role increasing substantially after a surge in wagers. Odds on Bailey taking over the espionage franchise have been shortened dramatically from 40/1 to 16/1, according to information compiled by Oddschecker. While he does not currently lead the overall betting market, the actor who portrayed Viscount Anthony Bridgerton has accounted for 22 per cent of all bets placed this week on who will succeed Daniel Craig in the long-running spy series. His odds have improved enough to place him among the top six candidates, though Scottish performer Jack Lowden continues to dominate at 4/6 odds-on, with Callum Turner positioned at 5/4. The list of potential replacements also features Jack O’Connell alongside Robert Pattinson, Harris Dickinson, Henry Cavill and Aaron Taylor-Johnson. Bailey’s early years were spent in Oxfordshire before he established a career spanning both theatre and screen, earning recognition as one of Britain’s prominent acting talents. Beyond his breakthrough Bridgerton role, he has appeared in Fellow Travelers and featured in the cinematic adaptation of Wicked, sharing the screen with Cynthia Erivo and Ariana Grande. As anticipation builds among followers of the Bond franchise regarding the identity of the next leading man, Bailey’s increased support has positioned him as a notable contender in ongoing discussions.</w:t>
      </w:r>
      <w:r/>
    </w:p>
    <w:p>
      <w:pPr>
        <w:pStyle w:val="ListNumber"/>
        <w:spacing w:line="240" w:lineRule="auto"/>
        <w:ind w:left="720"/>
      </w:pPr>
      <w:r/>
      <w:hyperlink r:id="rId15">
        <w:r>
          <w:rPr>
            <w:color w:val="0000EE"/>
            <w:u w:val="single"/>
          </w:rPr>
          <w:t>https://www.youtube.com/watch?v=y41THTQ2-FQ</w:t>
        </w:r>
      </w:hyperlink>
      <w:r>
        <w:t xml:space="preserve"> - This video discusses the potential candidates for the next James Bond, including Jonathan Bailey, Tom Holland, and others. It explores the prospects of these actors taking on the iconic role and provides insights into the casting process and public opinions surrounding the selection of the new 007.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queer-actors-next-james-bond" TargetMode="External"/><Relationship Id="rId10" Type="http://schemas.openxmlformats.org/officeDocument/2006/relationships/hyperlink" Target="https://www.gamesradar.com/entertainment/james-bond-movies/the-search-for-the-next-james-bond-has-come-down-to-four-finalists-including-one-mystery-actor/" TargetMode="External"/><Relationship Id="rId11" Type="http://schemas.openxmlformats.org/officeDocument/2006/relationships/hyperlink" Target="https://www.gamesradar.com/next-james-bond/" TargetMode="External"/><Relationship Id="rId12" Type="http://schemas.openxmlformats.org/officeDocument/2006/relationships/hyperlink" Target="https://www.oxfordchronicle.co.uk/2026/10/13/wallingford-actor-jonathan-bailey-odds-slashed-from-40-1-to-16-1-to-become-next-james-bond/" TargetMode="External"/><Relationship Id="rId13" Type="http://schemas.openxmlformats.org/officeDocument/2006/relationships/hyperlink" Target="https://www.gamespot.com/articles/ben-whishaw-unsatisfied-in-no-time-to-dies-handling-of-qs-sexuality/1100-6500129/" TargetMode="External"/><Relationship Id="rId14" Type="http://schemas.openxmlformats.org/officeDocument/2006/relationships/hyperlink" Target="https://www.youtube.com/watch?v=JcpVrdoYM0k" TargetMode="External"/><Relationship Id="rId15" Type="http://schemas.openxmlformats.org/officeDocument/2006/relationships/hyperlink" Target="https://www.youtube.com/watch?v=y41THTQ2-F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