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2SLGBTQ+ Inclusion Session in Owen Sound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employers and community groups in Owen Sound are being invited to a free PFLAG session on 2SLGBTQ+ inclusion and allyship. Held at Owen Sound Public Library, the practical afternoon aims to build confidence around language, gender diversity and everyday support, while giving attendees a welcoming place to ask questions.</w:t>
      </w:r>
      <w:r/>
    </w:p>
    <w:p>
      <w:pPr>
        <w:pStyle w:val="Heading2"/>
      </w:pPr>
      <w:r>
        <w:t>Essential Takeaways</w:t>
      </w:r>
      <w:r/>
      <w:r/>
    </w:p>
    <w:p>
      <w:pPr>
        <w:pStyle w:val="ListBullet"/>
        <w:spacing w:line="240" w:lineRule="auto"/>
        <w:ind w:left="720"/>
      </w:pPr>
      <w:r/>
      <w:r>
        <w:rPr>
          <w:b/>
        </w:rPr>
        <w:t>Open to everyone:</w:t>
      </w:r>
      <w:r>
        <w:t xml:space="preserve"> The session is designed for residents, businesses, schools and community organisations.</w:t>
      </w:r>
      <w:r/>
    </w:p>
    <w:p>
      <w:pPr>
        <w:pStyle w:val="ListBullet"/>
        <w:spacing w:line="240" w:lineRule="auto"/>
        <w:ind w:left="720"/>
      </w:pPr>
      <w:r/>
      <w:r>
        <w:rPr>
          <w:b/>
        </w:rPr>
        <w:t>Practical focus:</w:t>
      </w:r>
      <w:r>
        <w:t xml:space="preserve"> Topics include allyship, terminology, gender journeys and creating safer spaces.</w:t>
      </w:r>
      <w:r/>
    </w:p>
    <w:p>
      <w:pPr>
        <w:pStyle w:val="ListBullet"/>
        <w:spacing w:line="240" w:lineRule="auto"/>
        <w:ind w:left="720"/>
      </w:pPr>
      <w:r/>
      <w:r>
        <w:rPr>
          <w:b/>
        </w:rPr>
        <w:t>Free refreshments:</w:t>
      </w:r>
      <w:r>
        <w:t xml:space="preserve"> Drinks and snacks are available from 1pm before the presentation begins.</w:t>
      </w:r>
      <w:r/>
    </w:p>
    <w:p>
      <w:pPr>
        <w:pStyle w:val="ListBullet"/>
        <w:spacing w:line="240" w:lineRule="auto"/>
        <w:ind w:left="720"/>
      </w:pPr>
      <w:r/>
      <w:r>
        <w:rPr>
          <w:b/>
        </w:rPr>
        <w:t>Local support:</w:t>
      </w:r>
      <w:r>
        <w:t xml:space="preserve"> PFLAG Owen Sound connects local people with a wider national support network.</w:t>
      </w:r>
      <w:r/>
    </w:p>
    <w:p>
      <w:pPr>
        <w:pStyle w:val="ListBullet"/>
        <w:spacing w:line="240" w:lineRule="auto"/>
        <w:ind w:left="720"/>
      </w:pPr>
      <w:r/>
      <w:r>
        <w:rPr>
          <w:b/>
        </w:rPr>
        <w:t>RSVP required:</w:t>
      </w:r>
      <w:r>
        <w:t xml:space="preserve"> Attendees should email the local chapter before going along.</w:t>
      </w:r>
      <w:r/>
      <w:r/>
    </w:p>
    <w:p>
      <w:pPr>
        <w:pStyle w:val="Heading2"/>
      </w:pPr>
      <w:r>
        <w:t>A friendly introduction to inclusion</w:t>
      </w:r>
      <w:r/>
    </w:p>
    <w:p>
      <w:r/>
      <w:r>
        <w:t>The strongest message from PFLAG Owen Sound's event is that inclusion doesn't have to begin with a grand gesture. It can start with learning someone's preferred language, listening without making assumptions and understanding how everyday environments can feel for gender-diverse people.</w:t>
      </w:r>
      <w:r/>
    </w:p>
    <w:p>
      <w:r/>
      <w:r>
        <w:t>The presentation takes place in the auditorium at Owen Sound Public Library, with refreshments from 1pm and the main session running from 1.30pm to 2.30pm. According to PFLAG Canada's Owen Sound chapter information, the local organisation supports 2SLGBTQ+ people and their families in the area.</w:t>
      </w:r>
      <w:r/>
    </w:p>
    <w:p>
      <w:pPr>
        <w:pStyle w:val="Heading2"/>
      </w:pPr>
      <w:r>
        <w:t>What the free PFLAG session will cover</w:t>
      </w:r>
      <w:r/>
    </w:p>
    <w:p>
      <w:r/>
      <w:r>
        <w:t>The hour-long presentation is set to explain what PFLAG does locally, as well as the role allies can play at work, in schools and across community groups. It will also cover essential 2SLGBTQ+ terminology and the basics of different identities.</w:t>
      </w:r>
      <w:r/>
    </w:p>
    <w:p>
      <w:r/>
      <w:r>
        <w:t>A further focus will be gender journeys and the experiences of gender-diverse people. That combination should make the event useful for complete beginners, while still offering a practical refresher for organisations reviewing their policies and culture.</w:t>
      </w:r>
      <w:r/>
    </w:p>
    <w:p>
      <w:r/>
      <w:r>
        <w:t>PFLAG Canada's workshop programme similarly centres on education, conversation and practical allyship, rather than expecting people to arrive as experts. That matters because many people are willing to help but aren't always sure how to begin.</w:t>
      </w:r>
      <w:r/>
    </w:p>
    <w:p>
      <w:pPr>
        <w:pStyle w:val="Heading2"/>
      </w:pPr>
      <w:r>
        <w:t>Why workplaces and community groups are paying attention</w:t>
      </w:r>
      <w:r/>
    </w:p>
    <w:p>
      <w:r/>
      <w:r>
        <w:t>For employers and local organisations, inclusive language is only one piece of the puzzle. The event will look at how workplaces, schools and other shared spaces can become safer and more welcoming, which may include reviewing forms, signage, policies and staff expectations.</w:t>
      </w:r>
      <w:r/>
    </w:p>
    <w:p>
      <w:r/>
      <w:r>
        <w:t>Owen Sound's Pride celebrations have also highlighted the importance of visible community support, according to Bayshore Broadcasting. A workshop such as this offers a quieter, more reflective companion to public celebrations, giving people time to ask the questions they might not raise in a parade crowd.</w:t>
      </w:r>
      <w:r/>
    </w:p>
    <w:p>
      <w:pPr>
        <w:pStyle w:val="Heading2"/>
      </w:pPr>
      <w:r>
        <w:t>A useful event for curious allies</w:t>
      </w:r>
      <w:r/>
    </w:p>
    <w:p>
      <w:r/>
      <w:r>
        <w:t>Attendees don't need to identify as 2SLGBTQ+ to take part. The organisers are specifically welcoming people who want to learn more, including business owners, community leaders, residents and anyone hoping to become a more confident ally.</w:t>
      </w:r>
      <w:r/>
    </w:p>
    <w:p>
      <w:r/>
      <w:r>
        <w:t>That makes the session particularly useful for people who worry about saying the wrong thing. A respectful question, a willingness to listen and a little preparation can go a long way, and the chance to ask questions directly should make the afternoon feel approachable rather than intimidating.</w:t>
      </w:r>
      <w:r/>
    </w:p>
    <w:p>
      <w:pPr>
        <w:pStyle w:val="Heading2"/>
      </w:pPr>
      <w:r>
        <w:t>How to attend in Owen Sound</w:t>
      </w:r>
      <w:r/>
    </w:p>
    <w:p>
      <w:r/>
      <w:r>
        <w:t>The presentation is scheduled for Friday, 27 November, at Owen Sound Public Library, 824 1st Avenue West. Refreshments begin at 1pm, followed by the presentation at 1.30pm.</w:t>
      </w:r>
      <w:r/>
    </w:p>
    <w:p>
      <w:r/>
      <w:r>
        <w:t>Organisers ask people to RSVP by emailing owensoundon@pflagcanada.ca. Questions can be sent to Nina and Erin at the same address. With limited time and a focused programme, booking ahead is the simplest way to signal interest and help the organisers prepare.</w:t>
      </w:r>
      <w:r/>
    </w:p>
    <w:p>
      <w:r/>
      <w:r>
        <w:t>Small, informed actions can make a shared space feel safer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1">
        <w:r>
          <w:rPr>
            <w:color w:val="0000EE"/>
            <w:u w:val="single"/>
          </w:rPr>
          <w:t>[4]</w:t>
        </w:r>
      </w:hyperlink>
      <w:r>
        <w:t xml:space="preserve">, </w:t>
      </w:r>
      <w:hyperlink r:id="rId14">
        <w:r>
          <w:rPr>
            <w:color w:val="0000EE"/>
            <w:u w:val="single"/>
          </w:rPr>
          <w:t>[6]</w:t>
        </w:r>
      </w:hyperlink>
      <w:r>
        <w:t xml:space="preserve">- Paragraph 5: </w:t>
      </w:r>
      <w:hyperlink r:id="rId12">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[7]</w:t>
        </w:r>
      </w:hyperlink>
      <w:r>
        <w:t xml:space="preserve">- Paragraph 7: </w:t>
      </w:r>
      <w:hyperlink r:id="rId9">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9">
        <w:r>
          <w:rPr>
            <w:color w:val="0000EE"/>
            <w:u w:val="single"/>
          </w:rPr>
          <w:t>[3]</w:t>
        </w:r>
      </w:hyperlink>
      <w:r>
        <w:t xml:space="preserve">- Paragraph 9: </w:t>
      </w:r>
      <w:hyperlink r:id="rId9">
        <w:r>
          <w:rPr>
            <w:color w:val="0000EE"/>
            <w:u w:val="single"/>
          </w:rPr>
          <w:t>[3]</w:t>
        </w:r>
      </w:hyperlink>
      <w:r>
        <w:t xml:space="preserve">, </w:t>
      </w:r>
      <w:hyperlink r:id="rId13">
        <w:r>
          <w:rPr>
            <w:color w:val="0000EE"/>
            <w:u w:val="single"/>
          </w:rPr>
          <w:t>[7]</w:t>
        </w:r>
      </w:hyperlink>
      <w:r>
        <w:t xml:space="preserve">- Paragraph 10: </w:t>
      </w:r>
      <w:hyperlink r:id="rId11">
        <w:r>
          <w:rPr>
            <w:color w:val="0000EE"/>
            <w:u w:val="single"/>
          </w:rPr>
          <w:t>[4]</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9">
        <w:r>
          <w:rPr>
            <w:color w:val="0000EE"/>
            <w:u w:val="single"/>
          </w:rPr>
          <w:t>[3]</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9">
        <w:r>
          <w:rPr>
            <w:color w:val="0000EE"/>
            <w:u w:val="single"/>
          </w:rPr>
          <w:t>[3]</w:t>
        </w:r>
      </w:hyperlink>
      <w:r>
        <w:t xml:space="preserve">- Paragraph 14: </w:t>
      </w:r>
      <w:hyperlink r:id="rId9">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https://www.owensoundcurrent.com/p/pflag-owen-sound-offers-free-session</w:t>
        </w:r>
      </w:hyperlink>
      <w:r>
        <w:t xml:space="preserve"> - Please view link - unable to able to access data</w:t>
      </w:r>
      <w:r/>
    </w:p>
    <w:p>
      <w:pPr>
        <w:pStyle w:val="ListNumber"/>
        <w:spacing w:line="240" w:lineRule="auto"/>
        <w:ind w:left="720"/>
      </w:pPr>
      <w:r/>
      <w:hyperlink r:id="rId10">
        <w:r>
          <w:rPr>
            <w:color w:val="0000EE"/>
            <w:u w:val="single"/>
          </w:rPr>
          <w:t>https://pflagcanada.ca/chapter/pflag-owen-sound/</w:t>
        </w:r>
      </w:hyperlink>
      <w:r>
        <w:t xml:space="preserve"> - PFLAG Owen Sound is a local, volunteer-run chapter of PFLAG Canada, providing confidential peer-to-peer support, education, and resources for 2SLGBTQIA+ individuals, families, and allies in Grey and Bruce counties. They advocate for a supportive, just, and caring community, focusing on sexual orientation, gender identity, and expression. Meetings are held on the third Tuesday of every month at the Owen Sound Public Library, with virtual meetings available upon request. The chapter also offers local resources and contact information for further support.</w:t>
      </w:r>
      <w:r/>
    </w:p>
    <w:p>
      <w:pPr>
        <w:pStyle w:val="ListNumber"/>
        <w:spacing w:line="240" w:lineRule="auto"/>
        <w:ind w:left="720"/>
      </w:pPr>
      <w:r/>
      <w:hyperlink r:id="rId9">
        <w:r>
          <w:rPr>
            <w:color w:val="0000EE"/>
            <w:u w:val="single"/>
          </w:rPr>
          <w:t>https://www.owensoundcurrent.com/p/pflag-owen-sound-offers-free-session</w:t>
        </w:r>
      </w:hyperlink>
      <w:r>
        <w:t xml:space="preserve"> - PFLAG Owen Sound is hosting a free session on 2SLGBTQ+ inclusion and allyship at the Owen Sound Public Library on Friday, November 27. The event aims to educate attendees on PFLAG's local support, the role of allies, 2SLGBTQ+ terminology, gender-diverse experiences, and creating safer, more welcoming environments in workplaces, schools, and organizations. The session is open to everyone, with refreshments starting at 1 p.m. and the presentation from 1:30 to 2:30 p.m. Attendees are encouraged to RSVP by email.</w:t>
      </w:r>
      <w:r/>
    </w:p>
    <w:p>
      <w:pPr>
        <w:pStyle w:val="ListNumber"/>
        <w:spacing w:line="240" w:lineRule="auto"/>
        <w:ind w:left="720"/>
      </w:pPr>
      <w:r/>
      <w:hyperlink r:id="rId11">
        <w:r>
          <w:rPr>
            <w:color w:val="0000EE"/>
            <w:u w:val="single"/>
          </w:rPr>
          <w:t>https://www.owensoundcurrent.com/p/join-the-7th-annual-pride-parade</w:t>
        </w:r>
      </w:hyperlink>
      <w:r>
        <w:t xml:space="preserve"> - Grey Bruce Pride is hosting its 7th Annual Pride Parade and Queer Futures Block Party in Owen Sound on June 21. The event features a parade starting at 2:00 PM along 2nd Avenue East, followed by live music, vendors, family activities, and community care spaces. The parade route remains the same as previous years, and the event aims to celebrate and support the 2SLGBTQ+ community in the region.</w:t>
      </w:r>
      <w:r/>
    </w:p>
    <w:p>
      <w:pPr>
        <w:pStyle w:val="ListNumber"/>
        <w:spacing w:line="240" w:lineRule="auto"/>
        <w:ind w:left="720"/>
      </w:pPr>
      <w:r/>
      <w:hyperlink r:id="rId12">
        <w:r>
          <w:rPr>
            <w:color w:val="0000EE"/>
            <w:u w:val="single"/>
          </w:rPr>
          <w:t>https://www.bayshorebroadcasting.ca/2023/06/30/owen-sound-mayor-ian-boddy/</w:t>
        </w:r>
      </w:hyperlink>
      <w:r>
        <w:t xml:space="preserve"> - Owen Sound Mayor Ian Boddy condemned recent hateful letters targeting residents displaying Pride flags. In a statement, he emphasized that such actions are unacceptable and do not reflect the city's core values. Mayor Boddy expressed solidarity with the 2S-LGBTQQIAP+ community, denouncing hate speech, discrimination, and harassment, and reaffirming the city's commitment to diversity and inclusion.</w:t>
      </w:r>
      <w:r/>
    </w:p>
    <w:p>
      <w:pPr>
        <w:pStyle w:val="ListNumber"/>
        <w:spacing w:line="240" w:lineRule="auto"/>
        <w:ind w:left="720"/>
      </w:pPr>
      <w:r/>
      <w:hyperlink r:id="rId14">
        <w:r>
          <w:rPr>
            <w:color w:val="0000EE"/>
            <w:u w:val="single"/>
          </w:rPr>
          <w:t>https://www.bayshorebroadcasting.ca/2023/06/18/owen-sound-celebrates-its-pride/</w:t>
        </w:r>
      </w:hyperlink>
      <w:r>
        <w:t xml:space="preserve"> - Owen Sound celebrated inclusion and diversity with its annual Pride parade on June 17, 2023. The parade, organized by Grey Bruce Pride, featured over 400 participants and showcased a vibrant display of support for the 2S-LGBTQQIAP+ community. Local resident Nicole Campbell highlighted the city's inclusive culture and the importance of celebrating Pride events, especially for those in other places who may not have the freedom to do so.</w:t>
      </w:r>
      <w:r/>
    </w:p>
    <w:p>
      <w:pPr>
        <w:pStyle w:val="ListNumber"/>
        <w:spacing w:line="240" w:lineRule="auto"/>
        <w:ind w:left="720"/>
      </w:pPr>
      <w:r/>
      <w:hyperlink r:id="rId13">
        <w:r>
          <w:rPr>
            <w:color w:val="0000EE"/>
            <w:u w:val="single"/>
          </w:rPr>
          <w:t>https://www.torontopflag.org/workshops/</w:t>
        </w:r>
      </w:hyperlink>
      <w:r>
        <w:t xml:space="preserve"> - Toronto Pflag offers workshops aimed at fostering inclusivity and allyship within the 2SLGBTQIA+ community. Sessions include 'How to Be an Ally,' covering basic 2SLGBTQIA+ language and concepts, and 'Allyship: Beyond the Basics,' focusing on active support for 2SLGBTQIA+ individuals and their families. These workshops are available virtually or in person and are designed to educate and empower participants to create more welcoming environments.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wensoundcurrent.com/p/pflag-owen-sound-offers-free-session" TargetMode="External"/><Relationship Id="rId10" Type="http://schemas.openxmlformats.org/officeDocument/2006/relationships/hyperlink" Target="https://pflagcanada.ca/chapter/pflag-owen-sound/" TargetMode="External"/><Relationship Id="rId11" Type="http://schemas.openxmlformats.org/officeDocument/2006/relationships/hyperlink" Target="https://www.owensoundcurrent.com/p/join-the-7th-annual-pride-parade" TargetMode="External"/><Relationship Id="rId12" Type="http://schemas.openxmlformats.org/officeDocument/2006/relationships/hyperlink" Target="https://www.bayshorebroadcasting.ca/2023/06/30/owen-sound-mayor-ian-boddy/" TargetMode="External"/><Relationship Id="rId13" Type="http://schemas.openxmlformats.org/officeDocument/2006/relationships/hyperlink" Target="https://www.torontopflag.org/workshops/" TargetMode="External"/><Relationship Id="rId14" Type="http://schemas.openxmlformats.org/officeDocument/2006/relationships/hyperlink" Target="https://www.bayshorebroadcasting.ca/2023/06/18/owen-sound-celebrates-its-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