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Dating Green Flags Gay Men Say Make Someone a Keeper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are swapping red-flag horror stories for the quieter signs of a healthy relationship, from thoughtful gestures to honest communication. A viral Threads conversation has highlighted the small, easily missed habits that make dating feel safe, affectionate and genuinely mutual, offering useful clues for anyone looking for lasting connection.</w:t>
      </w:r>
      <w:r/>
    </w:p>
    <w:p>
      <w:pPr>
        <w:pStyle w:val="Heading2"/>
      </w:pPr>
      <w:r>
        <w:t>Essential Takeaways</w:t>
      </w:r>
      <w:r/>
      <w:r/>
    </w:p>
    <w:p>
      <w:pPr>
        <w:pStyle w:val="ListBullet"/>
        <w:spacing w:line="240" w:lineRule="auto"/>
        <w:ind w:left="720"/>
      </w:pPr>
      <w:r/>
      <w:r>
        <w:rPr>
          <w:b/>
        </w:rPr>
        <w:t>Thoughtfulness matters:</w:t>
      </w:r>
      <w:r>
        <w:t xml:space="preserve"> Small, unprompted gestures can show someone is paying attention.</w:t>
      </w:r>
      <w:r/>
    </w:p>
    <w:p>
      <w:pPr>
        <w:pStyle w:val="ListBullet"/>
        <w:spacing w:line="240" w:lineRule="auto"/>
        <w:ind w:left="720"/>
      </w:pPr>
      <w:r/>
      <w:r>
        <w:rPr>
          <w:b/>
        </w:rPr>
        <w:t>Warm communication counts:</w:t>
      </w:r>
      <w:r>
        <w:t xml:space="preserve"> Depth, humour and emotional honesty are powerful relationship green flags.</w:t>
      </w:r>
      <w:r/>
    </w:p>
    <w:p>
      <w:pPr>
        <w:pStyle w:val="ListBullet"/>
        <w:spacing w:line="240" w:lineRule="auto"/>
        <w:ind w:left="720"/>
      </w:pPr>
      <w:r/>
      <w:r>
        <w:rPr>
          <w:b/>
        </w:rPr>
        <w:t>Affection should feel natural:</w:t>
      </w:r>
      <w:r>
        <w:t xml:space="preserve"> Genuine compliments and everyday physical reassurance can build security.</w:t>
      </w:r>
      <w:r/>
    </w:p>
    <w:p>
      <w:pPr>
        <w:pStyle w:val="ListBullet"/>
        <w:spacing w:line="240" w:lineRule="auto"/>
        <w:ind w:left="720"/>
      </w:pPr>
      <w:r/>
      <w:r>
        <w:rPr>
          <w:b/>
        </w:rPr>
        <w:t>Conflict reveals character:</w:t>
      </w:r>
      <w:r>
        <w:t xml:space="preserve"> A partner who can listen without becoming defensive is worth noticing.</w:t>
      </w:r>
      <w:r/>
    </w:p>
    <w:p>
      <w:pPr>
        <w:pStyle w:val="ListBullet"/>
        <w:spacing w:line="240" w:lineRule="auto"/>
        <w:ind w:left="720"/>
      </w:pPr>
      <w:r/>
      <w:r>
        <w:rPr>
          <w:b/>
        </w:rPr>
        <w:t>Context still matters:</w:t>
      </w:r>
      <w:r>
        <w:t xml:space="preserve"> Green flags suggest compatibility, but they don't guarantee a perfect match.</w:t>
      </w:r>
      <w:r/>
      <w:r/>
    </w:p>
    <w:p>
      <w:pPr>
        <w:pStyle w:val="Heading2"/>
      </w:pPr>
      <w:r>
        <w:t>The quiet gestures often say the most</w:t>
      </w:r>
      <w:r/>
    </w:p>
    <w:p>
      <w:r/>
      <w:r>
        <w:t>The biggest dating green flags aren't always dramatic declarations. According to Queerty's account of the viral Threads discussion, gay men repeatedly pointed to ordinary acts of consideration, such as making a partner a drink while preparing one for themselves or bringing home a snack without being asked.</w:t>
      </w:r>
      <w:r/>
    </w:p>
    <w:p>
      <w:r/>
      <w:r>
        <w:t>That kind of behaviour has a soft, almost domestic charm. It says, "I thought of you," without demanding applause. Relationship advice from Cosmopolitan similarly treats consistent consideration as more meaningful than occasional grand gestures, particularly when it becomes part of a person's normal rhythm.</w:t>
      </w:r>
      <w:r/>
    </w:p>
    <w:p>
      <w:r/>
      <w:r>
        <w:t>These moments can be easy to overlook when dating feels exciting and new. But over time, they reveal whether someone's attention is focused only on romance or also on the practical details of sharing a life.</w:t>
      </w:r>
      <w:r/>
    </w:p>
    <w:p>
      <w:pPr>
        <w:pStyle w:val="Heading2"/>
      </w:pPr>
      <w:r>
        <w:t>Compliments should feel sincere, not scripted</w:t>
      </w:r>
      <w:r/>
    </w:p>
    <w:p>
      <w:r/>
      <w:r>
        <w:t>Another theme in the conversation was spontaneous reassurance. Men described being told they looked attractive in relaxed clothes, or being drawn closer while walking together after dark. Those gestures combine affection with a subtle sense of care, which can make a relationship feel both romantic and secure.</w:t>
      </w:r>
      <w:r/>
    </w:p>
    <w:p>
      <w:r/>
      <w:r>
        <w:t>Self's guidance on healthy relationships places similar weight on respect, emotional safety and the freedom to feel accepted as yourself. A compliment lands differently when it isn't reserved for dressed-up occasions or used as a shortcut around more meaningful communication.</w:t>
      </w:r>
      <w:r/>
    </w:p>
    <w:p>
      <w:r/>
      <w:r>
        <w:t>Of course, nobody needs constant praise to feel loved. The useful question is whether affection feels genuine and freely offered, rather than rationed, performative or dependent on getting something in return.</w:t>
      </w:r>
      <w:r/>
    </w:p>
    <w:p>
      <w:pPr>
        <w:pStyle w:val="Heading2"/>
      </w:pPr>
      <w:r>
        <w:t>Good conversation is a green flag too</w:t>
      </w:r>
      <w:r/>
    </w:p>
    <w:p>
      <w:r/>
      <w:r>
        <w:t>Chemistry can start with flirtation, but long-term compatibility usually needs more fuel. Queerty's respondents highlighted conversations with substance and humour, alongside partners who could handle disagreement without instantly becoming defensive.</w:t>
      </w:r>
      <w:r/>
    </w:p>
    <w:p>
      <w:r/>
      <w:r>
        <w:t>That matters because communication isn't just about talking often. It's about being able to explain what you need, listen to an uncomfortable answer and return to the subject after emotions have cooled. Relationship experts cited by SELF and LoveRedFlags identify emotional openness, active listening and respectful conflict as foundations of a healthier partnership.</w:t>
      </w:r>
      <w:r/>
    </w:p>
    <w:p>
      <w:r/>
      <w:r>
        <w:t>A useful early test is to notice what happens when a small misunderstanding appears. Does the other person ask questions and try to repair the moment, or does the atmosphere turn into blame and silence? Nobody handles every conversation perfectly, but willingness to engage is a strong sign.</w:t>
      </w:r>
      <w:r/>
    </w:p>
    <w:p>
      <w:pPr>
        <w:pStyle w:val="Heading2"/>
      </w:pPr>
      <w:r>
        <w:t>Look for consistency rather than a perfect performance</w:t>
      </w:r>
      <w:r/>
    </w:p>
    <w:p>
      <w:r/>
      <w:r>
        <w:t>Green flags can be tempting to treat as a checklist, especially when dating apps encourage quick judgements. But a kind message, a thoughtful coffee or a charming compliment means more when it forms part of a wider pattern.</w:t>
      </w:r>
      <w:r/>
    </w:p>
    <w:p>
      <w:r/>
      <w:r>
        <w:t>Guidance from MyLoveVerse and FlagMyChat emphasises reliability, respect for boundaries and support that continues beyond the honeymoon phase. That doesn't mean a partner must be endlessly available or flawlessly calm. It means their actions generally match their words, and care doesn't vanish the moment things become inconvenient.</w:t>
      </w:r>
      <w:r/>
    </w:p>
    <w:p>
      <w:r/>
      <w:r>
        <w:t>This is also where compatibility comes in. Someone can be attentive, honest and affectionate, yet still want a completely different future. Green flags are evidence of healthy behaviour, not a guarantee that two people belong together.</w:t>
      </w:r>
      <w:r/>
    </w:p>
    <w:p>
      <w:pPr>
        <w:pStyle w:val="Heading2"/>
      </w:pPr>
      <w:r>
        <w:t>The best signs are the ones you can return</w:t>
      </w:r>
      <w:r/>
    </w:p>
    <w:p>
      <w:r/>
      <w:r>
        <w:t>The viral discussion also offered a gentle reminder that green flags aren't only traits to seek in someone else. If you value encouragement, thoughtful check-ins and honest conversations, those are habits worth practising yourself.</w:t>
      </w:r>
      <w:r/>
    </w:p>
    <w:p>
      <w:r/>
      <w:r>
        <w:t>MillionaireMatch's dating advice similarly frames healthy interest as reciprocal rather than one-sided. A relationship feels safer when both people notice each other's needs, make room for difficult feelings and offer affection without keeping score.</w:t>
      </w:r>
      <w:r/>
    </w:p>
    <w:p>
      <w:r/>
      <w:r>
        <w:t>So, rather than waiting for one spectacular sign, pay attention to the quiet pattern. The person who remembers your preferences, listens properly and makes ordinary days feel a little easier may be showing you more than the loudest romantic gesture ever could.</w:t>
      </w:r>
      <w:r/>
    </w:p>
    <w:p>
      <w:r/>
      <w:r>
        <w:t>It's often the small, steady kindnesses that make love feel like a place to land.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https://www.queerty.com/gay-men-share-the-underrated-dating-green-flags-that-make-someone-a-keeper-20261026/</w:t>
        </w:r>
      </w:hyperlink>
      <w:r>
        <w:t xml:space="preserve"> - Please view link - unable to able to access data</w:t>
      </w:r>
      <w:r/>
    </w:p>
    <w:p>
      <w:pPr>
        <w:pStyle w:val="ListNumber"/>
        <w:spacing w:line="240" w:lineRule="auto"/>
        <w:ind w:left="720"/>
      </w:pPr>
      <w:r/>
      <w:hyperlink r:id="rId10">
        <w:r>
          <w:rPr>
            <w:color w:val="0000EE"/>
            <w:u w:val="single"/>
          </w:rPr>
          <w:t>https://www.cosmopolitan.com/relationships/a60829362/green-flags-in-relationships/</w:t>
        </w:r>
      </w:hyperlink>
      <w:r>
        <w:t xml:space="preserve"> - This article from Cosmopolitan highlights ten key green flags in relationships, including the ability to be vulnerable, effective communication, kindness, self-awareness, and a willingness to grow. It emphasizes that these signs indicate a healthy and promising relationship, suggesting that a partner who can openly express feelings and engage in honest conversations is a strong indicator of a keeper.</w:t>
      </w:r>
      <w:r/>
    </w:p>
    <w:p>
      <w:pPr>
        <w:pStyle w:val="ListNumber"/>
        <w:spacing w:line="240" w:lineRule="auto"/>
        <w:ind w:left="720"/>
      </w:pPr>
      <w:r/>
      <w:hyperlink r:id="rId12">
        <w:r>
          <w:rPr>
            <w:color w:val="0000EE"/>
            <w:u w:val="single"/>
          </w:rPr>
          <w:t>https://www.self.com/story/relationship-green-flags</w:t>
        </w:r>
      </w:hyperlink>
      <w:r>
        <w:t xml:space="preserve"> - SELF magazine discusses various green flags in relationships, focusing on the importance of expressing feelings and effective communication. It notes that a partner who can talk openly about their emotions and is willing to work on their communication skills is a positive sign, as it fosters closeness and security in the relationship.</w:t>
      </w:r>
      <w:r/>
    </w:p>
    <w:p>
      <w:pPr>
        <w:pStyle w:val="ListNumber"/>
        <w:spacing w:line="240" w:lineRule="auto"/>
        <w:ind w:left="720"/>
      </w:pPr>
      <w:r/>
      <w:hyperlink r:id="rId11">
        <w:r>
          <w:rPr>
            <w:color w:val="0000EE"/>
            <w:u w:val="single"/>
          </w:rPr>
          <w:t>https://www.flagmychat.com/blog/green-flags-in-a-relationship</w:t>
        </w:r>
      </w:hyperlink>
      <w:r>
        <w:t xml:space="preserve"> - FlagMyChat provides a list of fifteen green flags in relationships, such as consistency, respect for boundaries, and honest communication. The article emphasizes that these signs indicate a safe and healthy relationship, highlighting the importance of mutual respect and open communication in building trust and intimacy.</w:t>
      </w:r>
      <w:r/>
    </w:p>
    <w:p>
      <w:pPr>
        <w:pStyle w:val="ListNumber"/>
        <w:spacing w:line="240" w:lineRule="auto"/>
        <w:ind w:left="720"/>
      </w:pPr>
      <w:r/>
      <w:hyperlink r:id="rId13">
        <w:r>
          <w:rPr>
            <w:color w:val="0000EE"/>
            <w:u w:val="single"/>
          </w:rPr>
          <w:t>https://www.myloveverse.com/relationship-advice/green-flags/green-flags-healthy-relationship</w:t>
        </w:r>
      </w:hyperlink>
      <w:r>
        <w:t xml:space="preserve"> - LoveVerse outlines twenty-five green flags of a healthy relationship, including respect for boundaries, emotional safety, and consistent communication. The article underscores that these signs are consistent patterns over time, indicating a genuinely healthy relationship where both partners feel valued and understood.</w:t>
      </w:r>
      <w:r/>
    </w:p>
    <w:p>
      <w:pPr>
        <w:pStyle w:val="ListNumber"/>
        <w:spacing w:line="240" w:lineRule="auto"/>
        <w:ind w:left="720"/>
      </w:pPr>
      <w:r/>
      <w:hyperlink r:id="rId14">
        <w:r>
          <w:rPr>
            <w:color w:val="0000EE"/>
            <w:u w:val="single"/>
          </w:rPr>
          <w:t>https://www.millionairematch.com/dating-tips/green-flags-in-men</w:t>
        </w:r>
      </w:hyperlink>
      <w:r>
        <w:t xml:space="preserve"> - MillionaireMatch discusses key green flags in men, such as consistent communication, respect for boundaries, and emotional availability. The article highlights that these behaviors contribute to stable, supportive, and long-lasting relationships, suggesting that recognizing these signs can help in making better relationship decisions.</w:t>
      </w:r>
      <w:r/>
    </w:p>
    <w:p>
      <w:pPr>
        <w:pStyle w:val="ListNumber"/>
        <w:spacing w:line="240" w:lineRule="auto"/>
        <w:ind w:left="720"/>
      </w:pPr>
      <w:r/>
      <w:hyperlink r:id="rId15">
        <w:r>
          <w:rPr>
            <w:color w:val="0000EE"/>
            <w:u w:val="single"/>
          </w:rPr>
          <w:t>https://www.loveredflags.com/blog/signs-of-healthy-relationship</w:t>
        </w:r>
      </w:hyperlink>
      <w:r>
        <w:t xml:space="preserve"> - LoveRedFlags.com identifies ten signs of a truly healthy relationship, including feeling calm, mutual ownership of mistakes, and the ability to disagree without threatening the relationship. The article emphasizes that recognizing these green flags helps in building healthier relationships and appreciating healthy partners.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gay-men-share-the-underrated-dating-green-flags-that-make-someone-a-keeper-20261026/" TargetMode="External"/><Relationship Id="rId10" Type="http://schemas.openxmlformats.org/officeDocument/2006/relationships/hyperlink" Target="https://www.cosmopolitan.com/relationships/a60829362/green-flags-in-relationships/" TargetMode="External"/><Relationship Id="rId11" Type="http://schemas.openxmlformats.org/officeDocument/2006/relationships/hyperlink" Target="https://www.flagmychat.com/blog/green-flags-in-a-relationship" TargetMode="External"/><Relationship Id="rId12" Type="http://schemas.openxmlformats.org/officeDocument/2006/relationships/hyperlink" Target="https://www.self.com/story/relationship-green-flags" TargetMode="External"/><Relationship Id="rId13" Type="http://schemas.openxmlformats.org/officeDocument/2006/relationships/hyperlink" Target="https://www.myloveverse.com/relationship-advice/green-flags/green-flags-healthy-relationship" TargetMode="External"/><Relationship Id="rId14" Type="http://schemas.openxmlformats.org/officeDocument/2006/relationships/hyperlink" Target="https://www.millionairematch.com/dating-tips/green-flags-in-men" TargetMode="External"/><Relationship Id="rId15" Type="http://schemas.openxmlformats.org/officeDocument/2006/relationships/hyperlink" Target="https://www.loveredflags.com/blog/signs-of-healthy-relationsh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