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Dallas Halloween Block Party Costumes Bring Oak Lawn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partygoers and costume fans turned Dallas’ Oak Lawn into a glittering, wonderfully chaotic stage for the 2026 Halloween Block Party. From horror villains and cartoon favourites to drag-inspired creations, the annual Cedar Springs celebration mattered because it offered the city’s LGBTQ+ community a joyful, wildly imaginative night out.</w:t>
      </w:r>
      <w:r/>
    </w:p>
    <w:p>
      <w:pPr>
        <w:pStyle w:val="Heading2"/>
      </w:pPr>
      <w:r>
        <w:t>Essential Takeaways</w:t>
      </w:r>
      <w:r/>
      <w:r/>
    </w:p>
    <w:p>
      <w:pPr>
        <w:pStyle w:val="ListBullet"/>
        <w:spacing w:line="240" w:lineRule="auto"/>
        <w:ind w:left="720"/>
      </w:pPr>
      <w:r/>
      <w:r>
        <w:rPr>
          <w:b/>
        </w:rPr>
        <w:t>Oak Lawn was the backdrop:</w:t>
      </w:r>
      <w:r>
        <w:t xml:space="preserve"> The Cedar Springs Strip hosted Dallas’ biggest Halloween celebration.</w:t>
      </w:r>
      <w:r/>
    </w:p>
    <w:p>
      <w:pPr>
        <w:pStyle w:val="ListBullet"/>
        <w:spacing w:line="240" w:lineRule="auto"/>
        <w:ind w:left="720"/>
      </w:pPr>
      <w:r/>
      <w:r>
        <w:rPr>
          <w:b/>
        </w:rPr>
        <w:t>Costumes went gloriously wide:</w:t>
      </w:r>
      <w:r>
        <w:t xml:space="preserve"> Guests arrived as pop icons, film characters, cartoons, monsters and campy concepts.</w:t>
      </w:r>
      <w:r/>
    </w:p>
    <w:p>
      <w:pPr>
        <w:pStyle w:val="ListBullet"/>
        <w:spacing w:line="240" w:lineRule="auto"/>
        <w:ind w:left="720"/>
      </w:pPr>
      <w:r/>
      <w:r>
        <w:rPr>
          <w:b/>
        </w:rPr>
        <w:t>The bars joined in:</w:t>
      </w:r>
      <w:r>
        <w:t xml:space="preserve"> Round-Up Saloon, S4 and Lava became packed extensions of the street party.</w:t>
      </w:r>
      <w:r/>
    </w:p>
    <w:p>
      <w:pPr>
        <w:pStyle w:val="ListBullet"/>
        <w:spacing w:line="240" w:lineRule="auto"/>
        <w:ind w:left="720"/>
      </w:pPr>
      <w:r/>
      <w:r>
        <w:rPr>
          <w:b/>
        </w:rPr>
        <w:t>The mood was playful:</w:t>
      </w:r>
      <w:r>
        <w:t xml:space="preserve"> Group costumes, couples’ outfits and drag references kept the night colourful.</w:t>
      </w:r>
      <w:r/>
    </w:p>
    <w:p>
      <w:pPr>
        <w:pStyle w:val="ListBullet"/>
        <w:spacing w:line="240" w:lineRule="auto"/>
        <w:ind w:left="720"/>
      </w:pPr>
      <w:r/>
      <w:r>
        <w:rPr>
          <w:b/>
        </w:rPr>
        <w:t>Halloween isn’t over:</w:t>
      </w:r>
      <w:r>
        <w:t xml:space="preserve"> With the holiday falling on a Saturday, Dallas still has plenty of room for another dressed-up weekend.</w:t>
      </w:r>
      <w:r/>
      <w:r/>
    </w:p>
    <w:p>
      <w:pPr>
        <w:pStyle w:val="Heading2"/>
      </w:pPr>
      <w:r>
        <w:t>Oak Lawn turns costume night into theatre</w:t>
      </w:r>
      <w:r/>
    </w:p>
    <w:p>
      <w:r/>
      <w:r>
        <w:t>The strongest impression from the Dallas Halloween Block Party wasn’t just the volume of people. It was the sheer range of looks, from polished character costumes to outfits that seemed to have been invented five minutes before leaving home.</w:t>
      </w:r>
      <w:r/>
    </w:p>
    <w:p>
      <w:r/>
      <w:r>
        <w:t>The Cedar Springs Strip gave everything extra energy. Bright wigs, dramatic make-up and elaborate accessories stood out against the night, while the surrounding crowds turned the pavement into something between a street festival and a giant live-action sketch show. Dallasites101 describes Oak Lawn as one of the city’s most recognisable neighbourhoods, and on Halloween, its personality was impossible to miss.</w:t>
      </w:r>
      <w:r/>
    </w:p>
    <w:p>
      <w:pPr>
        <w:pStyle w:val="Heading2"/>
      </w:pPr>
      <w:r>
        <w:t>The best costumes refused to play it safe</w:t>
      </w:r>
      <w:r/>
    </w:p>
    <w:p>
      <w:r/>
      <w:r>
        <w:t>There were familiar faces everywhere, but few outfits felt predictable. Horror figures shared the street with cartoon characters, fantasy creatures, dolls and pop-culture references that rewarded a second look.</w:t>
      </w:r>
      <w:r/>
    </w:p>
    <w:p>
      <w:r/>
      <w:r>
        <w:t>That variety is part of what makes Gay Halloween so entertaining. A costume doesn’t need to be conventionally frightening to work. It can be glamorous, ridiculous, nostalgic or so specific that only three people understand it, which is often the point. Listings from Dallas nightlife and event guides positioned the block party as a major date in the city’s Halloween calendar, and the crowd clearly treated it that way.</w:t>
      </w:r>
      <w:r/>
    </w:p>
    <w:p>
      <w:pPr>
        <w:pStyle w:val="Heading2"/>
      </w:pPr>
      <w:r>
        <w:t>Group costumes made the biggest splash</w:t>
      </w:r>
      <w:r/>
    </w:p>
    <w:p>
      <w:r/>
      <w:r>
        <w:t>Solo looks had plenty of impact, but groups and couples brought a different kind of spectacle. Coordinated outfits turned small clusters of friends into moving scenes, with cartoon teams, movie references and deliberately over-the-top characters appearing throughout the night.</w:t>
      </w:r>
      <w:r/>
    </w:p>
    <w:p>
      <w:r/>
      <w:r>
        <w:t>There was also a welcome looseness to the styling. Some costumes looked carefully planned, while others leaned into a single prop, exaggerated pose or perfectly timed facial expression. That mix kept the party feeling human rather than overly polished, and it made the street ideal for people-watching.</w:t>
      </w:r>
      <w:r/>
    </w:p>
    <w:p>
      <w:pPr>
        <w:pStyle w:val="Heading2"/>
      </w:pPr>
      <w:r>
        <w:t>Bars, queues and a very busy strip</w:t>
      </w:r>
      <w:r/>
    </w:p>
    <w:p>
      <w:r/>
      <w:r>
        <w:t>The nearby venues helped turn the event into more than a passing parade. Round-Up Saloon, S4 and Lava reportedly drew queues, with guests moving between packed interiors and the busy street outside.</w:t>
      </w:r>
      <w:r/>
    </w:p>
    <w:p>
      <w:r/>
      <w:r>
        <w:t>That matters if you're planning to attend a future Dallas Halloween Block Party. Comfortable shoes are more useful than they sound, especially when the evening involves walking, standing and weaving through crowds. A small bag, a phone charger and a costume that can survive heat, spilled drinks and enthusiastic dancing are sensible choices too.</w:t>
      </w:r>
      <w:r/>
    </w:p>
    <w:p>
      <w:pPr>
        <w:pStyle w:val="Heading2"/>
      </w:pPr>
      <w:r>
        <w:t>Why this Dallas Halloween tradition keeps growing</w:t>
      </w:r>
      <w:r/>
    </w:p>
    <w:p>
      <w:r/>
      <w:r>
        <w:t>The event’s appeal comes from its combination of scale and freedom. It feels big enough to be a city occasion, but expressive enough for people to dress exactly as boldly as they want.</w:t>
      </w:r>
      <w:r/>
    </w:p>
    <w:p>
      <w:r/>
      <w:r>
        <w:t>Event listings for the Oak Lawn Halloween Block Party describe it as a recurring celebration around the Cedar Springs area, while local neighbourhood coverage helps explain why the setting works so well. The result is a night where a serious costume, a silly costume and an outfit that defies description can all share the same pavement. Honestly, that’s the magic.</w:t>
      </w:r>
      <w:r/>
    </w:p>
    <w:p>
      <w:r/>
      <w:r>
        <w:t>Halloween may have left the strip, but the outfits are likely to keep appearing across Dallas while the weekend still has room for one more dramatic entrance.</w:t>
      </w:r>
      <w:r/>
    </w:p>
    <w:p>
      <w:r/>
      <w:r>
        <w:t>It's a small reminder that the best costume is often the one you wear with confidence.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4">
        <w:r>
          <w:rPr>
            <w:color w:val="0000EE"/>
            <w:u w:val="single"/>
          </w:rPr>
          <w:t>[5]</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https://www.dallasobserver.com/arts-culture/photos-best-looks-from-the-2026-dallas-halloween-block-party-40727822/</w:t>
        </w:r>
      </w:hyperlink>
      <w:r>
        <w:t xml:space="preserve"> - Please view link - unable to able to access data</w:t>
      </w:r>
      <w:r/>
    </w:p>
    <w:p>
      <w:pPr>
        <w:pStyle w:val="ListNumber"/>
        <w:spacing w:line="240" w:lineRule="auto"/>
        <w:ind w:left="720"/>
      </w:pPr>
      <w:r/>
      <w:hyperlink r:id="rId10">
        <w:r>
          <w:rPr>
            <w:color w:val="0000EE"/>
            <w:u w:val="single"/>
          </w:rPr>
          <w:t>https://www.dallasvoice.com/halloween-block-party-2026/</w:t>
        </w:r>
      </w:hyperlink>
      <w:r>
        <w:t xml:space="preserve"> - The Dallas Voice article provides a comprehensive overview of the 2026 Halloween Block Party held in Oak Lawn's historic LGBTQ+ neighborhood. It highlights the event's vibrant atmosphere, featuring a diverse array of costumes, live music, and community engagement. The piece includes photographs capturing the creativity and enthusiasm of attendees, showcasing the event's significance as a major celebration in Dallas's LGBTQ+ calendar. Additionally, the article touches upon the presence of a lone protester and the community's response, adding depth to the event's narrative.</w:t>
      </w:r>
      <w:r/>
    </w:p>
    <w:p>
      <w:pPr>
        <w:pStyle w:val="ListNumber"/>
        <w:spacing w:line="240" w:lineRule="auto"/>
        <w:ind w:left="720"/>
      </w:pPr>
      <w:r/>
      <w:hyperlink r:id="rId11">
        <w:r>
          <w:rPr>
            <w:color w:val="0000EE"/>
            <w:u w:val="single"/>
          </w:rPr>
          <w:t>https://www.gayout.com/usa-canada/united-states/dallas/events/oak-lawn-halloween-block-party-2026-10-31</w:t>
        </w:r>
      </w:hyperlink>
      <w:r>
        <w:t xml:space="preserve"> - This event listing on GayOut details the Oak Lawn Halloween Block Party scheduled for October 31, 2026. It describes the event as one of the largest LGBTQ+ Halloween celebrations in the country, emphasizing the expected incredible costumes, music, and festive atmosphere. The listing provides essential event details, including the date, time, location, and entry requirements, catering to attendees seeking information about this annual celebration in Dallas's Oak Lawn district.</w:t>
      </w:r>
      <w:r/>
    </w:p>
    <w:p>
      <w:pPr>
        <w:pStyle w:val="ListNumber"/>
        <w:spacing w:line="240" w:lineRule="auto"/>
        <w:ind w:left="720"/>
      </w:pPr>
      <w:r/>
      <w:hyperlink r:id="rId13">
        <w:r>
          <w:rPr>
            <w:color w:val="0000EE"/>
            <w:u w:val="single"/>
          </w:rPr>
          <w:t>https://www.gayout.com/usa-canada/united-states/dallas/events/oak-lawn-halloween-blockparty-halloween-guide-2026-2026-10-25</w:t>
        </w:r>
      </w:hyperlink>
      <w:r>
        <w:t xml:space="preserve"> - This GayOut event guide offers insights into the Oak Lawn Halloween Block Party and associated Halloween events in Dallas for 2026. It highlights the main street party on Cedar Springs, scheduled for October 24, from 7 pm to 2 am, and provides information on surrounding dance parties and events throughout the weekend. The guide includes details on costume contests, live DJ performances, and other festivities, serving as a comprehensive resource for attendees planning to participate in Dallas's LGBTQ+ Halloween celebrations.</w:t>
      </w:r>
      <w:r/>
    </w:p>
    <w:p>
      <w:pPr>
        <w:pStyle w:val="ListNumber"/>
        <w:spacing w:line="240" w:lineRule="auto"/>
        <w:ind w:left="720"/>
      </w:pPr>
      <w:r/>
      <w:hyperlink r:id="rId14">
        <w:r>
          <w:rPr>
            <w:color w:val="0000EE"/>
            <w:u w:val="single"/>
          </w:rPr>
          <w:t>https://www.dallas-nightlife.com/events/dallas-halloween-block-party-2026/</w:t>
        </w:r>
      </w:hyperlink>
      <w:r>
        <w:t xml:space="preserve"> - This Dallas Nightlife article promotes the Dallas Halloween Block Party as one of the largest street festivals in Texas, taking place on October 24, 2026, on Cedar Springs Road. It details the event's offerings, including live music, a costume catwalk, and a parking lot party behind the clubs. The piece emphasizes the free entry for attendees aged 18 and over, with 21+ cocktails available, and provides information on the participating venues and the event's schedule, catering to those interested in Dallas's premier Halloween street party.</w:t>
      </w:r>
      <w:r/>
    </w:p>
    <w:p>
      <w:pPr>
        <w:pStyle w:val="ListNumber"/>
        <w:spacing w:line="240" w:lineRule="auto"/>
        <w:ind w:left="720"/>
      </w:pPr>
      <w:r/>
      <w:hyperlink r:id="rId15">
        <w:r>
          <w:rPr>
            <w:color w:val="0000EE"/>
            <w:u w:val="single"/>
          </w:rPr>
          <w:t>https://happeningnext.com/event/oak-lawn-halloween-blockparty-andamp-halloween-guide-2026-eid3a0e5049c5</w:t>
        </w:r>
      </w:hyperlink>
      <w:r>
        <w:t xml:space="preserve"> - This event listing on HappeningNext provides details about the Oak Lawn Halloween Block Party and associated Halloween events in Dallas for 2026. It highlights the main street party on Cedar Springs, scheduled for October 24, from 7 pm to 2 am, and mentions surrounding dance parties and events throughout the weekend. The listing includes information on costume contests, live DJ performances, and other festivities, serving as a resource for attendees planning to participate in Dallas's LGBTQ+ Halloween celebrations.</w:t>
      </w:r>
      <w:r/>
    </w:p>
    <w:p>
      <w:pPr>
        <w:pStyle w:val="ListNumber"/>
        <w:spacing w:line="240" w:lineRule="auto"/>
        <w:ind w:left="720"/>
      </w:pPr>
      <w:r/>
      <w:hyperlink r:id="rId12">
        <w:r>
          <w:rPr>
            <w:color w:val="0000EE"/>
            <w:u w:val="single"/>
          </w:rPr>
          <w:t>https://www.dallasites101.com/neighborhoods/explore-neighborhoods/oak-lawn/</w:t>
        </w:r>
      </w:hyperlink>
      <w:r>
        <w:t xml:space="preserve"> - This Dallasites101 guide offers an in-depth look at Oak Lawn, Dallas's historic LGBTQ+ neighborhood, known for its vibrant culture and community. It provides insights into the area's attractions, including renowned gay bars and nightclubs along Cedar Springs Road. The guide also highlights annual events like the Halloween Block Party, emphasizing Oak Lawn's significance as a cultural and social hub for the LGBTQ+ community in Dallas.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llasobserver.com/arts-culture/photos-best-looks-from-the-2026-dallas-halloween-block-party-40727822/" TargetMode="External"/><Relationship Id="rId10" Type="http://schemas.openxmlformats.org/officeDocument/2006/relationships/hyperlink" Target="https://www.dallasvoice.com/halloween-block-party-2026/" TargetMode="External"/><Relationship Id="rId11" Type="http://schemas.openxmlformats.org/officeDocument/2006/relationships/hyperlink" Target="https://www.gayout.com/usa-canada/united-states/dallas/events/oak-lawn-halloween-block-party-2026-10-31" TargetMode="External"/><Relationship Id="rId12" Type="http://schemas.openxmlformats.org/officeDocument/2006/relationships/hyperlink" Target="https://www.dallasites101.com/neighborhoods/explore-neighborhoods/oak-lawn/" TargetMode="External"/><Relationship Id="rId13" Type="http://schemas.openxmlformats.org/officeDocument/2006/relationships/hyperlink" Target="https://www.gayout.com/usa-canada/united-states/dallas/events/oak-lawn-halloween-blockparty-halloween-guide-2026-2026-10-25" TargetMode="External"/><Relationship Id="rId14" Type="http://schemas.openxmlformats.org/officeDocument/2006/relationships/hyperlink" Target="https://www.dallas-nightlife.com/events/dallas-halloween-block-party-2026/" TargetMode="External"/><Relationship Id="rId15" Type="http://schemas.openxmlformats.org/officeDocument/2006/relationships/hyperlink" Target="https://happeningnext.com/event/oak-lawn-halloween-blockparty-andamp-halloween-guide-2026-eid3a0e5049c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