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Coachella Valley Pride Hockey League Guide for Inclusive Ice Time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Skaters are finding more than competition at the Coachella Valley Pride Hockey League in Palm Desert, where LGBTQ+ athletes and allies share the ice, build confidence and create a safer sporting community. The new league arrives as hockey grows across the desert, offering free Friday-night games and a welcoming route into a sport that can otherwise feel intimidating.</w:t>
      </w:r>
      <w:r/>
    </w:p>
    <w:p>
      <w:pPr>
        <w:pStyle w:val="Heading2"/>
      </w:pPr>
      <w:r>
        <w:t>Essential Takeaways</w:t>
      </w:r>
      <w:r/>
      <w:r/>
    </w:p>
    <w:p>
      <w:pPr>
        <w:pStyle w:val="ListBullet"/>
        <w:spacing w:line="240" w:lineRule="auto"/>
        <w:ind w:left="720"/>
      </w:pPr>
      <w:r/>
      <w:r>
        <w:rPr>
          <w:b/>
        </w:rPr>
        <w:t>A new league:</w:t>
      </w:r>
      <w:r>
        <w:t xml:space="preserve"> The inaugural season features 60 players across four teams.</w:t>
      </w:r>
      <w:r/>
    </w:p>
    <w:p>
      <w:pPr>
        <w:pStyle w:val="ListBullet"/>
        <w:spacing w:line="240" w:lineRule="auto"/>
        <w:ind w:left="720"/>
      </w:pPr>
      <w:r/>
      <w:r>
        <w:rPr>
          <w:b/>
        </w:rPr>
        <w:t>A welcoming setting:</w:t>
      </w:r>
      <w:r>
        <w:t xml:space="preserve"> LGBTQ+ athletes and allies can play in an environment designed to reduce homophobia and intimidation.</w:t>
      </w:r>
      <w:r/>
    </w:p>
    <w:p>
      <w:pPr>
        <w:pStyle w:val="ListBullet"/>
        <w:spacing w:line="240" w:lineRule="auto"/>
        <w:ind w:left="720"/>
      </w:pPr>
      <w:r/>
      <w:r>
        <w:rPr>
          <w:b/>
        </w:rPr>
        <w:t>Low-cost entry:</w:t>
      </w:r>
      <w:r>
        <w:t xml:space="preserve"> Earlier learn-to-play programmes supplied used equipment and lessons for a modest fee.</w:t>
      </w:r>
      <w:r/>
    </w:p>
    <w:p>
      <w:pPr>
        <w:pStyle w:val="ListBullet"/>
        <w:spacing w:line="240" w:lineRule="auto"/>
        <w:ind w:left="720"/>
      </w:pPr>
      <w:r/>
      <w:r>
        <w:rPr>
          <w:b/>
        </w:rPr>
        <w:t>Friday-night hockey:</w:t>
      </w:r>
      <w:r>
        <w:t xml:space="preserve"> Games are held at 9pm on most Fridays at Berger Foundation Iceplex in Palm Desert.</w:t>
      </w:r>
      <w:r/>
    </w:p>
    <w:p>
      <w:pPr>
        <w:pStyle w:val="ListBullet"/>
        <w:spacing w:line="240" w:lineRule="auto"/>
        <w:ind w:left="720"/>
      </w:pPr>
      <w:r/>
      <w:r>
        <w:rPr>
          <w:b/>
        </w:rPr>
        <w:t>Free to watch:</w:t>
      </w:r>
      <w:r>
        <w:t xml:space="preserve"> Admission and parking are free, making it an easy evening out for supporters.</w:t>
      </w:r>
      <w:r/>
      <w:r/>
    </w:p>
    <w:p>
      <w:pPr>
        <w:pStyle w:val="Heading2"/>
      </w:pPr>
      <w:r>
        <w:t>A bigger hockey scene is creating room for Pride</w:t>
      </w:r>
      <w:r/>
    </w:p>
    <w:p>
      <w:r/>
      <w:r>
        <w:t>The Coachella Valley's hockey boom began with the arrival of the Firebirds and the opening of Acrisure Arena. Since then, interest has spread beyond professional matches, with adult leagues, community programmes and new pathways for beginners appearing around the desert.</w:t>
      </w:r>
      <w:r/>
    </w:p>
    <w:p>
      <w:r/>
      <w:r>
        <w:t xml:space="preserve">That momentum helped inspire the Coachella Valley Pride Hockey Association. Its founders, Bob Tranchida and Paul O'Kane, already had deep connections to LGBTQ+ hockey, and they saw an opportunity to build something local rather than asking players to travel elsewhere for a welcoming competition. Gay Desert Guide reported that the organisation's tournament work helped lay the groundwork for a regular league. </w:t>
      </w:r>
      <w:hyperlink r:id="rId9">
        <w:r>
          <w:rPr>
            <w:color w:val="0000EE"/>
            <w:u w:val="single"/>
          </w:rPr>
          <w:t>[2]</w:t>
        </w:r>
      </w:hyperlink>
      <w:r>
        <w:t xml:space="preserve">, </w:t>
      </w:r>
      <w:hyperlink r:id="rId10">
        <w:r>
          <w:rPr>
            <w:color w:val="0000EE"/>
            <w:u w:val="single"/>
          </w:rPr>
          <w:t>[4]</w:t>
        </w:r>
      </w:hyperlink>
      <w:r/>
    </w:p>
    <w:p>
      <w:r/>
      <w:r>
        <w:t xml:space="preserve">The result is refreshingly practical: players get proper games, while spectators get a lively, low-cost night out. The ice may be cold, but the atmosphere is intended to feel considerably warmer. </w:t>
      </w:r>
      <w:hyperlink r:id="rId11">
        <w:r>
          <w:rPr>
            <w:color w:val="0000EE"/>
            <w:u w:val="single"/>
          </w:rPr>
          <w:t>[3]</w:t>
        </w:r>
      </w:hyperlink>
      <w:r>
        <w:t xml:space="preserve">, </w:t>
      </w:r>
      <w:hyperlink r:id="rId12">
        <w:r>
          <w:rPr>
            <w:color w:val="0000EE"/>
            <w:u w:val="single"/>
          </w:rPr>
          <w:t>[5]</w:t>
        </w:r>
      </w:hyperlink>
      <w:r/>
    </w:p>
    <w:p>
      <w:pPr>
        <w:pStyle w:val="Heading2"/>
      </w:pPr>
      <w:r>
        <w:t>Why a dedicated league matters</w:t>
      </w:r>
      <w:r/>
    </w:p>
    <w:p>
      <w:r/>
      <w:r>
        <w:t>For many newcomers, the hardest part of joining a sports league isn't learning the rules. It's walking into a locker room or onto the ice and wondering whether they'll be accepted. Coachella Valley Pride Hockey was created to remove some of that uncertainty for LGBTQ+ athletes and supportive allies.</w:t>
      </w:r>
      <w:r/>
    </w:p>
    <w:p>
      <w:r/>
      <w:r>
        <w:t xml:space="preserve">The organisation says its purpose is to promote hockey while offering a safe and inclusive space. That can be especially significant for trans players and people who have previously avoided team sport because of hostile or uncomfortable experiences. According to the Coachella Valley Independent, participants have described the programme as life-changing. </w:t>
      </w:r>
      <w:hyperlink r:id="rId11">
        <w:r>
          <w:rPr>
            <w:color w:val="0000EE"/>
            <w:u w:val="single"/>
          </w:rPr>
          <w:t>[3]</w:t>
        </w:r>
      </w:hyperlink>
      <w:r/>
    </w:p>
    <w:p>
      <w:r/>
      <w:r>
        <w:t xml:space="preserve">A dedicated league also gives organisers greater control over the tone of competition, from referee appointments to disciplinary decisions. That's not about making matches soft or toothless. It's about ensuring that a hard-fought game stays hard-fought, rather than sliding into personal abuse. </w:t>
      </w:r>
      <w:hyperlink r:id="rId9">
        <w:r>
          <w:rPr>
            <w:color w:val="0000EE"/>
            <w:u w:val="single"/>
          </w:rPr>
          <w:t>[2]</w:t>
        </w:r>
      </w:hyperlink>
      <w:r>
        <w:t xml:space="preserve">, </w:t>
      </w:r>
      <w:hyperlink r:id="rId11">
        <w:r>
          <w:rPr>
            <w:color w:val="0000EE"/>
            <w:u w:val="single"/>
          </w:rPr>
          <w:t>[3]</w:t>
        </w:r>
      </w:hyperlink>
      <w:r/>
    </w:p>
    <w:p>
      <w:pPr>
        <w:pStyle w:val="Heading2"/>
      </w:pPr>
      <w:r>
        <w:t>From borrowed kit to four teams</w:t>
      </w:r>
      <w:r/>
    </w:p>
    <w:p>
      <w:r/>
      <w:r>
        <w:t>The league's growth has been built step by step. Early learn-to-play sessions introduced beginners to skating and hockey basics, with equipment support and coaching helping reduce the cost barrier. That matters in a sport where skates, pads, sticks and helmets can quickly make a first attempt feel expensive.</w:t>
      </w:r>
      <w:r/>
    </w:p>
    <w:p>
      <w:r/>
      <w:r>
        <w:t xml:space="preserve">Support from the Firebirds' charitable arm and local supporters helped bring new players into the sport. The programme eventually grew to 60 athletes, while several Pride players also competed in mainstream adult recreational hockey. The inaugural dedicated league season then expanded to four teams, known as the Bighorns, Coyotes, Eagles and Roadrunners. </w:t>
      </w:r>
      <w:hyperlink r:id="rId11">
        <w:r>
          <w:rPr>
            <w:color w:val="0000EE"/>
            <w:u w:val="single"/>
          </w:rPr>
          <w:t>[3]</w:t>
        </w:r>
      </w:hyperlink>
      <w:r>
        <w:t xml:space="preserve">, </w:t>
      </w:r>
      <w:hyperlink r:id="rId13">
        <w:r>
          <w:rPr>
            <w:color w:val="0000EE"/>
            <w:u w:val="single"/>
          </w:rPr>
          <w:t>[7]</w:t>
        </w:r>
      </w:hyperlink>
      <w:r/>
    </w:p>
    <w:p>
      <w:r/>
      <w:r>
        <w:t xml:space="preserve">For anyone considering joining a beginner hockey programme, the sensible first question is what the fee includes. Ask whether equipment is supplied, how many sessions are covered and whether you need previous skating experience. A clear answer can turn a nervous first step into an achievable one. </w:t>
      </w:r>
      <w:hyperlink r:id="rId12">
        <w:r>
          <w:rPr>
            <w:color w:val="0000EE"/>
            <w:u w:val="single"/>
          </w:rPr>
          <w:t>[5]</w:t>
        </w:r>
      </w:hyperlink>
      <w:r>
        <w:t xml:space="preserve">, </w:t>
      </w:r>
      <w:hyperlink r:id="rId13">
        <w:r>
          <w:rPr>
            <w:color w:val="0000EE"/>
            <w:u w:val="single"/>
          </w:rPr>
          <w:t>[7]</w:t>
        </w:r>
      </w:hyperlink>
      <w:r/>
    </w:p>
    <w:p>
      <w:pPr>
        <w:pStyle w:val="Heading2"/>
      </w:pPr>
      <w:r>
        <w:t>A useful guide for first-time spectators</w:t>
      </w:r>
      <w:r/>
    </w:p>
    <w:p>
      <w:r/>
      <w:r>
        <w:t>Games take place at Berger Foundation Iceplex in Palm Desert, generally at 9pm on Fridays through the season. Admission and parking are free, so supporters can simply turn up, take a warm layer and settle in for a fast, noisy evening.</w:t>
      </w:r>
      <w:r/>
    </w:p>
    <w:p>
      <w:r/>
      <w:r>
        <w:t xml:space="preserve">Hockey can look chaotic when you're new to it, but watching the flow helps. Keep an eye on line changes, listen for the sharp scrape of blades and notice how quickly possession can swing from one end of the rink to the other. The league's community focus is part of the appeal, but the games are still competitive sport. </w:t>
      </w:r>
      <w:hyperlink r:id="rId10">
        <w:r>
          <w:rPr>
            <w:color w:val="0000EE"/>
            <w:u w:val="single"/>
          </w:rPr>
          <w:t>[4]</w:t>
        </w:r>
      </w:hyperlink>
      <w:r>
        <w:t xml:space="preserve">, </w:t>
      </w:r>
      <w:hyperlink r:id="rId12">
        <w:r>
          <w:rPr>
            <w:color w:val="0000EE"/>
            <w:u w:val="single"/>
          </w:rPr>
          <w:t>[5]</w:t>
        </w:r>
      </w:hyperlink>
      <w:r/>
    </w:p>
    <w:p>
      <w:r/>
      <w:r>
        <w:t xml:space="preserve">The league's website carries schedule and participation information, while its wider organisation also invites donations. Those contributions can help cover ice time, equipment and future learn-to-play opportunities, all of which are crucial in a region with only one rink. </w:t>
      </w:r>
      <w:hyperlink r:id="rId9">
        <w:r>
          <w:rPr>
            <w:color w:val="0000EE"/>
            <w:u w:val="single"/>
          </w:rPr>
          <w:t>[2]</w:t>
        </w:r>
      </w:hyperlink>
      <w:r>
        <w:t xml:space="preserve">, </w:t>
      </w:r>
      <w:hyperlink r:id="rId14">
        <w:r>
          <w:rPr>
            <w:color w:val="0000EE"/>
            <w:u w:val="single"/>
          </w:rPr>
          <w:t>[6]</w:t>
        </w:r>
      </w:hyperlink>
      <w:r/>
    </w:p>
    <w:p>
      <w:pPr>
        <w:pStyle w:val="Heading2"/>
      </w:pPr>
      <w:r>
        <w:t>Ice time is the next big challenge</w:t>
      </w:r>
      <w:r/>
    </w:p>
    <w:p>
      <w:r/>
      <w:r>
        <w:t>The league's success has exposed a less glamorous problem: demand is outpacing available ice. Berger Foundation Iceplex is currently the valley's only rink, so professional teams, adult leagues, lessons and community programmes are all competing for the same limited sessions.</w:t>
      </w:r>
      <w:r/>
    </w:p>
    <w:p>
      <w:r/>
      <w:r>
        <w:t xml:space="preserve">That bottleneck could restrict future growth, particularly if organisers want to add teams or run another beginner course. Equipment and coaching are important, but neither matters much if new players have nowhere to practise or compete. </w:t>
      </w:r>
      <w:hyperlink r:id="rId11">
        <w:r>
          <w:rPr>
            <w:color w:val="0000EE"/>
            <w:u w:val="single"/>
          </w:rPr>
          <w:t>[3]</w:t>
        </w:r>
      </w:hyperlink>
      <w:r>
        <w:t xml:space="preserve">, </w:t>
      </w:r>
      <w:hyperlink r:id="rId14">
        <w:r>
          <w:rPr>
            <w:color w:val="0000EE"/>
            <w:u w:val="single"/>
          </w:rPr>
          <w:t>[6]</w:t>
        </w:r>
      </w:hyperlink>
      <w:r/>
    </w:p>
    <w:p>
      <w:r/>
      <w:r>
        <w:t xml:space="preserve">There is also a wider question about who gets to feel at home in sport. Pride Hockey's organisers are responding not only by creating games, but by advocating for visibility, sponsorship and fair participation. For local players, that steady work can make the difference between watching from the sidelines and finally stepping onto the ice. </w:t>
      </w:r>
      <w:hyperlink r:id="rId11">
        <w:r>
          <w:rPr>
            <w:color w:val="0000EE"/>
            <w:u w:val="single"/>
          </w:rPr>
          <w:t>[3]</w:t>
        </w:r>
      </w:hyperlink>
      <w:r>
        <w:t xml:space="preserve">, </w:t>
      </w:r>
      <w:hyperlink r:id="rId10">
        <w:r>
          <w:rPr>
            <w:color w:val="0000EE"/>
            <w:u w:val="single"/>
          </w:rPr>
          <w:t>[4]</w:t>
        </w:r>
      </w:hyperlink>
      <w:r/>
    </w:p>
    <w:p>
      <w:r/>
      <w:r>
        <w:t>The Coachella Valley Pride Hockey League shows what can happen when a growing sports scene makes inclusion part of its foundation.</w:t>
      </w:r>
      <w:r/>
    </w:p>
    <w:p>
      <w:pPr>
        <w:pStyle w:val="Heading2"/>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1">
        <w:r>
          <w:rPr>
            <w:color w:val="0000EE"/>
            <w:u w:val="single"/>
          </w:rPr>
          <w:t>[3]</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9">
        <w:r>
          <w:rPr>
            <w:color w:val="0000EE"/>
            <w:u w:val="single"/>
          </w:rPr>
          <w:t>[2]</w:t>
        </w:r>
      </w:hyperlink>
      <w:r>
        <w:t xml:space="preserve">, </w:t>
      </w:r>
      <w:hyperlink r:id="rId11">
        <w:r>
          <w:rPr>
            <w:color w:val="0000EE"/>
            <w:u w:val="single"/>
          </w:rPr>
          <w:t>[3]</w:t>
        </w:r>
      </w:hyperlink>
      <w:r>
        <w:t xml:space="preserve">- Paragraph 6: </w:t>
      </w:r>
      <w:hyperlink r:id="rId11">
        <w:r>
          <w:rPr>
            <w:color w:val="0000EE"/>
            <w:u w:val="single"/>
          </w:rPr>
          <w:t>[3]</w:t>
        </w:r>
      </w:hyperlink>
      <w:r>
        <w:t xml:space="preserve">, </w:t>
      </w:r>
      <w:hyperlink r:id="rId13">
        <w:r>
          <w:rPr>
            <w:color w:val="0000EE"/>
            <w:u w:val="single"/>
          </w:rPr>
          <w:t>[7]</w:t>
        </w:r>
      </w:hyperlink>
      <w:r>
        <w:t xml:space="preserve">- Paragraph 7: </w:t>
      </w:r>
      <w:hyperlink r:id="rId12">
        <w:r>
          <w:rPr>
            <w:color w:val="0000EE"/>
            <w:u w:val="single"/>
          </w:rPr>
          <w:t>[5]</w:t>
        </w:r>
      </w:hyperlink>
      <w:r>
        <w:t xml:space="preserve">, </w:t>
      </w:r>
      <w:hyperlink r:id="rId13">
        <w:r>
          <w:rPr>
            <w:color w:val="0000EE"/>
            <w:u w:val="single"/>
          </w:rPr>
          <w:t>[7]</w:t>
        </w:r>
      </w:hyperlink>
      <w:r>
        <w:t xml:space="preserve">- Paragraph 8: </w:t>
      </w:r>
      <w:hyperlink r:id="rId10">
        <w:r>
          <w:rPr>
            <w:color w:val="0000EE"/>
            <w:u w:val="single"/>
          </w:rPr>
          <w:t>[4]</w:t>
        </w:r>
      </w:hyperlink>
      <w:r>
        <w:t xml:space="preserve">, </w:t>
      </w:r>
      <w:hyperlink r:id="rId12">
        <w:r>
          <w:rPr>
            <w:color w:val="0000EE"/>
            <w:u w:val="single"/>
          </w:rPr>
          <w:t>[5]</w:t>
        </w:r>
      </w:hyperlink>
      <w:r>
        <w:t xml:space="preserve">- Paragraph 9: </w:t>
      </w:r>
      <w:hyperlink r:id="rId9">
        <w:r>
          <w:rPr>
            <w:color w:val="0000EE"/>
            <w:u w:val="single"/>
          </w:rPr>
          <w:t>[2]</w:t>
        </w:r>
      </w:hyperlink>
      <w:r>
        <w:t xml:space="preserve">, </w:t>
      </w:r>
      <w:hyperlink r:id="rId14">
        <w:r>
          <w:rPr>
            <w:color w:val="0000EE"/>
            <w:u w:val="single"/>
          </w:rPr>
          <w:t>[6]</w:t>
        </w:r>
      </w:hyperlink>
      <w:r>
        <w:t xml:space="preserve">- Paragraph 10: </w:t>
      </w:r>
      <w:hyperlink r:id="rId11">
        <w:r>
          <w:rPr>
            <w:color w:val="0000EE"/>
            <w:u w:val="single"/>
          </w:rPr>
          <w:t>[3]</w:t>
        </w:r>
      </w:hyperlink>
      <w:r>
        <w:t xml:space="preserve">, </w:t>
      </w:r>
      <w:hyperlink r:id="rId14">
        <w:r>
          <w:rPr>
            <w:color w:val="0000EE"/>
            <w:u w:val="single"/>
          </w:rPr>
          <w:t>[6]</w:t>
        </w:r>
      </w:hyperlink>
      <w:r>
        <w:t xml:space="preserve">- Paragraph 11: </w:t>
      </w:r>
      <w:hyperlink r:id="rId11">
        <w:r>
          <w:rPr>
            <w:color w:val="0000EE"/>
            <w:u w:val="single"/>
          </w:rPr>
          <w:t>[3]</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https://cvindependent.com/2026/10/inclusivity-on-ice-the-coachella-valley-pride-hockey-league-allows-lgbtq-athletes-and-allies-to-play-and-compete-while-building-community/</w:t>
        </w:r>
      </w:hyperlink>
      <w:r>
        <w:t xml:space="preserve"> - Please view link - unable to able to access data</w:t>
      </w:r>
      <w:r/>
    </w:p>
    <w:p>
      <w:pPr>
        <w:pStyle w:val="ListNumber"/>
        <w:spacing w:line="240" w:lineRule="auto"/>
        <w:ind w:left="720"/>
      </w:pPr>
      <w:r/>
      <w:hyperlink r:id="rId9">
        <w:r>
          <w:rPr>
            <w:color w:val="0000EE"/>
            <w:u w:val="single"/>
          </w:rPr>
          <w:t>https://www.cvpridehockey.org/about-us</w:t>
        </w:r>
      </w:hyperlink>
      <w:r>
        <w:t xml:space="preserve"> - The Coachella Valley Pride Hockey Association (CVPHA) was established in response to the growing interest in hockey within the Coachella Valley, particularly following the opening of the 10,000-seat Acrisure Arena and the adjacent Berger Foundation Iceplex in Thousand Palms, CA. This facility houses a professional American Hockey League team and offers spaces for public skating and youth/adult hockey. Recognising the need for an LGBTQ+ inclusive environment, CVPHA aims to introduce hockey to the LGBTQ+ community, providing a safe and inclusive space for all participants. The association also collaborates with local businesses for sponsorships and outreach opportunities, striving to promote hockey with a message of love, inclusion, and advocacy for the LGBTQ+ community and all marginalized groups. CVPHA is a not-for-profit organisation with volunteers and supporters from around the Valley, actively working to expand and strengthen its reach. The association has introduced programs like the 'Learn to Play Hockey' initiative, offering LGBTQ+ members of the Coachella Valley the opportunity to participate in hockey, with nearly 100 participants since 2025. Additionally, CVPHA hosts the Palm Springs International Pride Hockey Tournament, welcoming teams from across North America to celebrate LGBTQ+ hockey. The association's mission is to challenge homophobia and transphobia, ensuring that hockey is truly for everyone, and to provide a supportive home for LGBTQ+ athletes and advocates.</w:t>
      </w:r>
      <w:r/>
    </w:p>
    <w:p>
      <w:pPr>
        <w:pStyle w:val="ListNumber"/>
        <w:spacing w:line="240" w:lineRule="auto"/>
        <w:ind w:left="720"/>
      </w:pPr>
      <w:r/>
      <w:hyperlink r:id="rId11">
        <w:r>
          <w:rPr>
            <w:color w:val="0000EE"/>
            <w:u w:val="single"/>
          </w:rPr>
          <w:t>https://cvindependent.com/2026/10/inclusivity-on-ice-the-coachella-valley-pride-hockey-league-allows-lgbtq-athletes-and-allies-to-play-and-compete-while-building-community/</w:t>
        </w:r>
      </w:hyperlink>
      <w:r>
        <w:t xml:space="preserve"> - The Coachella Valley Pride Hockey League (CVPHL) is an LGBTQ+ inclusive league that emerged following the debut of the Coachella Valley Firebirds at Acrisure Arena in late 2022. This development spurred the creation of leagues and teams, including the CVPHA. Co-founders Bob Tranchida and Paul O’Kane, who met at a gay hockey tournament in Toronto in 1998, were inspired to bring LGBTQ+ hockey to the desert. They initiated the Palm Springs International Pride Hockey Tournament in 2023, which was successful with the Firebirds as a presenting sponsor. After winning a division title in the Berger Foundation Iceplex’s adult recreational league with a team of gay players and allies, they launched a 'learn-to-play' program. Supported by the One Valley Foundation, this program provided 25 new players with equipment and lessons. The CVPHL now comprises 60 players across four teams, playing on most Friday nights through April at the Berger Foundation Iceplex in Palm Desert. The league aims to eliminate homophobia and unsafe playing conditions often found in sports leagues, offering a safe space for LGBTQ+ athletes and allies. Tranchida and O’Kane emphasise the importance of creating a welcoming environment, especially for transgender individuals, noting that many have expressed that playing in this safe space has changed or even saved their lives. The league also addresses challenges such as limited ice time due to the popularity of hockey and the need for additional rinks in the Coachella Valley. Despite these challenges, CVPHL continues to promote inclusivity and community through hockey.</w:t>
      </w:r>
      <w:r/>
    </w:p>
    <w:p>
      <w:pPr>
        <w:pStyle w:val="ListNumber"/>
        <w:spacing w:line="240" w:lineRule="auto"/>
        <w:ind w:left="720"/>
      </w:pPr>
      <w:r/>
      <w:hyperlink r:id="rId10">
        <w:r>
          <w:rPr>
            <w:color w:val="0000EE"/>
            <w:u w:val="single"/>
          </w:rPr>
          <w:t>https://gaydesertguide.com/coachella-valley-pride-hockey-league-launches-inaugural-lgbtq-season/</w:t>
        </w:r>
      </w:hyperlink>
      <w:r>
        <w:t xml:space="preserve"> - The Coachella Valley Pride Hockey League (CVPHL) launched its inaugural LGBTQ+ season on October 16, 2026, at the Berger Foundation Iceplex in Palm Desert. Nearly 60 players, many new to the sport, participated in opening night games at 9:10 pm and 10:40 pm. This marked a significant milestone for the Coachella Valley Pride Hockey Association (CVPHA), a 501(c)(3) nonprofit dedicated to creating safe, inclusive hockey spaces for LGBTQ+ athletes. The CVPHL represents a major evolution for the organisation, being fully owned and operated by CVPHA. It aims to unify players who were previously scattered across outside leagues and establish a culture where respect, accountability, and belonging are non-negotiable. The league's formation addresses the need for an LGBTQ+ inclusive environment in the Coachella Valley, providing a platform for athletes to play and compete while building community.</w:t>
      </w:r>
      <w:r/>
    </w:p>
    <w:p>
      <w:pPr>
        <w:pStyle w:val="ListNumber"/>
        <w:spacing w:line="240" w:lineRule="auto"/>
        <w:ind w:left="720"/>
      </w:pPr>
      <w:r/>
      <w:hyperlink r:id="rId12">
        <w:r>
          <w:rPr>
            <w:color w:val="0000EE"/>
            <w:u w:val="single"/>
          </w:rPr>
          <w:t>https://www.palmspringsgayhockey.org/coachella-valley-pride-hockey-league</w:t>
        </w:r>
      </w:hyperlink>
      <w:r>
        <w:t xml:space="preserve"> - The Coachella Valley Pride Hockey League (CVPHL) is a new initiative by the Coachella Valley Pride Hockey Association (CVPHA) to create a league that is owned, controlled, and shaped according to their values. The league aims to foster community by allowing players to play together as one, strengthening relationships and creating an environment where competition coexists with camaraderie. This initiative addresses the realities of the current world, providing a safe and inclusive space for LGBTQ+ athletes and allies to participate in hockey.</w:t>
      </w:r>
      <w:r/>
    </w:p>
    <w:p>
      <w:pPr>
        <w:pStyle w:val="ListNumber"/>
        <w:spacing w:line="240" w:lineRule="auto"/>
        <w:ind w:left="720"/>
      </w:pPr>
      <w:r/>
      <w:hyperlink r:id="rId14">
        <w:r>
          <w:rPr>
            <w:color w:val="0000EE"/>
            <w:u w:val="single"/>
          </w:rPr>
          <w:t>https://www.cvpridehockey.org/donations</w:t>
        </w:r>
      </w:hyperlink>
      <w:r>
        <w:t xml:space="preserve"> - The Coachella Valley Pride Hockey Association (CVPHA) is a 501(c)(3) organisation that accepts donations to support its mission of introducing hockey to the LGBTQ+ community and providing a safe and inclusive space for all participants. Since 2025, CVPHA has offered 'Learn to Play Hockey' programmes for LGBTQ+ members of the Coachella Valley, with nearly 100 participants who have gone on to play on CVPHA hockey teams. Additionally, CVPHA hosts the Palm Springs International Pride Hockey Tournament, welcoming teams from throughout the US and Canada to spend the weekend in the Coachella Valley and play hockey. The association relies on the generous support of donors to continue and expand these programmes, aiming to spread the love of hockey to more people.</w:t>
      </w:r>
      <w:r/>
    </w:p>
    <w:p>
      <w:pPr>
        <w:pStyle w:val="ListNumber"/>
        <w:spacing w:line="240" w:lineRule="auto"/>
        <w:ind w:left="720"/>
      </w:pPr>
      <w:r/>
      <w:hyperlink r:id="rId13">
        <w:r>
          <w:rPr>
            <w:color w:val="0000EE"/>
            <w:u w:val="single"/>
          </w:rPr>
          <w:t>https://coachellavalleyweekly.com/coachella-valley-pride-hockey-association-announces-fall-cv-pride-learn-to-play-hockey-program-at-berger-foundation-iceplex/</w:t>
        </w:r>
      </w:hyperlink>
      <w:r>
        <w:t xml:space="preserve"> - The Coachella Valley Pride Hockey Association, in partnership with the One Valley Foundation and the Berger Foundation Iceplex, announced the Fall 2025 CV Pride Learn to Play Hockey Program for the LGBTQ+ community and their allies. The programme offered a unique opportunity for LGBTQ+ adults and their allies to learn to play hockey and join a community league. New applicants paid $99 to participate, receiving four one-hour professionally coached hockey lessons during September and a full set of hockey equipment. After completing the lessons, participants had the opportunity to join the Coachella Valley Adult Hockey League, play in local and international LGBTQ tournaments, and participate in CV Pride and Berger Foundation Iceplex Hockey programmes.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vpridehockey.org/about-us" TargetMode="External"/><Relationship Id="rId10" Type="http://schemas.openxmlformats.org/officeDocument/2006/relationships/hyperlink" Target="https://gaydesertguide.com/coachella-valley-pride-hockey-league-launches-inaugural-lgbtq-season/" TargetMode="External"/><Relationship Id="rId11" Type="http://schemas.openxmlformats.org/officeDocument/2006/relationships/hyperlink" Target="https://cvindependent.com/2026/10/inclusivity-on-ice-the-coachella-valley-pride-hockey-league-allows-lgbtq-athletes-and-allies-to-play-and-compete-while-building-community/" TargetMode="External"/><Relationship Id="rId12" Type="http://schemas.openxmlformats.org/officeDocument/2006/relationships/hyperlink" Target="https://www.palmspringsgayhockey.org/coachella-valley-pride-hockey-league" TargetMode="External"/><Relationship Id="rId13" Type="http://schemas.openxmlformats.org/officeDocument/2006/relationships/hyperlink" Target="https://coachellavalleyweekly.com/coachella-valley-pride-hockey-association-announces-fall-cv-pride-learn-to-play-hockey-program-at-berger-foundation-iceplex/" TargetMode="External"/><Relationship Id="rId14" Type="http://schemas.openxmlformats.org/officeDocument/2006/relationships/hyperlink" Target="https://www.cvpridehockey.org/dona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