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Pride Parade 2026 celebrates 55 years of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Pride returned for its 55th year with a colourful weekend of community, advocacy and celebration across the city. Despite severe weather disrupting Saturday plans, the popular Atlanta Pride Parade drew thousands to central Atlanta for a spirited procession, live music and a clear message: visibility still matters.</w:t>
      </w:r>
      <w:r/>
    </w:p>
    <w:p>
      <w:pPr>
        <w:pStyle w:val="Heading2"/>
      </w:pPr>
      <w:r>
        <w:t>Essential Takeaways</w:t>
      </w:r>
      <w:r/>
      <w:r/>
    </w:p>
    <w:p>
      <w:pPr>
        <w:pStyle w:val="ListBullet"/>
        <w:spacing w:line="240" w:lineRule="auto"/>
        <w:ind w:left="720"/>
      </w:pPr>
      <w:r/>
      <w:r>
        <w:rPr>
          <w:b/>
        </w:rPr>
        <w:t>A landmark anniversary:</w:t>
      </w:r>
      <w:r>
        <w:t xml:space="preserve"> Atlanta Pride marked its 55th year with the theme “Louder &amp; Prouder”.</w:t>
      </w:r>
      <w:r/>
    </w:p>
    <w:p>
      <w:pPr>
        <w:pStyle w:val="ListBullet"/>
        <w:spacing w:line="240" w:lineRule="auto"/>
        <w:ind w:left="720"/>
      </w:pPr>
      <w:r/>
      <w:r>
        <w:rPr>
          <w:b/>
        </w:rPr>
        <w:t>A major free event:</w:t>
      </w:r>
      <w:r>
        <w:t xml:space="preserve"> The parade remains one of the South’s largest free Pride celebrations, attracting about 100,000 visitors.</w:t>
      </w:r>
      <w:r/>
    </w:p>
    <w:p>
      <w:pPr>
        <w:pStyle w:val="ListBullet"/>
        <w:spacing w:line="240" w:lineRule="auto"/>
        <w:ind w:left="720"/>
      </w:pPr>
      <w:r/>
      <w:r>
        <w:rPr>
          <w:b/>
        </w:rPr>
        <w:t>Weather changed the weekend:</w:t>
      </w:r>
      <w:r>
        <w:t xml:space="preserve"> Storm warnings cancelled or delayed several Saturday ceremonies and marches.</w:t>
      </w:r>
      <w:r/>
    </w:p>
    <w:p>
      <w:pPr>
        <w:pStyle w:val="ListBullet"/>
        <w:spacing w:line="240" w:lineRule="auto"/>
        <w:ind w:left="720"/>
      </w:pPr>
      <w:r/>
      <w:r>
        <w:rPr>
          <w:b/>
        </w:rPr>
        <w:t>Sunday brought the main spectacle:</w:t>
      </w:r>
      <w:r>
        <w:t xml:space="preserve"> Floats, community groups and performers travelled from the Civic Center MARTA station towards Piedmont Park.</w:t>
      </w:r>
      <w:r/>
    </w:p>
    <w:p>
      <w:pPr>
        <w:pStyle w:val="ListBullet"/>
        <w:spacing w:line="240" w:lineRule="auto"/>
        <w:ind w:left="720"/>
      </w:pPr>
      <w:r/>
      <w:r>
        <w:rPr>
          <w:b/>
        </w:rPr>
        <w:t>More than a parade:</w:t>
      </w:r>
      <w:r>
        <w:t xml:space="preserve"> Concerts, drag performances and community events continued after the procession.</w:t>
      </w:r>
      <w:r/>
      <w:r/>
    </w:p>
    <w:p>
      <w:pPr>
        <w:pStyle w:val="Heading2"/>
      </w:pPr>
      <w:r>
        <w:t>Atlanta Pride made its anniversary impossible to miss</w:t>
      </w:r>
      <w:r/>
    </w:p>
    <w:p>
      <w:r/>
      <w:r>
        <w:t>Atlanta’s streets took on a distinctly brighter feel as the city welcomed its 55th Pride celebration. Rainbow flags, decorated floats and cheering crowds replaced the usual weekend traffic, while participants brought the kind of energy that makes a parade feel personal rather than simply spectacular.</w:t>
      </w:r>
      <w:r/>
    </w:p>
    <w:p>
      <w:r/>
      <w:r>
        <w:t>The event’s 2026 theme, “Louder &amp; Prouder”, placed visibility at the centre of the weekend. According to Midtown Alliance, the parade and festival were among the key highlights on Atlanta’s autumn events calendar, drawing residents, visitors and organisations into the city centre.</w:t>
      </w:r>
      <w:r/>
    </w:p>
    <w:p>
      <w:r/>
      <w:r>
        <w:t>For many attendees, that combination of celebration and public presence is the point. Pride isn’t only a party, although there was plenty of music and sparkle; it’s also a reminder that belonging is something worth showing openly.</w:t>
      </w:r>
      <w:r/>
    </w:p>
    <w:p>
      <w:pPr>
        <w:pStyle w:val="Heading2"/>
      </w:pPr>
      <w:r>
        <w:t>A disrupted Saturday couldn't dampen Sunday's parade</w:t>
      </w:r>
      <w:r/>
    </w:p>
    <w:p>
      <w:r/>
      <w:r>
        <w:t>Severe weather linked to Hurricane Isaiah caused major changes to the programme. Saturday’s processions and several independent events were cancelled or curtailed, including an AIDS quilt ceremony and a reading of names, according to local event guidance reported by Atlanta News First and CBS News Atlanta.</w:t>
      </w:r>
      <w:r/>
    </w:p>
    <w:p>
      <w:r/>
      <w:r>
        <w:t>That disruption was frustrating, particularly for ceremonies carrying deep emotional weight. Still, organisers and participants regrouped for Sunday, when the headline parade went ahead under a clearer schedule.</w:t>
      </w:r>
      <w:r/>
    </w:p>
    <w:p>
      <w:r/>
      <w:r>
        <w:t>The result was a busy, good-humoured procession that restored much of the weekend’s momentum. As any seasoned festival-goer knows, outdoor events and dramatic weather forecasts make uneasy companions, but Atlanta Pride’s crowds still turned out in force.</w:t>
      </w:r>
      <w:r/>
    </w:p>
    <w:p>
      <w:pPr>
        <w:pStyle w:val="Heading2"/>
      </w:pPr>
      <w:r>
        <w:t>The route brought colour through central Atlanta</w:t>
      </w:r>
      <w:r/>
    </w:p>
    <w:p>
      <w:r/>
      <w:r>
        <w:t>The official parade began near the Civic Center MARTA station at midday, then travelled north along Peachtree Street before turning towards Tenth Street and Piedmont Park. The route ended near the Charles Allen Gate, with the procession scheduled to finish in the afternoon.</w:t>
      </w:r>
      <w:r/>
    </w:p>
    <w:p>
      <w:r/>
      <w:r>
        <w:t>That central path made public transport especially useful. CBS News Atlanta highlighted MARTA information, road closures and route planning as important considerations for visitors, while Midtown Alliance also urged attendees to plan ahead around downtown access.</w:t>
      </w:r>
      <w:r/>
    </w:p>
    <w:p>
      <w:r/>
      <w:r>
        <w:t>For first-time visitors, arriving early remains the sensible move. Comfortable shoes, water and a phone charger are hardly glamorous accessories, but they can make several hours beside a parade route considerably easier. Checking transit updates before leaving is wise, too, particularly when streets are closed or timetables shift.</w:t>
      </w:r>
      <w:r/>
    </w:p>
    <w:p>
      <w:pPr>
        <w:pStyle w:val="Heading2"/>
      </w:pPr>
      <w:r>
        <w:t>From grand marshals to a full afternoon of entertainment</w:t>
      </w:r>
      <w:r/>
    </w:p>
    <w:p>
      <w:r/>
      <w:r>
        <w:t>The parade brought together community leaders, advocacy groups, performers and businesses, with nine grand marshals representing a broad mix of local voices. Dr Everton Blair Jr, described in the event coverage as Georgia’s first openly gay congressman, served as honorary grand marshal.</w:t>
      </w:r>
      <w:r/>
    </w:p>
    <w:p>
      <w:r/>
      <w:r>
        <w:t>After the procession, the celebration continued with concerts and performances in Piedmont Park. The programme included rapper JT and a drag show from the Atlanta Starlight Cabaret, giving the afternoon a festival atmosphere rather than a quick parade-and-go-home format.</w:t>
      </w:r>
      <w:r/>
    </w:p>
    <w:p>
      <w:r/>
      <w:r>
        <w:t>SAG-AFTRA’s participation also reflected the event’s wider appeal to creative and professional communities. Pride in Atlanta has become both a civic gathering and a platform where arts, advocacy and entertainment overlap naturally.</w:t>
      </w:r>
      <w:r/>
    </w:p>
    <w:p>
      <w:pPr>
        <w:pStyle w:val="Heading2"/>
      </w:pPr>
      <w:r>
        <w:t>Why Atlanta Pride still matters after 55 years</w:t>
      </w:r>
      <w:r/>
    </w:p>
    <w:p>
      <w:r/>
      <w:r>
        <w:t>The scale of the event is striking. Organisers and local guides estimated around 100,000 visitors and roughly 5,000 registered participants, underlining Atlanta Pride’s position as one of the South’s largest free Pride celebrations.</w:t>
      </w:r>
      <w:r/>
    </w:p>
    <w:p>
      <w:r/>
      <w:r>
        <w:t>Those figures tell only part of the story, though. The more meaningful measure is the range of people taking part, from established non-profits and performers to families, first-time visitors and supporters marching with friends.</w:t>
      </w:r>
      <w:r/>
    </w:p>
    <w:p>
      <w:r/>
      <w:r>
        <w:t>The weekend also showed why Pride events need flexibility. Weather delays, transport changes and cancelled ceremonies can alter the schedule, but the central purpose remains remarkably steady. After 55 years, Atlanta Pride still offers a visible, joyful way for the city to say that inclusion belongs in public life.</w:t>
      </w:r>
      <w:r/>
    </w:p>
    <w:p>
      <w:r/>
      <w:r>
        <w:t>Atlanta Pride’s anniversary proved that visibility can be both celebratory and powerful.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https://www.theprowlernews.org/news/2026/10/26/55-years-of-atlanta-pride/</w:t>
        </w:r>
      </w:hyperlink>
      <w:r>
        <w:t xml:space="preserve"> - Please view link - unable to able to access data</w:t>
      </w:r>
      <w:r/>
    </w:p>
    <w:p>
      <w:pPr>
        <w:pStyle w:val="ListNumber"/>
        <w:spacing w:line="240" w:lineRule="auto"/>
        <w:ind w:left="720"/>
      </w:pPr>
      <w:r/>
      <w:hyperlink r:id="rId10">
        <w:r>
          <w:rPr>
            <w:color w:val="0000EE"/>
            <w:u w:val="single"/>
          </w:rPr>
          <w:t>https://www.midtownatl.com/do/2026-atlanta-pride-parade</w:t>
        </w:r>
      </w:hyperlink>
      <w:r>
        <w:t xml:space="preserve"> - The 2026 Atlanta Pride Parade took place on Sunday, October 11, 2026, from 12:00 PM to 4:00 PM. The parade began at the Civic Center MARTA Station, proceeded north on Peachtree Street, turned right onto 10th Street, and concluded near the Charles Allen Gate at Piedmont Park. The event attracted over 100,000 spectators and featured nearly 300 groups with more than 5,000 participants. Streets along the route were fully closed during the four-hour event, and attendees were encouraged to use MARTA and other public transportation options.</w:t>
      </w:r>
      <w:r/>
    </w:p>
    <w:p>
      <w:pPr>
        <w:pStyle w:val="ListNumber"/>
        <w:spacing w:line="240" w:lineRule="auto"/>
        <w:ind w:left="720"/>
      </w:pPr>
      <w:r/>
      <w:hyperlink r:id="rId11">
        <w:r>
          <w:rPr>
            <w:color w:val="0000EE"/>
            <w:u w:val="single"/>
          </w:rPr>
          <w:t>https://www.atlantanewsfirst.com/2026/10/09/what-know-about-2026-atlanta-pride-parade/</w:t>
        </w:r>
      </w:hyperlink>
      <w:r>
        <w:t xml:space="preserve"> - The 2026 Atlanta Pride Parade was scheduled to commence at noon on Sunday, October 11, 2026, and conclude by 4 p.m. The parade route began at the Civic Center MARTA station, proceeded north on Peachtree Street, turned right onto 10th Street, and ended near the Charles Allen Gate at Piedmont Park. Organisers highly recommended using MARTA or rideshare options to attend the parade, with the Civic Center Station being at the start of the parade and the North Avenue and Midtown stations along the route.</w:t>
      </w:r>
      <w:r/>
    </w:p>
    <w:p>
      <w:pPr>
        <w:pStyle w:val="ListNumber"/>
        <w:spacing w:line="240" w:lineRule="auto"/>
        <w:ind w:left="720"/>
      </w:pPr>
      <w:r/>
      <w:hyperlink r:id="rId12">
        <w:r>
          <w:rPr>
            <w:color w:val="0000EE"/>
            <w:u w:val="single"/>
          </w:rPr>
          <w:t>https://www.sagaftra.org/join-us-2026-atlanta-pride-parade</w:t>
        </w:r>
      </w:hyperlink>
      <w:r>
        <w:t xml:space="preserve"> - SAG-AFTRA invited its Atlanta Local members to participate in the 2026 Atlanta Pride Parade on October 11, 2026. Members were encouraged to join behind the SAG-AFTRA banner during the parade, which began at noon at the Atlanta Civic Center MARTA Station. Participants were asked to arrive between 10:30 and 11 a.m. to coordinate vehicle/group setup and control the flow of their float/group during the parade. Complimentary SAG-AFTRA Pride t-shirts were available while supplies lasted.</w:t>
      </w:r>
      <w:r/>
    </w:p>
    <w:p>
      <w:pPr>
        <w:pStyle w:val="ListNumber"/>
        <w:spacing w:line="240" w:lineRule="auto"/>
        <w:ind w:left="720"/>
      </w:pPr>
      <w:r/>
      <w:hyperlink r:id="rId13">
        <w:r>
          <w:rPr>
            <w:color w:val="0000EE"/>
            <w:u w:val="single"/>
          </w:rPr>
          <w:t>https://www.midtownatl.com/do/2026-atlanta-pride-festival-and-parade</w:t>
        </w:r>
      </w:hyperlink>
      <w:r>
        <w:t xml:space="preserve"> - The 2026 Atlanta Pride Festival and Parade were held on October 10-11, 2026, at Piedmont Park. The festival showcased local, regional, and national performers, offering concerts, dance parties, and concluded with the Starlight Cabaret, the largest outdoor drag show in the country. The event attracted over 350,000 people throughout the weekend, providing opportunities for connection, education, and advocacy. The parade, the largest in the city, featured nearly 300 groups and more than 5,000 participants, marching before a crowd of 100,000 spectators.</w:t>
      </w:r>
      <w:r/>
    </w:p>
    <w:p>
      <w:pPr>
        <w:pStyle w:val="ListNumber"/>
        <w:spacing w:line="240" w:lineRule="auto"/>
        <w:ind w:left="720"/>
      </w:pPr>
      <w:r/>
      <w:hyperlink r:id="rId14">
        <w:r>
          <w:rPr>
            <w:color w:val="0000EE"/>
            <w:u w:val="single"/>
          </w:rPr>
          <w:t>https://www.cbsnews.com/atlanta/news/atlanta-pride-parade-2026-route-road-closures-marta-and-what-to-know/</w:t>
        </w:r>
      </w:hyperlink>
      <w:r>
        <w:t xml:space="preserve"> - The 2026 Atlanta Pride Parade was scheduled to begin at noon on Sunday, October 11, 2026, near the Civic Center MARTA station. The 2.2-mile route traveled north on Peachtree Street, turned right onto 10th Street, and ended near the Charles Allen Gate at Piedmont Park. Organisers expected over 100,000 people to line the route for Atlanta's largest parade. Popular viewing areas included Peachtree Street, 10th Street, and the area near Piedmont Park. Spectators were advised to arrive early to secure a spot.</w:t>
      </w:r>
      <w:r/>
    </w:p>
    <w:p>
      <w:pPr>
        <w:pStyle w:val="ListNumber"/>
        <w:spacing w:line="240" w:lineRule="auto"/>
        <w:ind w:left="720"/>
      </w:pPr>
      <w:r/>
      <w:hyperlink r:id="rId15">
        <w:r>
          <w:rPr>
            <w:color w:val="0000EE"/>
            <w:u w:val="single"/>
          </w:rPr>
          <w:t>https://roughdraftatlanta.com/2026/10/07/atlanta-pride-guide-2/</w:t>
        </w:r>
      </w:hyperlink>
      <w:r>
        <w:t xml:space="preserve"> - The 2026 Atlanta Pride Festival, themed 'Louder &amp; Prouder,' was set to take place on October 10-11, 2026, in Piedmont Park. The festival aimed to celebrate and advocate for the LGBTQ+ community, embracing visibility and inclusivity. The event featured a lineup of entertainment and events, including the iconic parade on Sunday, October 11. Attendees were encouraged to check the weather forecast, as Hurricane Isaias was expected to bring rain, but the festival was planned to proceed rain or shine unless there was severe weather.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rowlernews.org/news/2026/10/26/55-years-of-atlanta-pride/" TargetMode="External"/><Relationship Id="rId10" Type="http://schemas.openxmlformats.org/officeDocument/2006/relationships/hyperlink" Target="https://www.midtownatl.com/do/2026-atlanta-pride-parade" TargetMode="External"/><Relationship Id="rId11" Type="http://schemas.openxmlformats.org/officeDocument/2006/relationships/hyperlink" Target="https://www.atlantanewsfirst.com/2026/10/09/what-know-about-2026-atlanta-pride-parade/" TargetMode="External"/><Relationship Id="rId12" Type="http://schemas.openxmlformats.org/officeDocument/2006/relationships/hyperlink" Target="https://www.sagaftra.org/join-us-2026-atlanta-pride-parade" TargetMode="External"/><Relationship Id="rId13" Type="http://schemas.openxmlformats.org/officeDocument/2006/relationships/hyperlink" Target="https://www.midtownatl.com/do/2026-atlanta-pride-festival-and-parade" TargetMode="External"/><Relationship Id="rId14" Type="http://schemas.openxmlformats.org/officeDocument/2006/relationships/hyperlink" Target="https://www.cbsnews.com/atlanta/news/atlanta-pride-parade-2026-route-road-closures-marta-and-what-to-know/" TargetMode="External"/><Relationship Id="rId15" Type="http://schemas.openxmlformats.org/officeDocument/2006/relationships/hyperlink" Target="https://roughdraftatlanta.com/2026/10/07/atlanta-pride-guide-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