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Pop Culture Moments From Rent to Kylie Minogue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getting a lively mix of LGBTQ+ entertainment, from Brandi Carlile singing Celine Dion at New York's Stonewall Inn to Orville Peck sharing Kylie Minogue news. These moments matter because they blend queer history, big-stage nostalgia and the wonderfully unpredictable energy of celebrity culture.</w:t>
      </w:r>
      <w:r/>
    </w:p>
    <w:p>
      <w:pPr>
        <w:pStyle w:val="Heading2"/>
      </w:pPr>
      <w:r>
        <w:t>The Stonewall Inn gets a karaoke moment</w:t>
      </w:r>
      <w:r/>
    </w:p>
    <w:p>
      <w:r/>
      <w:r>
        <w:t>Brandi Carlile brought a little arena-pop drama to The Stonewall Inn, performing a Celine Dion song after a fundraising event. It was the kind of polished yet spontaneous moment that feels made for social media: a famous voice, a legendary venue and a song built for emotional overstatement.</w:t>
      </w:r>
      <w:r/>
    </w:p>
    <w:p>
      <w:r/>
      <w:r>
        <w:t>According to Edge Media Network, the performance followed the fundraiser and gave the evening an extra burst of communal energy. Stonewall is already loaded with cultural meaning, so seeing it become a karaoke stage, even briefly, makes the scene feel both celebratory and unusually intimate.</w:t>
      </w:r>
      <w:r/>
    </w:p>
    <w:p>
      <w:pPr>
        <w:pStyle w:val="Heading2"/>
      </w:pPr>
      <w:r>
        <w:t>Orville Peck and Kylie Minogue make a sparkling pairing</w:t>
      </w:r>
      <w:r/>
    </w:p>
    <w:p>
      <w:r/>
      <w:r>
        <w:t>Orville Peck also supplied one of the week's most intriguing pop-culture threads, with Kylie Minogue entering his orbit. The masked country star and the disco icon might sound like an unlikely pairing on paper, but their styles share a taste for theatricality, glamour and a strong chorus.</w:t>
      </w:r>
      <w:r/>
    </w:p>
    <w:p>
      <w:r/>
      <w:r>
        <w:t>MambaOnline reported on their collaboration, while Music Times highlighted the disco-country flavour around the project and its Pride-season appeal. It's a smart meeting of audiences, too: Peck brings queer country cool, while Minogue arrives with decades of dance-floor credibility.</w:t>
      </w:r>
      <w:r/>
    </w:p>
    <w:p>
      <w:pPr>
        <w:pStyle w:val="Heading2"/>
      </w:pPr>
      <w:r>
        <w:t>Why this crossover feels bigger than a duet</w:t>
      </w:r>
      <w:r/>
    </w:p>
    <w:p>
      <w:r/>
      <w:r>
        <w:t>The appeal isn't simply that two recognisable artists worked together. Peck's presence helps widen the idea of what country performance can look and sound like, while Minogue's involvement gives the project a glossy pop lift. Together, they create something that feels playful rather than carefully engineered.</w:t>
      </w:r>
      <w:r/>
    </w:p>
    <w:p>
      <w:r/>
      <w:r>
        <w:t>Queerty later reported that Peck had discussed the possibility of Minogue appearing in a Street Fighter-related project, adding another layer to the ongoing conversation around her screen appeal and his pop-culture ambitions. The takeaway is simple: the collaboration has enough sparkle to keep fans speculating.</w:t>
      </w:r>
      <w:r/>
    </w:p>
    <w:p>
      <w:pPr>
        <w:pStyle w:val="Heading2"/>
      </w:pPr>
      <w:r>
        <w:t>Rent favourites return to the spotlight</w:t>
      </w:r>
      <w:r/>
    </w:p>
    <w:p>
      <w:r/>
      <w:r>
        <w:t>The wider entertainment round-up also included a reunion for Rent originals Anthony Rapp and Tim Weil. For fans of the landmark musical, that kind of appearance carries a particular emotional charge, bringing back memories of a show that helped place queer lives, friendship and chosen family at the centre of mainstream theatre.</w:t>
      </w:r>
      <w:r/>
    </w:p>
    <w:p>
      <w:r/>
      <w:r>
        <w:t>Elsewhere, Chris Colfer joined Darren Criss on stage, Anthony Ramos celebrated sold-out residency shows and James McAvoy found himself discussing his screen work with Andy Cohen. It was a reminder that LGBTQ+ pop culture rarely sits in one lane. Theatre, television, film, music and TikTok now feed into one fast-moving conversation.</w:t>
      </w:r>
      <w:r/>
    </w:p>
    <w:p>
      <w:pPr>
        <w:pStyle w:val="Heading2"/>
      </w:pPr>
      <w:r>
        <w:t>A pop-culture round-up with plenty of personality</w:t>
      </w:r>
      <w:r/>
    </w:p>
    <w:p>
      <w:r/>
      <w:r>
        <w:t>What makes these stories click is their contrast. One moment offers a heartfelt ballad at a historic queer venue; the next delivers a masked country singer trading ideas with a disco legend. Add theatre reunions, Pride appearances and viral clips, and the result feels less like a formal news cycle than a lively group chat.</w:t>
      </w:r>
      <w:r/>
    </w:p>
    <w:p>
      <w:r/>
      <w:r>
        <w:t>For readers keeping up with LGBTQ+ entertainment, these are useful touchpoints: familiar names, unexpected pairings and small live moments that reveal how culture is shifting. And honestly, any week that includes Celine Dion karaoke at Stonewall deserves a little extra attention.</w:t>
      </w:r>
      <w:r/>
    </w:p>
    <w:p>
      <w:r/>
      <w:r>
        <w:t>It's a bright, wonderfully queer snapshot of entertainment right now.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3">
        <w:r>
          <w:rPr>
            <w:color w:val="0000EE"/>
            <w:u w:val="single"/>
          </w:rPr>
          <w:t>[6]</w:t>
        </w:r>
      </w:hyperlink>
      <w:r>
        <w:t xml:space="preserve">- Paragraph 5: </w:t>
      </w:r>
      <w:hyperlink r:id="rId13">
        <w:r>
          <w:rPr>
            <w:color w:val="0000EE"/>
            <w:u w:val="single"/>
          </w:rPr>
          <w:t>[7]</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3">
        <w:r>
          <w:rPr>
            <w:color w:val="0000EE"/>
            <w:u w:val="single"/>
          </w:rPr>
          <w:t>[6]</w:t>
        </w:r>
      </w:hyperlink>
      <w:r>
        <w:t xml:space="preserve">, </w:t>
      </w:r>
      <w:hyperlink r:id="rId13">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https://www.queerty.com/rent-reunited-brandi-carliles-karaoke-moment-james-mcavoys-confession-20261025/</w:t>
        </w:r>
      </w:hyperlink>
      <w:r>
        <w:t xml:space="preserve"> - Please view link - unable to able to access data</w:t>
      </w:r>
      <w:r/>
    </w:p>
    <w:p>
      <w:pPr>
        <w:pStyle w:val="ListNumber"/>
        <w:spacing w:line="240" w:lineRule="auto"/>
        <w:ind w:left="720"/>
      </w:pPr>
      <w:r/>
      <w:hyperlink r:id="rId10">
        <w:r>
          <w:rPr>
            <w:color w:val="0000EE"/>
            <w:u w:val="single"/>
          </w:rPr>
          <w:t>https://buffalo.edgemedianetwork.com/story/170845/brandi-carlile-sings-cline-dion-at-stonewall-karaoke-after-fundraiser</w:t>
        </w:r>
      </w:hyperlink>
      <w:r>
        <w:t xml:space="preserve"> - Brandi Carlile performed Céline Dion's 'It's All Coming Back to Me Now' at a karaoke event at The Stonewall Inn in New York City on September 30, 2026. This followed a benefit concert at the Stonewall National Monument Visitor Center. The karaoke session also featured Madonna's 'Like a Prayer' and 'Goodbye Earl' by The Chicks. Carlile discussed the significance of LGBTQ musicians and spaces like Stonewall during her conversation with photographer Collier Schorr.</w:t>
      </w:r>
      <w:r/>
    </w:p>
    <w:p>
      <w:pPr>
        <w:pStyle w:val="ListNumber"/>
        <w:spacing w:line="240" w:lineRule="auto"/>
        <w:ind w:left="720"/>
      </w:pPr>
      <w:r/>
      <w:hyperlink r:id="rId11">
        <w:r>
          <w:rPr>
            <w:color w:val="0000EE"/>
            <w:u w:val="single"/>
          </w:rPr>
          <w:t>https://www.mambaonline.com/2024/06/09/south-african-gay-country-star-orville-peck-teams-up-with-kylie-minogue/</w:t>
        </w:r>
      </w:hyperlink>
      <w:r>
        <w:t xml:space="preserve"> - South African-born gay country star Orville Peck collaborated with Australian pop icon Kylie Minogue and DJ/producer Diplo on a new disco-country track titled 'Midnight Ride.' Released via Warner Records, the song debuted live during Minogue's headlining set at the Out Loud Music Festival at WeHo Pride on June 2, 2024. Peck joined Minogue and Diplo on stage for the first performance of the track.</w:t>
      </w:r>
      <w:r/>
    </w:p>
    <w:p>
      <w:pPr>
        <w:pStyle w:val="ListNumber"/>
        <w:spacing w:line="240" w:lineRule="auto"/>
        <w:ind w:left="720"/>
      </w:pPr>
      <w:r/>
      <w:hyperlink r:id="rId12">
        <w:r>
          <w:rPr>
            <w:color w:val="0000EE"/>
            <w:u w:val="single"/>
          </w:rPr>
          <w:t>https://www.musictimes.com/articles/104014/20240603/kylie-minogue-orville-peck-new-disco-country-duet-outloud-pride-fest.htm</w:t>
        </w:r>
      </w:hyperlink>
      <w:r>
        <w:t xml:space="preserve"> - Kylie Minogue, Orville Peck, and Diplo premiered their new 'disco country' duet, 'Midnight Ride,' at the 2024 OUTLOUD Pride festival in West Hollywood. Minogue introduced Peck and Diplo as 'brand-new best friends,' and they performed the song live for the first time during Minogue's set. The collaboration blends elements of country and disco, showcasing the artists' diverse musical styles.</w:t>
      </w:r>
      <w:r/>
    </w:p>
    <w:p>
      <w:pPr>
        <w:pStyle w:val="ListNumber"/>
        <w:spacing w:line="240" w:lineRule="auto"/>
        <w:ind w:left="720"/>
      </w:pPr>
      <w:r/>
      <w:hyperlink r:id="rId13">
        <w:r>
          <w:rPr>
            <w:color w:val="0000EE"/>
            <w:u w:val="single"/>
          </w:rPr>
          <w:t>https://www.queerty.com/orville-peck-on-nearly-scoring-a-kylie-minogue-cameo-for-street-fighter-vegas-gay-appeal-20261016/</w:t>
        </w:r>
      </w:hyperlink>
      <w:r>
        <w:t xml:space="preserve"> - Orville Peck, who stars as Vega in the new 'Street Fighter' movie, revealed that the studio attempted to arrange a cameo appearance by Kylie Minogue, who played Cammy in the original 1994 'Street Fighter' film. Peck offered to reach out to Minogue directly, but scheduling conflicts ultimately prevented the cameo from happening. Minogue had previously described filming the original movie as one of the most enjoyable experiences of her life.</w:t>
      </w:r>
      <w:r/>
    </w:p>
    <w:p>
      <w:pPr>
        <w:pStyle w:val="ListNumber"/>
        <w:spacing w:line="240" w:lineRule="auto"/>
        <w:ind w:left="720"/>
      </w:pPr>
      <w:r/>
      <w:hyperlink r:id="rId13">
        <w:r>
          <w:rPr>
            <w:color w:val="0000EE"/>
            <w:u w:val="single"/>
          </w:rPr>
          <w:t>https://www.queerty.com/orville-peck-on-nearly-scoring-a-kylie-minogue-cameo-for-street-fighter-vegas-gay-appeal-20261016/</w:t>
        </w:r>
      </w:hyperlink>
      <w:r>
        <w:t xml:space="preserve"> - Orville Peck, who stars as Vega in the new 'Street Fighter' movie, revealed that the studio attempted to arrange a cameo appearance by Kylie Minogue, who played Cammy in the original 1994 'Street Fighter' film. Peck offered to reach out to Minogue directly, but scheduling conflicts ultimately prevented the cameo from happening. Minogue had previously described filming the original movie as one of the most enjoyable experiences of her life.</w:t>
      </w:r>
      <w:r/>
    </w:p>
    <w:p>
      <w:pPr>
        <w:pStyle w:val="ListNumber"/>
        <w:spacing w:line="240" w:lineRule="auto"/>
        <w:ind w:left="720"/>
      </w:pPr>
      <w:r/>
      <w:hyperlink r:id="rId13">
        <w:r>
          <w:rPr>
            <w:color w:val="0000EE"/>
            <w:u w:val="single"/>
          </w:rPr>
          <w:t>https://www.queerty.com/orville-peck-on-nearly-scoring-a-kylie-minogue-cameo-for-street-fighter-vegas-gay-appeal-20261016/</w:t>
        </w:r>
      </w:hyperlink>
      <w:r>
        <w:t xml:space="preserve"> - Orville Peck, who stars as Vega in the new 'Street Fighter' movie, revealed that the studio attempted to arrange a cameo appearance by Kylie Minogue, who played Cammy in the original 1994 'Street Fighter' film. Peck offered to reach out to Minogue directly, but scheduling conflicts ultimately prevented the cameo from happening. Minogue had previously described filming the original movie as one of the most enjoyable experiences of her life.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rent-reunited-brandi-carliles-karaoke-moment-james-mcavoys-confession-20261025/" TargetMode="External"/><Relationship Id="rId10" Type="http://schemas.openxmlformats.org/officeDocument/2006/relationships/hyperlink" Target="https://buffalo.edgemedianetwork.com/story/170845/brandi-carlile-sings-cline-dion-at-stonewall-karaoke-after-fundraiser" TargetMode="External"/><Relationship Id="rId11" Type="http://schemas.openxmlformats.org/officeDocument/2006/relationships/hyperlink" Target="https://www.mambaonline.com/2024/06/09/south-african-gay-country-star-orville-peck-teams-up-with-kylie-minogue/" TargetMode="External"/><Relationship Id="rId12" Type="http://schemas.openxmlformats.org/officeDocument/2006/relationships/hyperlink" Target="https://www.musictimes.com/articles/104014/20240603/kylie-minogue-orville-peck-new-disco-country-duet-outloud-pride-fest.htm" TargetMode="External"/><Relationship Id="rId13" Type="http://schemas.openxmlformats.org/officeDocument/2006/relationships/hyperlink" Target="https://www.queerty.com/orville-peck-on-nearly-scoring-a-kylie-minogue-cameo-for-street-fighter-vegas-gay-appeal-202610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