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Future Lovers Halloween Looks From Grindr's 2026 Pleasure Ball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Stars brought sci-fi glamour to New York City's Grindr Pleasure Ball, where Adam Lambert, Meg Stalter and a vivid mix of queer culture icons turned an invitation-only Halloween party into a playful showcase of fashion, performance and community support.</w:t>
      </w:r>
      <w:r/>
    </w:p>
    <w:p>
      <w:pPr>
        <w:pStyle w:val="Heading2"/>
      </w:pPr>
      <w:r>
        <w:t>Essential Takeaways</w:t>
      </w:r>
      <w:r/>
      <w:r/>
    </w:p>
    <w:p>
      <w:pPr>
        <w:pStyle w:val="ListBullet"/>
        <w:spacing w:line="240" w:lineRule="auto"/>
        <w:ind w:left="720"/>
      </w:pPr>
      <w:r/>
      <w:r>
        <w:rPr>
          <w:b/>
        </w:rPr>
        <w:t>Futuristic dress code:</w:t>
      </w:r>
      <w:r>
        <w:t xml:space="preserve"> Guests interpreted the “Future Lovers” theme through space-age, sci-fi and theatrical costumes.</w:t>
      </w:r>
      <w:r/>
    </w:p>
    <w:p>
      <w:pPr>
        <w:pStyle w:val="ListBullet"/>
        <w:spacing w:line="240" w:lineRule="auto"/>
        <w:ind w:left="720"/>
      </w:pPr>
      <w:r/>
      <w:r>
        <w:rPr>
          <w:b/>
        </w:rPr>
        <w:t>Adam Lambert's look:</w:t>
      </w:r>
      <w:r>
        <w:t xml:space="preserve"> Black leather, a spiked collar and bold monochrome make-up delivered a dramatic edge.</w:t>
      </w:r>
      <w:r/>
    </w:p>
    <w:p>
      <w:pPr>
        <w:pStyle w:val="ListBullet"/>
        <w:spacing w:line="240" w:lineRule="auto"/>
        <w:ind w:left="720"/>
      </w:pPr>
      <w:r/>
      <w:r>
        <w:rPr>
          <w:b/>
        </w:rPr>
        <w:t>Meg Stalter performed:</w:t>
      </w:r>
      <w:r>
        <w:t xml:space="preserve"> The comedian and actor appeared in a white astronaut costume and sang songs from her debut album, </w:t>
      </w:r>
      <w:r>
        <w:rPr>
          <w:i/>
        </w:rPr>
        <w:t>Crave</w:t>
      </w:r>
      <w:r>
        <w:t>.</w:t>
      </w:r>
      <w:r/>
    </w:p>
    <w:p>
      <w:pPr>
        <w:pStyle w:val="ListBullet"/>
        <w:spacing w:line="240" w:lineRule="auto"/>
        <w:ind w:left="720"/>
      </w:pPr>
      <w:r/>
      <w:r>
        <w:rPr>
          <w:b/>
        </w:rPr>
        <w:t>Ballroom energy:</w:t>
      </w:r>
      <w:r>
        <w:t xml:space="preserve"> Dashaun Wesley hosted the costume competition, with fashion and nightlife figures judging the entries.</w:t>
      </w:r>
      <w:r/>
    </w:p>
    <w:p>
      <w:pPr>
        <w:pStyle w:val="ListBullet"/>
        <w:spacing w:line="240" w:lineRule="auto"/>
        <w:ind w:left="720"/>
      </w:pPr>
      <w:r/>
      <w:r>
        <w:rPr>
          <w:b/>
        </w:rPr>
        <w:t>A wider purpose:</w:t>
      </w:r>
      <w:r>
        <w:t xml:space="preserve"> The event supported Grindr for Equality and its HIV prevention access commitment.</w:t>
      </w:r>
      <w:r/>
      <w:r/>
    </w:p>
    <w:p>
      <w:pPr>
        <w:pStyle w:val="Heading2"/>
      </w:pPr>
      <w:r>
        <w:t>New York's Halloween party goes fully futuristic</w:t>
      </w:r>
      <w:r/>
    </w:p>
    <w:p>
      <w:r/>
      <w:r>
        <w:t>The strongest looks at Grindr's Pleasure Ball didn't simply nod to the future, they sprinted towards it in leather, white space suits and gleaming nightlife drama. Held at Musica in New York City, the third annual event turned Halloween into a lively collision of club culture, celebrity style and queer self-expression.</w:t>
      </w:r>
      <w:r/>
    </w:p>
    <w:p>
      <w:r/>
      <w:r>
        <w:t xml:space="preserve">Adam Lambert embraced the darker side of the theme with a black leather ensemble, spiked collar and striking black-and-white make-up. It's the kind of look that feels less like a costume and more like a very confident album-cover concept. According to Just Jared, the evening attracted a broad group of performers, designers and nightlife personalities. </w:t>
      </w:r>
      <w:hyperlink r:id="rId9">
        <w:r>
          <w:rPr>
            <w:color w:val="0000EE"/>
            <w:u w:val="single"/>
          </w:rPr>
          <w:t>[2]</w:t>
        </w:r>
      </w:hyperlink>
      <w:r>
        <w:t xml:space="preserve">, </w:t>
      </w:r>
      <w:hyperlink r:id="rId10">
        <w:r>
          <w:rPr>
            <w:color w:val="0000EE"/>
            <w:u w:val="single"/>
          </w:rPr>
          <w:t>[6]</w:t>
        </w:r>
      </w:hyperlink>
      <w:r/>
    </w:p>
    <w:p>
      <w:pPr>
        <w:pStyle w:val="Heading2"/>
      </w:pPr>
      <w:r>
        <w:t>Meg Stalter trades comedy chaos for astronaut chic</w:t>
      </w:r>
      <w:r/>
    </w:p>
    <w:p>
      <w:r/>
      <w:r>
        <w:t>Meg Stalter supplied one of the evening's most unexpected visual moments, taking the stage in a white astronaut costume for a special performance. She sang “Prettiest Girl in America”, “GAY”, “I Need You” and “Famous Me”, bringing the theatrical spirit of her music to a room already primed for spectacle.</w:t>
      </w:r>
      <w:r/>
    </w:p>
    <w:p>
      <w:r/>
      <w:r>
        <w:t xml:space="preserve">Her appearance also connected the party to a newer chapter in her creative work. Her debut album, </w:t>
      </w:r>
      <w:r>
        <w:rPr>
          <w:i/>
        </w:rPr>
        <w:t>Crave</w:t>
      </w:r>
      <w:r>
        <w:t xml:space="preserve">, places her comic persona alongside pop performance, giving the astronaut styling an amusingly fitting twist: part intergalactic heroine, part deeply committed club performer. Wikipedia's album reference confirms the record's place in her musical catalogue. </w:t>
      </w:r>
      <w:hyperlink r:id="rId11">
        <w:r>
          <w:rPr>
            <w:color w:val="0000EE"/>
            <w:u w:val="single"/>
          </w:rPr>
          <w:t>[3]</w:t>
        </w:r>
      </w:hyperlink>
      <w:r>
        <w:t xml:space="preserve">, </w:t>
      </w:r>
      <w:hyperlink r:id="rId12">
        <w:r>
          <w:rPr>
            <w:color w:val="0000EE"/>
            <w:u w:val="single"/>
          </w:rPr>
          <w:t>[7]</w:t>
        </w:r>
      </w:hyperlink>
      <w:r/>
    </w:p>
    <w:p>
      <w:pPr>
        <w:pStyle w:val="Heading2"/>
      </w:pPr>
      <w:r>
        <w:t>Who made the guest list?</w:t>
      </w:r>
      <w:r/>
    </w:p>
    <w:p>
      <w:r/>
      <w:r>
        <w:t>The guest line-up stretched well beyond the headline names. Christian Siriano, Susanne Bartsch, Dominique Jackson, Anna Delvey, Judi Jupiter and Joey Arias were among those attending, creating a guest list that mixed fashion, television, performance art and nightlife history.</w:t>
      </w:r>
      <w:r/>
    </w:p>
    <w:p>
      <w:r/>
      <w:r>
        <w:t xml:space="preserve">That blend matters because the Pleasure Ball is not positioned as a conventional red-carpet event. It draws its appeal from the room's creative chemistry, where an established designer, a ballroom figure and an unpredictable Halloween dresser can all become part of the same visual conversation. Event previews and fashion coverage highlighted the party's growing ambition and distinctive style. </w:t>
      </w:r>
      <w:hyperlink r:id="rId13">
        <w:r>
          <w:rPr>
            <w:color w:val="0000EE"/>
            <w:u w:val="single"/>
          </w:rPr>
          <w:t>[4]</w:t>
        </w:r>
      </w:hyperlink>
      <w:r>
        <w:t xml:space="preserve">, </w:t>
      </w:r>
      <w:hyperlink r:id="rId14">
        <w:r>
          <w:rPr>
            <w:color w:val="0000EE"/>
            <w:u w:val="single"/>
          </w:rPr>
          <w:t>[5]</w:t>
        </w:r>
      </w:hyperlink>
      <w:r>
        <w:t xml:space="preserve">, </w:t>
      </w:r>
      <w:hyperlink r:id="rId10">
        <w:r>
          <w:rPr>
            <w:color w:val="0000EE"/>
            <w:u w:val="single"/>
          </w:rPr>
          <w:t>[6]</w:t>
        </w:r>
      </w:hyperlink>
      <w:r/>
    </w:p>
    <w:p>
      <w:pPr>
        <w:pStyle w:val="Heading2"/>
      </w:pPr>
      <w:r>
        <w:t>Costume competition keeps the night moving</w:t>
      </w:r>
      <w:r/>
    </w:p>
    <w:p>
      <w:r/>
      <w:r>
        <w:t>Ballroom icon Dashaun Wesley hosted the costume competition, while Christian Siriano, Susanne Bartsch, Kelly Cutrone and Grindr chief marketing officer Tristan Pineiro judged the entries. DJs Tommy Hart and Griffin Maxwell Brooks supplied the soundtrack, ensuring the evening had plenty of movement between performances and photo moments.</w:t>
      </w:r>
      <w:r/>
    </w:p>
    <w:p>
      <w:r/>
      <w:r>
        <w:t xml:space="preserve">The format gives the event a useful spark. Guests aren't just posing for pictures, they're watching one another, competing for attention and adding their own interpretation to a shared theme. Coverage of the party's fashion has emphasised that sense of theatrical participation, rather than a simple parade of famous faces. </w:t>
      </w:r>
      <w:hyperlink r:id="rId9">
        <w:r>
          <w:rPr>
            <w:color w:val="0000EE"/>
            <w:u w:val="single"/>
          </w:rPr>
          <w:t>[2]</w:t>
        </w:r>
      </w:hyperlink>
      <w:r>
        <w:t xml:space="preserve">, </w:t>
      </w:r>
      <w:hyperlink r:id="rId10">
        <w:r>
          <w:rPr>
            <w:color w:val="0000EE"/>
            <w:u w:val="single"/>
          </w:rPr>
          <w:t>[6]</w:t>
        </w:r>
      </w:hyperlink>
      <w:r/>
    </w:p>
    <w:p>
      <w:pPr>
        <w:pStyle w:val="Heading2"/>
      </w:pPr>
      <w:r>
        <w:t>Behind the glamour, a practical health mission</w:t>
      </w:r>
      <w:r/>
    </w:p>
    <w:p>
      <w:r/>
      <w:r>
        <w:t>The party also supported Grindr for Equality, the company's social impact initiative. Grindr has committed to connecting 10 million LGBTQ+ people with HIV prevention services by 2028, adding a clear community focus to an evening otherwise built around fantasy and fun.</w:t>
      </w:r>
      <w:r/>
    </w:p>
    <w:p>
      <w:r/>
      <w:r>
        <w:t xml:space="preserve">That balance is part of what makes the event stand out. Halloween allows for excess, but the cause gives the celebration a practical purpose beyond striking photographs and clever costumes. Industry coverage has described the Pleasure Ball as an increasingly ambitious event, yet its social-impact link remains an important part of the story. </w:t>
      </w:r>
      <w:hyperlink r:id="rId13">
        <w:r>
          <w:rPr>
            <w:color w:val="0000EE"/>
            <w:u w:val="single"/>
          </w:rPr>
          <w:t>[4]</w:t>
        </w:r>
      </w:hyperlink>
      <w:r>
        <w:t xml:space="preserve">, </w:t>
      </w:r>
      <w:hyperlink r:id="rId14">
        <w:r>
          <w:rPr>
            <w:color w:val="0000EE"/>
            <w:u w:val="single"/>
          </w:rPr>
          <w:t>[5]</w:t>
        </w:r>
      </w:hyperlink>
      <w:r/>
    </w:p>
    <w:p>
      <w:pPr>
        <w:pStyle w:val="Heading2"/>
      </w:pPr>
      <w:r>
        <w:t>Why the Pleasure Ball keeps gaining attention</w:t>
      </w:r>
      <w:r/>
    </w:p>
    <w:p>
      <w:r/>
      <w:r>
        <w:t>The event's formula is straightforward but effective: a strong theme, high-visibility guests, live performance and a setting designed for dramatic images. “Future Lovers” offered enough freedom for guests to interpret it as romance, science fiction, camp or pure club fantasy, which is exactly the sort of flexibility a Halloween crowd can use.</w:t>
      </w:r>
      <w:r/>
    </w:p>
    <w:p>
      <w:r/>
      <w:r>
        <w:t>For viewers choosing their own party look, the lesson is simple. A memorable costume needs one clear idea, then a few committed details, whether that's sharp monochrome make-up, a sculptural accessory or an all-white space-age silhouette. You don't need a celebrity budget, just a point of view and the confidence to carry it.</w:t>
      </w:r>
      <w:r/>
    </w:p>
    <w:p>
      <w:r/>
      <w:r>
        <w:t xml:space="preserve">It was a glossy night, but also a reminder that queer nightlife has always been about more than dressing up. At its best, it creates room for performance, connection and a little glorious weirdness. </w:t>
      </w:r>
      <w:hyperlink r:id="rId9">
        <w:r>
          <w:rPr>
            <w:color w:val="0000EE"/>
            <w:u w:val="single"/>
          </w:rPr>
          <w:t>[2]</w:t>
        </w:r>
      </w:hyperlink>
      <w:r>
        <w:t xml:space="preserve">, </w:t>
      </w:r>
      <w:hyperlink r:id="rId14">
        <w:r>
          <w:rPr>
            <w:color w:val="0000EE"/>
            <w:u w:val="single"/>
          </w:rPr>
          <w:t>[5]</w:t>
        </w:r>
      </w:hyperlink>
      <w:r>
        <w:t xml:space="preserve">, </w:t>
      </w:r>
      <w:hyperlink r:id="rId10">
        <w:r>
          <w:rPr>
            <w:color w:val="0000EE"/>
            <w:u w:val="single"/>
          </w:rPr>
          <w:t>[6]</w:t>
        </w:r>
      </w:hyperlink>
      <w:r/>
    </w:p>
    <w:p>
      <w:r/>
      <w:r>
        <w:t>It's a small glimpse of the future, but the costumes are already 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[5]</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https://www.justjared.com/2026/10/25/adam-lambert-meg-stalter-grindr-pleasure-ball-2026-halloween-photos/</w:t>
        </w:r>
      </w:hyperlink>
      <w:r>
        <w:t xml:space="preserve"> - Please view link - unable to able to access data</w:t>
      </w:r>
      <w:r/>
    </w:p>
    <w:p>
      <w:pPr>
        <w:pStyle w:val="ListNumber"/>
        <w:spacing w:line="240" w:lineRule="auto"/>
        <w:ind w:left="720"/>
      </w:pPr>
      <w:r/>
      <w:hyperlink r:id="rId9">
        <w:r>
          <w:rPr>
            <w:color w:val="0000EE"/>
            <w:u w:val="single"/>
          </w:rPr>
          <w:t>https://www.justjared.com/2026/10/25/adam-lambert-meg-stalter-grindr-pleasure-ball-2026-halloween-photos/</w:t>
        </w:r>
      </w:hyperlink>
      <w:r>
        <w:t xml:space="preserve"> - Adam Lambert, Meg Stalter, and other celebrities celebrated Halloween at Grindr's third annual Pleasure Ball on October 22, 2026, at Musica in New York City. The event featured a 'Future Lovers' theme, with attendees showcasing elaborate costumes inspired by outer space and science fiction. Adam Lambert wore a dramatic black leather outfit with a spiked collar and striking black-and-white makeup. Meg Stalter performed songs from her debut album 'Crave,' including 'Prettiest Girl in America,' 'GAY,' 'I Need You,' and 'Famous Me.' She expressed her excitement about performing at the Grindr Ball, highlighting the importance of the queer community and her enthusiasm for celebrating Gay Halloween together. Other notable guests included fashion designer Christian Siriano, nightlife icon Susanne Bartsch, 'Pose' actress Dominique Jackson, Anna Delvey, Judi Jupiter, and performer Joey Arias. The evening's costume competition was hosted by ballroom icon Dashaun Wesley, with judges including Christian Siriano, Susanne Bartsch, Kelly Cutrone, and Grindr's Chief Marketing Officer Tristan Pineiro. DJs Tommy Hart and Griffin Maxwell Brooks provided music throughout the night. The event supported Grindr for Equality, the app's social impact initiative committed to connecting 10 million LGBTQ+ individuals with HIV prevention services by 2028.</w:t>
      </w:r>
      <w:r/>
    </w:p>
    <w:p>
      <w:pPr>
        <w:pStyle w:val="ListNumber"/>
        <w:spacing w:line="240" w:lineRule="auto"/>
        <w:ind w:left="720"/>
      </w:pPr>
      <w:r/>
      <w:hyperlink r:id="rId11">
        <w:r>
          <w:rPr>
            <w:color w:val="0000EE"/>
            <w:u w:val="single"/>
          </w:rPr>
          <w:t>https://www.aol.com/articles/meg-stalter-pop-star-influenced-195926000.html</w:t>
        </w:r>
      </w:hyperlink>
      <w:r>
        <w:t xml:space="preserve"> - Meg Stalter, known for her role in 'Hacks,' performed at Grindr's 2026 Pleasure Ball in New York City on October 22, 2026. Dressed in a white astronaut costume, she delivered a special performance featuring songs from her debut album 'Crave,' including 'Prettiest Girl in America,' 'GAY,' 'I Need You,' and 'Famous Me.' In an interview, Stalter shared that performing at the Grindr Ball made sense because Grindr is a dating app, and she considers herself a matchmaker. She expressed her love for the queer community and her excitement to celebrate Gay Halloween together. Stalter's debut album 'Crave' was released in September 2026, with 'Prettiest Girl in America' as the lead single.</w:t>
      </w:r>
      <w:r/>
    </w:p>
    <w:p>
      <w:pPr>
        <w:pStyle w:val="ListNumber"/>
        <w:spacing w:line="240" w:lineRule="auto"/>
        <w:ind w:left="720"/>
      </w:pPr>
      <w:r/>
      <w:hyperlink r:id="rId13">
        <w:r>
          <w:rPr>
            <w:color w:val="0000EE"/>
            <w:u w:val="single"/>
          </w:rPr>
          <w:t>https://wisevoter.com/world/us/ny/new-york-city/2026/10/20/grindr-host-pleasure-ball-new-york</w:t>
        </w:r>
      </w:hyperlink>
      <w:r>
        <w:t xml:space="preserve"> - Grindr is set to host its annual Pleasure Ball Halloween party in New York City on October 22, 2026. This year's 'Future Lovers' themed event features an expanded capacity of 700 guests, up from 400 in 2024. The company aims to leverage the holiday to grow its identity as a social networking platform rather than just a dating app. By increasing its event footprint, Grindr seeks to build deeper community connections. Brand partners for the 2026 celebration include Absolut, Lyft, and Back Market.</w:t>
      </w:r>
      <w:r/>
    </w:p>
    <w:p>
      <w:pPr>
        <w:pStyle w:val="ListNumber"/>
        <w:spacing w:line="240" w:lineRule="auto"/>
        <w:ind w:left="720"/>
      </w:pPr>
      <w:r/>
      <w:hyperlink r:id="rId14">
        <w:r>
          <w:rPr>
            <w:color w:val="0000EE"/>
            <w:u w:val="single"/>
          </w:rPr>
          <w:t>https://reachbrief.com/articles/grindr-scales-its-halloween-play-to-700-guests-chasing-met-gala-status-9a42d8a0</w:t>
        </w:r>
      </w:hyperlink>
      <w:r>
        <w:t xml:space="preserve"> - Grindr will host its third Pleasure Ball in New York City on Thursday, October 22, 2026, with capacity increased from approximately 400 guests in 2024 to 700 this year—a 75% jump. This marks the dating app's most aggressive push yet to own Halloween as a brand property. Grindr's Chief Marketing Officer, Tristan Pineiro, expressed the company's ambition to make the event the 'gay rival to the Met Gala,' highlighting Halloween as 'kind of gay Christmas' for the app's community.</w:t>
      </w:r>
      <w:r/>
    </w:p>
    <w:p>
      <w:pPr>
        <w:pStyle w:val="ListNumber"/>
        <w:spacing w:line="240" w:lineRule="auto"/>
        <w:ind w:left="720"/>
      </w:pPr>
      <w:r/>
      <w:hyperlink r:id="rId10">
        <w:r>
          <w:rPr>
            <w:color w:val="0000EE"/>
            <w:u w:val="single"/>
          </w:rPr>
          <w:t>https://gayety.com/grindr-pleasure-ball-fashion</w:t>
        </w:r>
      </w:hyperlink>
      <w:r>
        <w:t xml:space="preserve"> - At Grindr's Pleasure Ball, fantasy and fashion meet in a collision of colour, texture, and temptation. Inspired by 'The Garden of Otherworldly Delights,' the immersive theme transformed a downtown New York venue into a surreal playground where queer imagination took centre stage. The concept featured a twisted Eden, lush with overgrown flora, toxic blossoms, and shimmering serpents. Guests didn't just dress for the theme; they became it, turning the dance floor into a living art installation where leather met lace, metal met petal, and self-expression reigned supreme.</w:t>
      </w:r>
      <w:r/>
    </w:p>
    <w:p>
      <w:pPr>
        <w:pStyle w:val="ListNumber"/>
        <w:spacing w:line="240" w:lineRule="auto"/>
        <w:ind w:left="720"/>
      </w:pPr>
      <w:r/>
      <w:hyperlink r:id="rId12">
        <w:r>
          <w:rPr>
            <w:color w:val="0000EE"/>
            <w:u w:val="single"/>
          </w:rPr>
          <w:t>https://en.wikipedia.org/wiki/Crave_%28Megan_Stalter_album%29</w:t>
        </w:r>
      </w:hyperlink>
      <w:r>
        <w:t xml:space="preserve"> - Crave (stylised in all caps) is the debut studio album by American comedian, actress, and singer Megan Stalter, released on September 18, 2026. The electropop song 'Prettiest Girl in America' is the lead single. Stalter performed the song at the Las Culturistas Culture Awards. The second single is a dance-pop song called 'Gay.' The album features a total length of 43:09 and was self-released. The track listing includes songs written by Meg Stalter, Matias Mora, and Jesse Thomas, with production by Mora and Thomas, except where noted.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ustjared.com/2026/10/25/adam-lambert-meg-stalter-grindr-pleasure-ball-2026-halloween-photos/" TargetMode="External"/><Relationship Id="rId10" Type="http://schemas.openxmlformats.org/officeDocument/2006/relationships/hyperlink" Target="https://gayety.com/grindr-pleasure-ball-fashion" TargetMode="External"/><Relationship Id="rId11" Type="http://schemas.openxmlformats.org/officeDocument/2006/relationships/hyperlink" Target="https://www.aol.com/articles/meg-stalter-pop-star-influenced-195926000.html" TargetMode="External"/><Relationship Id="rId12" Type="http://schemas.openxmlformats.org/officeDocument/2006/relationships/hyperlink" Target="https://en.wikipedia.org/wiki/Crave_%28Megan_Stalter_album%29" TargetMode="External"/><Relationship Id="rId13" Type="http://schemas.openxmlformats.org/officeDocument/2006/relationships/hyperlink" Target="https://wisevoter.com/world/us/ny/new-york-city/2026/10/20/grindr-host-pleasure-ball-new-york" TargetMode="External"/><Relationship Id="rId14" Type="http://schemas.openxmlformats.org/officeDocument/2006/relationships/hyperlink" Target="https://reachbrief.com/articles/grindr-scales-its-halloween-play-to-700-guests-chasing-met-gala-status-9a42d8a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