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Cape Town Pride 2027 Guide: A 24-Day LGBTQ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Cape Town Pride 2027 is set to turn the city into a colourful, welcoming stage from 5 to 28 February, with culture, comedy, workshops, nightlife and outdoor events building towards the main parade on 27 February. It also offers a lively preview of Cape Town’s landmark WorldPride role in 2028.</w:t>
      </w:r>
      <w:r/>
    </w:p>
    <w:p>
      <w:pPr>
        <w:pStyle w:val="Heading2"/>
      </w:pPr>
      <w:r>
        <w:t>Essential Takeaways</w:t>
      </w:r>
      <w:r/>
      <w:r/>
    </w:p>
    <w:p>
      <w:pPr>
        <w:pStyle w:val="ListBullet"/>
        <w:spacing w:line="240" w:lineRule="auto"/>
        <w:ind w:left="720"/>
      </w:pPr>
      <w:r/>
      <w:r>
        <w:rPr>
          <w:b/>
        </w:rPr>
        <w:t>Three weeks of Pride:</w:t>
      </w:r>
      <w:r>
        <w:t xml:space="preserve"> Cape Town Pride runs from 5 to 28 February 2027.</w:t>
      </w:r>
      <w:r/>
    </w:p>
    <w:p>
      <w:pPr>
        <w:pStyle w:val="ListBullet"/>
        <w:spacing w:line="240" w:lineRule="auto"/>
        <w:ind w:left="720"/>
      </w:pPr>
      <w:r/>
      <w:r>
        <w:rPr>
          <w:b/>
        </w:rPr>
        <w:t>Big parade day:</w:t>
      </w:r>
      <w:r>
        <w:t xml:space="preserve"> The main parade and Mardi Gras are scheduled for Saturday, 27 February.</w:t>
      </w:r>
      <w:r/>
    </w:p>
    <w:p>
      <w:pPr>
        <w:pStyle w:val="ListBullet"/>
        <w:spacing w:line="240" w:lineRule="auto"/>
        <w:ind w:left="720"/>
      </w:pPr>
      <w:r/>
      <w:r>
        <w:rPr>
          <w:b/>
        </w:rPr>
        <w:t>A broad programme:</w:t>
      </w:r>
      <w:r>
        <w:t xml:space="preserve"> Expect film, books, workshops, comedy, drag, karaoke and outdoor activities.</w:t>
      </w:r>
      <w:r/>
    </w:p>
    <w:p>
      <w:pPr>
        <w:pStyle w:val="ListBullet"/>
        <w:spacing w:line="240" w:lineRule="auto"/>
        <w:ind w:left="720"/>
      </w:pPr>
      <w:r/>
      <w:r>
        <w:rPr>
          <w:b/>
        </w:rPr>
        <w:t>Inclusive theme:</w:t>
      </w:r>
      <w:r>
        <w:t xml:space="preserve"> “Loud in Every Colour” puts LGBTQ diversity and visibility at the centre.</w:t>
      </w:r>
      <w:r/>
    </w:p>
    <w:p>
      <w:pPr>
        <w:pStyle w:val="ListBullet"/>
        <w:spacing w:line="240" w:lineRule="auto"/>
        <w:ind w:left="720"/>
      </w:pPr>
      <w:r/>
      <w:r>
        <w:rPr>
          <w:b/>
        </w:rPr>
        <w:t>WorldPride warm-up:</w:t>
      </w:r>
      <w:r>
        <w:t xml:space="preserve"> The festival leads into Cape Town’s hosting of WorldPride in 2028.</w:t>
      </w:r>
      <w:r/>
      <w:r/>
    </w:p>
    <w:p>
      <w:pPr>
        <w:pStyle w:val="Heading2"/>
      </w:pPr>
      <w:r>
        <w:t>Cape Town Pride 2027 is stretching the celebration</w:t>
      </w:r>
      <w:r/>
    </w:p>
    <w:p>
      <w:r/>
      <w:r>
        <w:t>Cape Town Pride is taking the idea of a festival season seriously. Rather than concentrating everything into one packed weekend, the 2027 programme will unfold across 24 days, giving residents and visitors more chances to join in without having to choose between competing events.</w:t>
      </w:r>
      <w:r/>
    </w:p>
    <w:p>
      <w:r/>
      <w:r>
        <w:t>The schedule is expected to mix high-energy entertainment with quieter community moments. According to Time Out Cape Town, the expanded format is being presented as a month-long jol, a fitting description for a programme that promises both celebration and connection.</w:t>
      </w:r>
      <w:r/>
    </w:p>
    <w:p>
      <w:r/>
      <w:r>
        <w:t>That wider shape matters. Pride can be loud, glittery and wonderfully chaotic, but it also needs room for conversations, learning and simple socialising. Cape Town’s longer calendar appears designed to make space for all three.</w:t>
      </w:r>
      <w:r/>
    </w:p>
    <w:p>
      <w:pPr>
        <w:pStyle w:val="Heading2"/>
      </w:pPr>
      <w:r>
        <w:t>“Loud in Every Colour” sets the tone</w:t>
      </w:r>
      <w:r/>
    </w:p>
    <w:p>
      <w:r/>
      <w:r>
        <w:t>The festival theme, “Loud in Every Colour”, is intended to spotlight the breadth of LGBTQ identities and experiences. Cape Town Pride says the wording reflects a community that cannot be reduced to a single symbol, group or story.</w:t>
      </w:r>
      <w:r/>
    </w:p>
    <w:p>
      <w:r/>
      <w:r>
        <w:t>The official festival announcement connects the theme with the rainbow, transgender, bisexual, intersex and asexual Pride flags. That makes the message feel less like a decorative slogan and more like a statement about who should see themselves represented.</w:t>
      </w:r>
      <w:r/>
    </w:p>
    <w:p>
      <w:r/>
      <w:r>
        <w:t>The South African reports on the announcement also frame the 2027 event as an important moment for visibility. In a city known for its creative energy and open-air social life, the theme should translate naturally into bright streets, bold costumes and plenty of joyful noise.</w:t>
      </w:r>
      <w:r/>
    </w:p>
    <w:p>
      <w:pPr>
        <w:pStyle w:val="Heading2"/>
      </w:pPr>
      <w:r>
        <w:t>Parade day will bring the biggest crowds</w:t>
      </w:r>
      <w:r/>
    </w:p>
    <w:p>
      <w:r/>
      <w:r>
        <w:t>The main Cape Town Pride Parade and Mardi Gras will take place on Saturday, 27 February. The procession is due to begin on Alfred Street in De Waterkant before moving towards Green Point Track for the larger celebration.</w:t>
      </w:r>
      <w:r/>
    </w:p>
    <w:p>
      <w:r/>
      <w:r>
        <w:t>For first-time visitors, that route offers a useful way to think about the day. De Waterkant is closely associated with Cape Town’s LGBTQ social scene, while Green Point provides the space needed for performances, stalls and a proper festival atmosphere.</w:t>
      </w:r>
      <w:r/>
    </w:p>
    <w:p>
      <w:r/>
      <w:r>
        <w:t>Event listings from PinkUk and misterb&amp;b identify the parade as the centrepiece of Cape Town Pride 2027. If you’re planning to attend, it’s sensible to allow extra time for transport, wear comfortable shoes and keep water close. Glitter is optional, but stamina probably isn’t.</w:t>
      </w:r>
      <w:r/>
    </w:p>
    <w:p>
      <w:pPr>
        <w:pStyle w:val="Heading2"/>
      </w:pPr>
      <w:r>
        <w:t>What to expect beyond the parade</w:t>
      </w:r>
      <w:r/>
    </w:p>
    <w:p>
      <w:r/>
      <w:r>
        <w:t>The programme is broader than a single procession. Planned events include film screenings, book readings, workshops, cultural discussions, comedy, drag performances, Pride karaoke and outdoor activities.</w:t>
      </w:r>
      <w:r/>
    </w:p>
    <w:p>
      <w:r/>
      <w:r>
        <w:t>That variety should make the festival appealing to different kinds of visitors. Some people will want a packed dance floor, while others may prefer a screening, a panel or an afternoon activity where conversation comes more easily.</w:t>
      </w:r>
      <w:r/>
    </w:p>
    <w:p>
      <w:r/>
      <w:r>
        <w:t>Cape Town Pride’s own announcement highlights this blend of entertainment and community programming. The practical benefit is simple: visitors can build a personalised itinerary instead of treating Pride as one all-or-nothing night out.</w:t>
      </w:r>
      <w:r/>
    </w:p>
    <w:p>
      <w:pPr>
        <w:pStyle w:val="Heading2"/>
      </w:pPr>
      <w:r>
        <w:t>Why 2027 matters before WorldPride 2028</w:t>
      </w:r>
      <w:r/>
    </w:p>
    <w:p>
      <w:r/>
      <w:r>
        <w:t>Cape Town is preparing to host WorldPride in 2028, after winning the bid in a vote by InterPride members in November 2024. It will be the first African city to host the global event, giving the local Pride calendar significance well beyond the Western Cape.</w:t>
      </w:r>
      <w:r/>
    </w:p>
    <w:p>
      <w:r/>
      <w:r>
        <w:t>The move has attracted international attention because South Africa has a distinctive legal position on LGBTQ rights. The country’s constitution prohibits discrimination based on sexual orientation, and same-sex marriage has been legal since 2006, although legal protection doesn’t erase every social or political challenge.</w:t>
      </w:r>
      <w:r/>
    </w:p>
    <w:p>
      <w:r/>
      <w:r>
        <w:t>Cape Town Pride 2027 therefore works as both a celebration and a rehearsal for a much larger international moment. As the city prepares, the strongest events will be those that combine warmth and spectacle with space for the wider human rights conversation.</w:t>
      </w:r>
      <w:r/>
    </w:p>
    <w:p>
      <w:r/>
      <w:r>
        <w:t>It’s a colourful milestone, but the lasting impact will be measured by how many people feel included after the music stops.</w:t>
      </w:r>
      <w:r/>
    </w:p>
    <w:p>
      <w:r/>
      <w:r>
        <w:t>Explore the programme as dates and venues are confirmed, and plan the parts of Pride that feel most meaningful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2">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https://jrlcharts.com/2026/10/24/cape-town-pride-2027-goes-big-with-24-days-of-lgbtq-celebrations/</w:t>
        </w:r>
      </w:hyperlink>
      <w:r>
        <w:t xml:space="preserve"> - Please view link - unable to able to access data</w:t>
      </w:r>
      <w:r/>
    </w:p>
    <w:p>
      <w:pPr>
        <w:pStyle w:val="ListNumber"/>
        <w:spacing w:line="240" w:lineRule="auto"/>
        <w:ind w:left="720"/>
      </w:pPr>
      <w:r/>
      <w:hyperlink r:id="rId10">
        <w:r>
          <w:rPr>
            <w:color w:val="0000EE"/>
            <w:u w:val="single"/>
          </w:rPr>
          <w:t>https://cptpride.org/cape-town-pride-announces-dates-themes-for-2027-festival/</w:t>
        </w:r>
      </w:hyperlink>
      <w:r>
        <w:t xml:space="preserve"> - Cape Town Pride has announced that the 2027 festival will take place from 5th to 28th February, with the annual Parade and Mardi Gras on Saturday, 27th February. The theme for 2027 is 'Loud in Every Colour – Every flag. Every letter. Every one of us, LOUD.' This theme aims to include the entire LGBTQIA+ spectrum, encompassing the rainbow, trans, bi, intersex, and ace flags. The festival will feature various events such as book readings, film screenings, workshops, mountain hikes, drag shows, quiz nights, comedy shows, Pride karaoke, queer dating shows, queer surfing, queer yoga, and queer birdwatching. Tickets for the Pride Mardi Gras will go on sale at the end of November. (</w:t>
      </w:r>
      <w:hyperlink r:id="rId16">
        <w:r>
          <w:rPr>
            <w:color w:val="0000EE"/>
            <w:u w:val="single"/>
          </w:rPr>
          <w:t>cptpride.org</w:t>
        </w:r>
      </w:hyperlink>
      <w:r>
        <w:t>)</w:t>
      </w:r>
      <w:r/>
    </w:p>
    <w:p>
      <w:pPr>
        <w:pStyle w:val="ListNumber"/>
        <w:spacing w:line="240" w:lineRule="auto"/>
        <w:ind w:left="720"/>
      </w:pPr>
      <w:r/>
      <w:hyperlink r:id="rId12">
        <w:r>
          <w:rPr>
            <w:color w:val="0000EE"/>
            <w:u w:val="single"/>
          </w:rPr>
          <w:t>https://www.thesouthafrican.com/culture/lgbtqia/dates-set-cape-town-pride-festival-2027/</w:t>
        </w:r>
      </w:hyperlink>
      <w:r>
        <w:t xml:space="preserve"> - The Cape Town Pride Festival is set to return in 2027, with events scheduled from 5th to 28th February. The festival promises to be a vibrant addition to Cape Town's cultural calendar, offering a month-long celebration of LGBTQIA+ culture and rights. (</w:t>
      </w:r>
      <w:hyperlink r:id="rId17">
        <w:r>
          <w:rPr>
            <w:color w:val="0000EE"/>
            <w:u w:val="single"/>
          </w:rPr>
          <w:t>thesouthafrican.com</w:t>
        </w:r>
      </w:hyperlink>
      <w:r>
        <w:t>)</w:t>
      </w:r>
      <w:r/>
    </w:p>
    <w:p>
      <w:pPr>
        <w:pStyle w:val="ListNumber"/>
        <w:spacing w:line="240" w:lineRule="auto"/>
        <w:ind w:left="720"/>
      </w:pPr>
      <w:r/>
      <w:hyperlink r:id="rId11">
        <w:r>
          <w:rPr>
            <w:color w:val="0000EE"/>
            <w:u w:val="single"/>
          </w:rPr>
          <w:t>https://www.timeout.com/cape-town/news/cape-town-pride-announces-month-long-jol-for-2027-102226</w:t>
        </w:r>
      </w:hyperlink>
      <w:r>
        <w:t xml:space="preserve"> - Cape Town Pride has announced that the 2027 festival will run for an entire month, from 5th to 28th February. The festival will feature a variety of events, including the annual Parade and Mardi Gras on 27th February. (</w:t>
      </w:r>
      <w:hyperlink r:id="rId18">
        <w:r>
          <w:rPr>
            <w:color w:val="0000EE"/>
            <w:u w:val="single"/>
          </w:rPr>
          <w:t>timeout.com</w:t>
        </w:r>
      </w:hyperlink>
      <w:r>
        <w:t>)</w:t>
      </w:r>
      <w:r/>
    </w:p>
    <w:p>
      <w:pPr>
        <w:pStyle w:val="ListNumber"/>
        <w:spacing w:line="240" w:lineRule="auto"/>
        <w:ind w:left="720"/>
      </w:pPr>
      <w:r/>
      <w:hyperlink r:id="rId13">
        <w:r>
          <w:rPr>
            <w:color w:val="0000EE"/>
            <w:u w:val="single"/>
          </w:rPr>
          <w:t>https://www.misterbandb.com/gay-events/south-africa/cape-town/gay-pride</w:t>
        </w:r>
      </w:hyperlink>
      <w:r>
        <w:t xml:space="preserve"> - Cape Town Pride 2027 is scheduled from 5th to 28th February, with the Parade on 27th February at 11:00 am, starting at Alfred Street and ending at Green Point Track. The festival will include various events such as parties, pool parties, the main parade, and activities like hiking and beach outings. (</w:t>
      </w:r>
      <w:hyperlink r:id="rId19">
        <w:r>
          <w:rPr>
            <w:color w:val="0000EE"/>
            <w:u w:val="single"/>
          </w:rPr>
          <w:t>misterbandb.com</w:t>
        </w:r>
      </w:hyperlink>
      <w:r>
        <w:t>)</w:t>
      </w:r>
      <w:r/>
    </w:p>
    <w:p>
      <w:pPr>
        <w:pStyle w:val="ListNumber"/>
        <w:spacing w:line="240" w:lineRule="auto"/>
        <w:ind w:left="720"/>
      </w:pPr>
      <w:r/>
      <w:hyperlink r:id="rId14">
        <w:r>
          <w:rPr>
            <w:color w:val="0000EE"/>
            <w:u w:val="single"/>
          </w:rPr>
          <w:t>https://pinkuk.com/events/africa/south-africa/western-cape/cape-town/cape-town-pride-2027</w:t>
        </w:r>
      </w:hyperlink>
      <w:r>
        <w:t xml:space="preserve"> - Cape Town Pride 2027 is scheduled from 5th to 28th February, culminating in the Parade and Mardi Gras on 27th February. The theme for 2027 is 'Loud in Every Colour – Every Flag. Every Letter. Every one of us, LOUD.' The festival will feature various events, including book readings, film screenings, workshops, mountain hikes, drag shows, quiz nights, comedy shows, Pride karaoke, queer dating shows, queer surfing, queer yoga, and queer birdwatching. (</w:t>
      </w:r>
      <w:hyperlink r:id="rId20">
        <w:r>
          <w:rPr>
            <w:color w:val="0000EE"/>
            <w:u w:val="single"/>
          </w:rPr>
          <w:t>pinkuk.com</w:t>
        </w:r>
      </w:hyperlink>
      <w:r>
        <w:t>)</w:t>
      </w:r>
      <w:r/>
    </w:p>
    <w:p>
      <w:pPr>
        <w:pStyle w:val="ListNumber"/>
        <w:spacing w:line="240" w:lineRule="auto"/>
        <w:ind w:left="720"/>
      </w:pPr>
      <w:r/>
      <w:hyperlink r:id="rId15">
        <w:r>
          <w:rPr>
            <w:color w:val="0000EE"/>
            <w:u w:val="single"/>
          </w:rPr>
          <w:t>https://en.wikipedia.org/wiki/Cape_Town_Pride</w:t>
        </w:r>
      </w:hyperlink>
      <w:r>
        <w:t xml:space="preserve"> - Cape Town Pride is an annual gay pride event held in Cape Town, South Africa, featuring a collective of sub-events, including the Cape Town Pride Parade. The event serves as a major opportunity to bring the LGBTQIA+ community together to celebrate their strength, freedom, and diversity.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rlcharts.com/2026/10/24/cape-town-pride-2027-goes-big-with-24-days-of-lgbtq-celebrations/" TargetMode="External"/><Relationship Id="rId10" Type="http://schemas.openxmlformats.org/officeDocument/2006/relationships/hyperlink" Target="https://cptpride.org/cape-town-pride-announces-dates-themes-for-2027-festival/" TargetMode="External"/><Relationship Id="rId11" Type="http://schemas.openxmlformats.org/officeDocument/2006/relationships/hyperlink" Target="https://www.timeout.com/cape-town/news/cape-town-pride-announces-month-long-jol-for-2027-102226" TargetMode="External"/><Relationship Id="rId12" Type="http://schemas.openxmlformats.org/officeDocument/2006/relationships/hyperlink" Target="https://www.thesouthafrican.com/culture/lgbtqia/dates-set-cape-town-pride-festival-2027/" TargetMode="External"/><Relationship Id="rId13" Type="http://schemas.openxmlformats.org/officeDocument/2006/relationships/hyperlink" Target="https://www.misterbandb.com/gay-events/south-africa/cape-town/gay-pride" TargetMode="External"/><Relationship Id="rId14" Type="http://schemas.openxmlformats.org/officeDocument/2006/relationships/hyperlink" Target="https://pinkuk.com/events/africa/south-africa/western-cape/cape-town/cape-town-pride-2027" TargetMode="External"/><Relationship Id="rId15" Type="http://schemas.openxmlformats.org/officeDocument/2006/relationships/hyperlink" Target="https://en.wikipedia.org/wiki/Cape_Town_Pride" TargetMode="External"/><Relationship Id="rId16" Type="http://schemas.openxmlformats.org/officeDocument/2006/relationships/hyperlink" Target="https://cptpride.org/cape-town-pride-announces-dates-themes-for-2027-festival/?utm_source=openai" TargetMode="External"/><Relationship Id="rId17" Type="http://schemas.openxmlformats.org/officeDocument/2006/relationships/hyperlink" Target="https://www.thesouthafrican.com/culture/lgbtqia/dates-set-cape-town-pride-festival-2027/?utm_source=openai" TargetMode="External"/><Relationship Id="rId18" Type="http://schemas.openxmlformats.org/officeDocument/2006/relationships/hyperlink" Target="https://www.timeout.com/cape-town/news/cape-town-pride-announces-month-long-jol-for-2027-102226?utm_source=openai" TargetMode="External"/><Relationship Id="rId19" Type="http://schemas.openxmlformats.org/officeDocument/2006/relationships/hyperlink" Target="https://www.misterbandb.com/gay-events/south-africa/cape-town/gay-pride?utm_source=openai" TargetMode="External"/><Relationship Id="rId20" Type="http://schemas.openxmlformats.org/officeDocument/2006/relationships/hyperlink" Target="https://pinkuk.com/events/africa/south-africa/western-cape/cape-town/cape-town-pride-2027?utm_source=openai" TargetMode="External"/><Relationship Id="rId21" Type="http://schemas.openxmlformats.org/officeDocument/2006/relationships/hyperlink" Target="https://en.wikipedia.org/wiki/Cape_Town_Pri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