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York Pride 2027 date announced with free festival in York</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York Pride has confirmed Saturday 5 June 2027 for its next free celebration at York’s Knavesmire. With more than 30,000 people attending the latest festival and over 100,000 visitors coming to the city, the date gives LGBTQ+ communities, families and visitors plenty of time to plan for a colourful day of parade, performances and community events.</w:t>
      </w:r>
      <w:r/>
    </w:p>
    <w:p>
      <w:pPr>
        <w:pStyle w:val="Heading2"/>
      </w:pPr>
      <w:r>
        <w:t>Essential Takeaways</w:t>
      </w:r>
      <w:r/>
      <w:r/>
    </w:p>
    <w:p>
      <w:pPr>
        <w:pStyle w:val="ListBullet"/>
        <w:spacing w:line="240" w:lineRule="auto"/>
        <w:ind w:left="720"/>
      </w:pPr>
      <w:r/>
      <w:r>
        <w:rPr>
          <w:b/>
        </w:rPr>
        <w:t>Save the date:</w:t>
      </w:r>
      <w:r>
        <w:t xml:space="preserve"> York Pride 2027 will take place on Saturday 5 June.</w:t>
      </w:r>
      <w:r/>
    </w:p>
    <w:p>
      <w:pPr>
        <w:pStyle w:val="ListBullet"/>
        <w:spacing w:line="240" w:lineRule="auto"/>
        <w:ind w:left="720"/>
      </w:pPr>
      <w:r/>
      <w:r>
        <w:rPr>
          <w:b/>
        </w:rPr>
        <w:t>Free to attend:</w:t>
      </w:r>
      <w:r>
        <w:t xml:space="preserve"> The festival will again welcome visitors without an entry charge.</w:t>
      </w:r>
      <w:r/>
    </w:p>
    <w:p>
      <w:pPr>
        <w:pStyle w:val="ListBullet"/>
        <w:spacing w:line="240" w:lineRule="auto"/>
        <w:ind w:left="720"/>
      </w:pPr>
      <w:r/>
      <w:r>
        <w:rPr>
          <w:b/>
        </w:rPr>
        <w:t>Big city impact:</w:t>
      </w:r>
      <w:r>
        <w:t xml:space="preserve"> The latest event attracted more than 30,000 people to the Knavesmire and over 100,000 visitors to York.</w:t>
      </w:r>
      <w:r/>
    </w:p>
    <w:p>
      <w:pPr>
        <w:pStyle w:val="ListBullet"/>
        <w:spacing w:line="240" w:lineRule="auto"/>
        <w:ind w:left="720"/>
      </w:pPr>
      <w:r/>
      <w:r>
        <w:rPr>
          <w:b/>
        </w:rPr>
        <w:t>Parade at the heart:</w:t>
      </w:r>
      <w:r>
        <w:t xml:space="preserve"> The day will begin with a colourful procession through York city centre.</w:t>
      </w:r>
      <w:r/>
    </w:p>
    <w:p>
      <w:pPr>
        <w:pStyle w:val="ListBullet"/>
        <w:spacing w:line="240" w:lineRule="auto"/>
        <w:ind w:left="720"/>
      </w:pPr>
      <w:r/>
      <w:r>
        <w:rPr>
          <w:b/>
        </w:rPr>
        <w:t>More details are coming:</w:t>
      </w:r>
      <w:r>
        <w:t xml:space="preserve"> Organisers will announce performers, stalls, parade registration and wristband information in due course.</w:t>
      </w:r>
      <w:r/>
      <w:r/>
    </w:p>
    <w:p>
      <w:pPr>
        <w:pStyle w:val="Heading2"/>
      </w:pPr>
      <w:r>
        <w:t>York Pride 2027 already has a date</w:t>
      </w:r>
      <w:r/>
    </w:p>
    <w:p>
      <w:r/>
      <w:r>
        <w:t>The diary entry is official: York Pride will return on Saturday 5 June 2027, with the Knavesmire once again expected to fill with flags, music and a sizeable, good-natured crowd. The festival remains free, which keeps it accessible for local residents and visitors alike.</w:t>
      </w:r>
      <w:r/>
    </w:p>
    <w:p>
      <w:r/>
      <w:r>
        <w:t xml:space="preserve">According to York Pride's official information, the event is designed to bring people together while supporting equality, diversity and a safer community. That mix of celebration and purpose is part of what gives the festival its warm, unmistakably York character. </w:t>
      </w:r>
      <w:hyperlink r:id="rId9">
        <w:r>
          <w:rPr>
            <w:color w:val="0000EE"/>
            <w:u w:val="single"/>
          </w:rPr>
          <w:t>[2]</w:t>
        </w:r>
      </w:hyperlink>
      <w:r>
        <w:t xml:space="preserve">, </w:t>
      </w:r>
      <w:hyperlink r:id="rId10">
        <w:r>
          <w:rPr>
            <w:color w:val="0000EE"/>
            <w:u w:val="single"/>
          </w:rPr>
          <w:t>[6]</w:t>
        </w:r>
      </w:hyperlink>
      <w:r/>
    </w:p>
    <w:p>
      <w:r/>
      <w:r>
        <w:t xml:space="preserve">The latest gathering drew more than 30,000 attendees to the main site and helped bring over 100,000 visitors into the wider city. For York, that's not just a busy Saturday. It's a major cultural occasion with a noticeable effect on the city's shops, hospitality businesses and public spaces. </w:t>
      </w:r>
      <w:hyperlink r:id="rId11">
        <w:r>
          <w:rPr>
            <w:color w:val="0000EE"/>
            <w:u w:val="single"/>
          </w:rPr>
          <w:t>[7]</w:t>
        </w:r>
      </w:hyperlink>
      <w:r/>
    </w:p>
    <w:p>
      <w:pPr>
        <w:pStyle w:val="Heading2"/>
      </w:pPr>
      <w:r>
        <w:t>A colourful parade will lead the celebrations</w:t>
      </w:r>
      <w:r/>
    </w:p>
    <w:p>
      <w:r/>
      <w:r>
        <w:t>The familiar format is set to return, beginning with York Pride's parade through the historic city centre. For many visitors, it's the emotional centre of the day: streets lined with cheering spectators, bright banners overhead and the steady thump of music moving through the old city.</w:t>
      </w:r>
      <w:r/>
    </w:p>
    <w:p>
      <w:r/>
      <w:r>
        <w:t xml:space="preserve">Those hoping to take part rather than simply watch can look out for future information on registration. York Pride's parade guidance explains how groups and individuals can get involved, making it worth checking the official details before making plans. </w:t>
      </w:r>
      <w:hyperlink r:id="rId12">
        <w:r>
          <w:rPr>
            <w:color w:val="0000EE"/>
            <w:u w:val="single"/>
          </w:rPr>
          <w:t>[5]</w:t>
        </w:r>
      </w:hyperlink>
      <w:r/>
    </w:p>
    <w:p>
      <w:r/>
      <w:r>
        <w:t xml:space="preserve">Once the parade has passed, attention will turn towards the Knavesmire. The festival site is expected to host community and charity stalls, entertainment and activities suited to families, so there should be plenty to explore between performances. </w:t>
      </w:r>
      <w:hyperlink r:id="rId13">
        <w:r>
          <w:rPr>
            <w:color w:val="0000EE"/>
            <w:u w:val="single"/>
          </w:rPr>
          <w:t>[3]</w:t>
        </w:r>
      </w:hyperlink>
      <w:r/>
    </w:p>
    <w:p>
      <w:pPr>
        <w:pStyle w:val="Heading2"/>
      </w:pPr>
      <w:r>
        <w:t>What visitors can expect at the Knavesmire</w:t>
      </w:r>
      <w:r/>
    </w:p>
    <w:p>
      <w:r/>
      <w:r>
        <w:t>York Pride says the 2027 event will feature live entertainment from local performers and national acts, although the headline line-up hasn't been announced yet. That leaves room for the usual burst of anticipation, as visitors wait to discover who will appear on stage.</w:t>
      </w:r>
      <w:r/>
    </w:p>
    <w:p>
      <w:r/>
      <w:r>
        <w:t xml:space="preserve">The festival's official information highlights a broad programme rather than a single-stage concert. Visitors can expect a day built around performances, community organisations, stalls and activities, with the atmosphere shifting from lively and noisy near the stages to more relaxed around the wider site. </w:t>
      </w:r>
      <w:hyperlink r:id="rId13">
        <w:r>
          <w:rPr>
            <w:color w:val="0000EE"/>
            <w:u w:val="single"/>
          </w:rPr>
          <w:t>[3]</w:t>
        </w:r>
      </w:hyperlink>
      <w:r>
        <w:t xml:space="preserve">, </w:t>
      </w:r>
      <w:hyperlink r:id="rId10">
        <w:r>
          <w:rPr>
            <w:color w:val="0000EE"/>
            <w:u w:val="single"/>
          </w:rPr>
          <w:t>[6]</w:t>
        </w:r>
      </w:hyperlink>
      <w:r/>
    </w:p>
    <w:p>
      <w:r/>
      <w:r>
        <w:t xml:space="preserve">Families should check the latest practical guidance before travelling, particularly when details about timings, facilities and any wristband arrangements are released. York Pride's frequently asked questions page is the natural place to look for updates closer to the event. </w:t>
      </w:r>
      <w:hyperlink r:id="rId9">
        <w:r>
          <w:rPr>
            <w:color w:val="0000EE"/>
            <w:u w:val="single"/>
          </w:rPr>
          <w:t>[2]</w:t>
        </w:r>
      </w:hyperlink>
      <w:r/>
    </w:p>
    <w:p>
      <w:pPr>
        <w:pStyle w:val="Heading2"/>
      </w:pPr>
      <w:r>
        <w:t>Planning your York Pride day</w:t>
      </w:r>
      <w:r/>
    </w:p>
    <w:p>
      <w:r/>
      <w:r>
        <w:t xml:space="preserve">The Knavesmire sits close to York city centre, but large events can make even familiar journeys feel slower. York Pride's travel guidance covers ways to reach the festival and is likely to be useful for anyone deciding whether to walk, use public transport or travel from outside the city. </w:t>
      </w:r>
      <w:hyperlink r:id="rId14">
        <w:r>
          <w:rPr>
            <w:color w:val="0000EE"/>
            <w:u w:val="single"/>
          </w:rPr>
          <w:t>[4]</w:t>
        </w:r>
      </w:hyperlink>
      <w:r/>
    </w:p>
    <w:p>
      <w:r/>
      <w:r>
        <w:t>A sensible plan is to arrive with comfortable shoes, a reusable water bottle and a little patience. The parade and festival draw large crowds, and York is at its best when visitors leave enough time to enjoy the atmosphere rather than rushing from one appointment to the next.</w:t>
      </w:r>
      <w:r/>
    </w:p>
    <w:p>
      <w:r/>
      <w:r>
        <w:t xml:space="preserve">Those travelling from further afield may also want to book accommodation early. With the festival attracting tens of thousands of people and adding to York's visitor numbers, rooms and restaurant tables could become harder to find as the date approaches. </w:t>
      </w:r>
      <w:hyperlink r:id="rId11">
        <w:r>
          <w:rPr>
            <w:color w:val="0000EE"/>
            <w:u w:val="single"/>
          </w:rPr>
          <w:t>[7]</w:t>
        </w:r>
      </w:hyperlink>
      <w:r/>
    </w:p>
    <w:p>
      <w:pPr>
        <w:pStyle w:val="Heading2"/>
      </w:pPr>
      <w:r>
        <w:t>Bigger ambitions for 2027</w:t>
      </w:r>
      <w:r/>
    </w:p>
    <w:p>
      <w:r/>
      <w:r>
        <w:t>Organisers say planning is already under way for what could become York Pride's biggest celebration yet. The volunteer team is also celebrating a shortlist for Events of the Year from Visit York, YorkMix and The Yorkshire Post, recognition that reflects the work behind the scenes as much as the spectacle on the day.</w:t>
      </w:r>
      <w:r/>
    </w:p>
    <w:p>
      <w:r/>
      <w:r>
        <w:t xml:space="preserve">York Pride is run by a registered charity and its work continues beyond the annual festival. The organisation's wider mission focuses on raising awareness, challenging discrimination and supporting a more inclusive community across York and North Yorkshire. </w:t>
      </w:r>
      <w:hyperlink r:id="rId10">
        <w:r>
          <w:rPr>
            <w:color w:val="0000EE"/>
            <w:u w:val="single"/>
          </w:rPr>
          <w:t>[6]</w:t>
        </w:r>
      </w:hyperlink>
      <w:r/>
    </w:p>
    <w:p>
      <w:r/>
      <w:r>
        <w:t>For now, the most useful action is the simplest one: mark 5 June 2027 in the calendar and follow York Pride's official channels for announcements. Headline acts, stage schedules, stall applications, parade registration and wristband information will arrive later.</w:t>
      </w:r>
      <w:r/>
    </w:p>
    <w:p>
      <w:r/>
      <w:r>
        <w:t>York Pride 2027 is already shaping up to be a bright, busy and meaningful date for York.</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[6]</w:t>
        </w:r>
      </w:hyperlink>
      <w:r>
        <w:t xml:space="preserve">- Paragraph 2: </w:t>
      </w:r>
      <w:hyperlink r:id="rId11">
        <w:r>
          <w:rPr>
            <w:color w:val="0000EE"/>
            <w:u w:val="single"/>
          </w:rPr>
          <w:t>[7]</w:t>
        </w:r>
      </w:hyperlink>
      <w:r>
        <w:t xml:space="preserve">, </w:t>
      </w:r>
      <w:hyperlink r:id="rId13">
        <w:r>
          <w:rPr>
            <w:color w:val="0000EE"/>
            <w:u w:val="single"/>
          </w:rPr>
          <w:t>[3]</w:t>
        </w:r>
      </w:hyperlink>
      <w:r>
        <w:t xml:space="preserve">- Paragraph 3: </w:t>
      </w:r>
      <w:hyperlink r:id="rId12">
        <w:r>
          <w:rPr>
            <w:color w:val="0000EE"/>
            <w:u w:val="single"/>
          </w:rPr>
          <w:t>[5]</w:t>
        </w:r>
      </w:hyperlink>
      <w:r>
        <w:t xml:space="preserve">, </w:t>
      </w:r>
      <w:hyperlink r:id="rId13">
        <w:r>
          <w:rPr>
            <w:color w:val="0000EE"/>
            <w:u w:val="single"/>
          </w:rPr>
          <w:t>[3]</w:t>
        </w:r>
      </w:hyperlink>
      <w:r>
        <w:t xml:space="preserve">- Paragraph 4: </w:t>
      </w:r>
      <w:hyperlink r:id="rId9">
        <w:r>
          <w:rPr>
            <w:color w:val="0000EE"/>
            <w:u w:val="single"/>
          </w:rPr>
          <w:t>[2]</w:t>
        </w:r>
      </w:hyperlink>
      <w:r>
        <w:t xml:space="preserve">, </w:t>
      </w:r>
      <w:hyperlink r:id="rId14">
        <w:r>
          <w:rPr>
            <w:color w:val="0000EE"/>
            <w:u w:val="single"/>
          </w:rPr>
          <w:t>[4]</w:t>
        </w:r>
      </w:hyperlink>
      <w:r>
        <w:t xml:space="preserve">- Paragraph 5: </w:t>
      </w:r>
      <w:hyperlink r:id="rId10">
        <w:r>
          <w:rPr>
            <w:color w:val="0000EE"/>
            <w:u w:val="single"/>
          </w:rPr>
          <w:t>[6]</w:t>
        </w:r>
      </w:hyperlink>
      <w:r>
        <w:t xml:space="preserve">, </w:t>
      </w:r>
      <w:hyperlink r:id="rId11">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https://www.yorkpress.co.uk/news/26663033.york-pride-announces-2027-festival-date-knavesmire/?ref=rss</w:t>
        </w:r>
      </w:hyperlink>
      <w:r>
        <w:t xml:space="preserve"> - Please view link - unable to able to access data</w:t>
      </w:r>
      <w:r/>
    </w:p>
    <w:p>
      <w:pPr>
        <w:pStyle w:val="ListNumber"/>
        <w:spacing w:line="240" w:lineRule="auto"/>
        <w:ind w:left="720"/>
      </w:pPr>
      <w:r/>
      <w:hyperlink r:id="rId9">
        <w:r>
          <w:rPr>
            <w:color w:val="0000EE"/>
            <w:u w:val="single"/>
          </w:rPr>
          <w:t>https://www.yorkpride.org.uk/frequently-asked-questions/</w:t>
        </w:r>
      </w:hyperlink>
      <w:r>
        <w:t xml:space="preserve"> - This page provides detailed information about York Pride 2026, including the event date, location, and schedule. It confirms that the festival will take place on Saturday, 30 May 2026, with the parade starting at 11:00 am from York city centre and the main festival running from 11:00 am to 7:00 pm on the Knavesmire. The event is free to attend and family-friendly, featuring live entertainment, community stalls, and various activities.</w:t>
      </w:r>
      <w:r/>
    </w:p>
    <w:p>
      <w:pPr>
        <w:pStyle w:val="ListNumber"/>
        <w:spacing w:line="240" w:lineRule="auto"/>
        <w:ind w:left="720"/>
      </w:pPr>
      <w:r/>
      <w:hyperlink r:id="rId13">
        <w:r>
          <w:rPr>
            <w:color w:val="0000EE"/>
            <w:u w:val="single"/>
          </w:rPr>
          <w:t>https://www.yorkpride.org.uk/festival/</w:t>
        </w:r>
      </w:hyperlink>
      <w:r>
        <w:t xml:space="preserve"> - This page outlines the main stage acts and line-up for York Pride 2026. It highlights the festival's commitment to bringing a diverse range of performers, including headline acts, chart favourites, drag icons, local talent, and community performers. The full line-up will be announced across the website and social media channels as the event approaches.</w:t>
      </w:r>
      <w:r/>
    </w:p>
    <w:p>
      <w:pPr>
        <w:pStyle w:val="ListNumber"/>
        <w:spacing w:line="240" w:lineRule="auto"/>
        <w:ind w:left="720"/>
      </w:pPr>
      <w:r/>
      <w:hyperlink r:id="rId14">
        <w:r>
          <w:rPr>
            <w:color w:val="0000EE"/>
            <w:u w:val="single"/>
          </w:rPr>
          <w:t>https://www.yorkpride.org.uk/how-to-get-to-york-pride/</w:t>
        </w:r>
      </w:hyperlink>
      <w:r>
        <w:t xml:space="preserve"> - This page offers guidance on attending York Pride 2026, detailing the parade route and festival site location. The parade assembles on Parliament Street in York city centre and proceeds to the Knavesmire, accessed from Knavesmire Road, YO23 1EX. Attendees are advised to plan their journey in advance and allow extra time due to expected city centre congestion and event traffic.</w:t>
      </w:r>
      <w:r/>
    </w:p>
    <w:p>
      <w:pPr>
        <w:pStyle w:val="ListNumber"/>
        <w:spacing w:line="240" w:lineRule="auto"/>
        <w:ind w:left="720"/>
      </w:pPr>
      <w:r/>
      <w:hyperlink r:id="rId12">
        <w:r>
          <w:rPr>
            <w:color w:val="0000EE"/>
            <w:u w:val="single"/>
          </w:rPr>
          <w:t>https://www.yorkpride.org.uk/parade-with-pride/</w:t>
        </w:r>
      </w:hyperlink>
      <w:r>
        <w:t xml:space="preserve"> - This page provides information about the York Pride Parade, which marks the beginning of York Pride Day. The parade assembles on Parliament Street between HSBC and M&amp;S between 10:30 am and 12:00 noon, with a pre-parade party atmosphere in the city centre. The parade departs at 12:00 noon, making its way through York city centre and along Bishopthorpe Road, arriving at the York Pride Festival site at the Racecourse on the Knavesmire at approximately 1:30 pm.</w:t>
      </w:r>
      <w:r/>
    </w:p>
    <w:p>
      <w:pPr>
        <w:pStyle w:val="ListNumber"/>
        <w:spacing w:line="240" w:lineRule="auto"/>
        <w:ind w:left="720"/>
      </w:pPr>
      <w:r/>
      <w:hyperlink r:id="rId10">
        <w:r>
          <w:rPr>
            <w:color w:val="0000EE"/>
            <w:u w:val="single"/>
          </w:rPr>
          <w:t>https://www.yorkpride.org.uk/</w:t>
        </w:r>
      </w:hyperlink>
      <w:r>
        <w:t xml:space="preserve"> - This is the official website of York Pride, North Yorkshire’s largest LGBTQ+ charity. It provides information about the organisation's mission, upcoming events, and ways to get involved. The website also features a countdown to York Pride 2027, scheduled for Saturday, 5 June 2027, and offers opportunities to volunteer and support the event.</w:t>
      </w:r>
      <w:r/>
    </w:p>
    <w:p>
      <w:pPr>
        <w:pStyle w:val="ListNumber"/>
        <w:spacing w:line="240" w:lineRule="auto"/>
        <w:ind w:left="720"/>
      </w:pPr>
      <w:r/>
      <w:hyperlink r:id="rId11">
        <w:r>
          <w:rPr>
            <w:color w:val="0000EE"/>
            <w:u w:val="single"/>
          </w:rPr>
          <w:t>https://uyacic.org/impact/2026-pride-impact-report/</w:t>
        </w:r>
      </w:hyperlink>
      <w:r>
        <w:t xml:space="preserve"> - This report details the impact of Blackpool Youth Pride 2026, an event that created a vibrant, inclusive space for LGBTQ+ young people. The event brought together around 600 young people and featured activities such as a youth-led hackathon, podcasts, library takeovers, performances, sports, arts, crafts, and wellbeing activities. The report highlights the collaboration of young people, partners, volunteers, and the wider community in making the event a success.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yorkpride.org.uk/frequently-asked-questions/" TargetMode="External"/><Relationship Id="rId10" Type="http://schemas.openxmlformats.org/officeDocument/2006/relationships/hyperlink" Target="https://www.yorkpride.org.uk/" TargetMode="External"/><Relationship Id="rId11" Type="http://schemas.openxmlformats.org/officeDocument/2006/relationships/hyperlink" Target="https://uyacic.org/impact/2026-pride-impact-report/" TargetMode="External"/><Relationship Id="rId12" Type="http://schemas.openxmlformats.org/officeDocument/2006/relationships/hyperlink" Target="https://www.yorkpride.org.uk/parade-with-pride/" TargetMode="External"/><Relationship Id="rId13" Type="http://schemas.openxmlformats.org/officeDocument/2006/relationships/hyperlink" Target="https://www.yorkpride.org.uk/festival/" TargetMode="External"/><Relationship Id="rId14" Type="http://schemas.openxmlformats.org/officeDocument/2006/relationships/hyperlink" Target="https://www.yorkpride.org.uk/how-to-get-to-york-pride/" TargetMode="External"/><Relationship Id="rId15" Type="http://schemas.openxmlformats.org/officeDocument/2006/relationships/hyperlink" Target="https://www.yorkpress.co.uk/news/26663033.york-pride-announces-2027-festival-date-knavesmire/?ref=rs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