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Seed of Chucky Remains a Queer Horror Cult Classic</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revisiting Seed of Chucky as more than a campy slasher sequel. The 2004 film’s gender-fluid child, Hollywood satire and gleefully outrageous performances give queer horror fans plenty to celebrate, while its surprisingly tender approach to identity still feels striking today.</w:t>
      </w:r>
      <w:r/>
    </w:p>
    <w:p>
      <w:pPr>
        <w:pStyle w:val="Heading2"/>
      </w:pPr>
      <w:r>
        <w:t>Essential Takeaways</w:t>
      </w:r>
      <w:r/>
      <w:r/>
    </w:p>
    <w:p>
      <w:pPr>
        <w:pStyle w:val="ListBullet"/>
        <w:spacing w:line="240" w:lineRule="auto"/>
        <w:ind w:left="720"/>
      </w:pPr>
      <w:r/>
      <w:r>
        <w:rPr>
          <w:b/>
        </w:rPr>
        <w:t>A darker legacy gets sillier:</w:t>
      </w:r>
      <w:r>
        <w:t xml:space="preserve"> The Child’s Play series gradually shifted from straight horror towards camp, comedy and self-aware satire.</w:t>
      </w:r>
      <w:r/>
    </w:p>
    <w:p>
      <w:pPr>
        <w:pStyle w:val="ListBullet"/>
        <w:spacing w:line="240" w:lineRule="auto"/>
        <w:ind w:left="720"/>
      </w:pPr>
      <w:r/>
      <w:r>
        <w:rPr>
          <w:b/>
        </w:rPr>
        <w:t>Glen/Glenda is central:</w:t>
      </w:r>
      <w:r>
        <w:t xml:space="preserve"> Chucky and Tiffany’s child explores gender identity without being treated as a problem to solve.</w:t>
      </w:r>
      <w:r/>
    </w:p>
    <w:p>
      <w:pPr>
        <w:pStyle w:val="ListBullet"/>
        <w:spacing w:line="240" w:lineRule="auto"/>
        <w:ind w:left="720"/>
      </w:pPr>
      <w:r/>
      <w:r>
        <w:rPr>
          <w:b/>
        </w:rPr>
        <w:t>Jennifer Tilly steals the spotlight:</w:t>
      </w:r>
      <w:r>
        <w:t xml:space="preserve"> Her fictionalised version of herself adds a deliciously theatrical layer to the story.</w:t>
      </w:r>
      <w:r/>
    </w:p>
    <w:p>
      <w:pPr>
        <w:pStyle w:val="ListBullet"/>
        <w:spacing w:line="240" w:lineRule="auto"/>
        <w:ind w:left="720"/>
      </w:pPr>
      <w:r/>
      <w:r>
        <w:rPr>
          <w:b/>
        </w:rPr>
        <w:t>The film goes meta:</w:t>
      </w:r>
      <w:r>
        <w:t xml:space="preserve"> Hollywood, celebrity culture and horror franchises all become targets for its sharp jokes.</w:t>
      </w:r>
      <w:r/>
    </w:p>
    <w:p>
      <w:pPr>
        <w:pStyle w:val="ListBullet"/>
        <w:spacing w:line="240" w:lineRule="auto"/>
        <w:ind w:left="720"/>
      </w:pPr>
      <w:r/>
      <w:r>
        <w:rPr>
          <w:b/>
        </w:rPr>
        <w:t>Its queer perspective still matters:</w:t>
      </w:r>
      <w:r>
        <w:t xml:space="preserve"> The film’s empathy gives its outrageous premise an unexpectedly warm centre.</w:t>
      </w:r>
      <w:r/>
      <w:r/>
    </w:p>
    <w:p>
      <w:pPr>
        <w:pStyle w:val="Heading2"/>
      </w:pPr>
      <w:r>
        <w:t>The strangest family reunion in horror</w:t>
      </w:r>
      <w:r/>
    </w:p>
    <w:p>
      <w:r/>
      <w:r>
        <w:t>Seed of Chucky begins with a wonderfully odd question: what happens when two murderous dolls become parents? The answer is not a cosy family comedy, naturally, but a chaotic Hollywood nightmare involving fake movie props, resurrected killers and a child who'd rather understand themselves than follow the family business.</w:t>
      </w:r>
      <w:r/>
    </w:p>
    <w:p>
      <w:r/>
      <w:r>
        <w:t>The film follows Glen, or Glenda, the offspring of Chucky and Tiffany, who discovers their parents through a production based on the murders. According to the film's documented synopsis, the child later brings the infamous dolls back to life, setting off another round of mayhem. It's a ludicrous set-up, but that's precisely where the film finds its strange charm. (</w:t>
      </w:r>
      <w:hyperlink r:id="rId9">
        <w:r>
          <w:rPr>
            <w:color w:val="0000EE"/>
            <w:u w:val="single"/>
          </w:rPr>
          <w:t>[2]</w:t>
        </w:r>
      </w:hyperlink>
      <w:r>
        <w:t>)</w:t>
      </w:r>
      <w:r/>
    </w:p>
    <w:p>
      <w:r/>
      <w:r>
        <w:t>By this point, the franchise had already travelled a long way from the relatively direct scares of the original Child's Play. As Horror Press notes, the series' mythology had become increasingly open to camp, theatricality and more complicated ideas about identity. (</w:t>
      </w:r>
      <w:hyperlink r:id="rId10">
        <w:r>
          <w:rPr>
            <w:color w:val="0000EE"/>
            <w:u w:val="single"/>
          </w:rPr>
          <w:t>[3]</w:t>
        </w:r>
      </w:hyperlink>
      <w:r>
        <w:t>)</w:t>
      </w:r>
      <w:r/>
    </w:p>
    <w:p>
      <w:pPr>
        <w:pStyle w:val="Heading2"/>
      </w:pPr>
      <w:r>
        <w:t>Glen and Glenda make the film unexpectedly tender</w:t>
      </w:r>
      <w:r/>
    </w:p>
    <w:p>
      <w:r/>
      <w:r>
        <w:t>The most important element isn't the body count. It's Glen/Glenda's uncertainty about gender and the way the film allows that uncertainty to exist without demanding an immediate answer.</w:t>
      </w:r>
      <w:r/>
    </w:p>
    <w:p>
      <w:r/>
      <w:r>
        <w:t>The character experiments with presentation, clothing and makeup, while Chucky and Tiffany struggle to understand what they're seeing. Their concerns are often filtered through crude jokes, but the film doesn't frame Glen/Glenda's identity as something shameful or dangerous. That distinction gives the story more emotional weight than its rubbery faces and splattering special effects might suggest.</w:t>
      </w:r>
      <w:r/>
    </w:p>
    <w:p>
      <w:r/>
      <w:r>
        <w:t>Reference material on the character describes Glen/Glenda as gender-fluid, with the dual name reflecting the character's shifting sense of self. (</w:t>
      </w:r>
      <w:hyperlink r:id="rId11">
        <w:r>
          <w:rPr>
            <w:color w:val="0000EE"/>
            <w:u w:val="single"/>
          </w:rPr>
          <w:t>[4]</w:t>
        </w:r>
      </w:hyperlink>
      <w:r>
        <w:t>) It remains an unusually direct idea for a mainstream horror sequel from the early 2000s, especially one delivered through a ventriloquist dummy voiced by Billy Boyd.</w:t>
      </w:r>
      <w:r/>
    </w:p>
    <w:p>
      <w:r/>
      <w:r>
        <w:t>The approach isn't perfect. Some of the humour dates the film, and its treatment of identity is wrapped in broad comedy. Even so, there’s something disarmingly generous about a story in which the child isn't required to become a miniature version of either parent.</w:t>
      </w:r>
      <w:r/>
    </w:p>
    <w:p>
      <w:pPr>
        <w:pStyle w:val="Heading2"/>
      </w:pPr>
      <w:r>
        <w:t>Jennifer Tilly turns celebrity into a funhouse mirror</w:t>
      </w:r>
      <w:r/>
    </w:p>
    <w:p>
      <w:r/>
      <w:r>
        <w:t>Jennifer Tilly's performance is another reason the film has endured. She doesn't simply return as Tiffany's voice; she also plays a heightened version of herself, an actress chasing better opportunities while becoming entangled in the dolls' murderous plot.</w:t>
      </w:r>
      <w:r/>
    </w:p>
    <w:p>
      <w:r/>
      <w:r>
        <w:t>That double role gives Seed of Chucky a deliciously theatrical quality. Tilly can play glamour, vanity, fear and absurdity within the same scene, often with the kind of commitment that makes even the strangest gag land. The Independent Film Center's listing highlights the film's blend of horror, comedy and celebrity-driven performance, an ideal description of its happily unruly tone. (</w:t>
      </w:r>
      <w:hyperlink r:id="rId12">
        <w:r>
          <w:rPr>
            <w:color w:val="0000EE"/>
            <w:u w:val="single"/>
          </w:rPr>
          <w:t>[5]</w:t>
        </w:r>
      </w:hyperlink>
      <w:r>
        <w:t>)</w:t>
      </w:r>
      <w:r/>
    </w:p>
    <w:p>
      <w:r/>
      <w:r>
        <w:t>John Waters' appearance as a paparazzo adds another wink to the proceedings. His presence connects the film to a broader tradition of queer cinema, where camp isn't merely decoration but a way of exposing the ridiculousness of fame, gender roles and respectable behaviour.</w:t>
      </w:r>
      <w:r/>
    </w:p>
    <w:p>
      <w:r/>
      <w:r>
        <w:t>In other words, the film understands that Hollywood is already a little bit haunted. It just adds possessed dolls.</w:t>
      </w:r>
      <w:r/>
    </w:p>
    <w:p>
      <w:pPr>
        <w:pStyle w:val="Heading2"/>
      </w:pPr>
      <w:r>
        <w:t>Why the meta-horror still works</w:t>
      </w:r>
      <w:r/>
    </w:p>
    <w:p>
      <w:r/>
      <w:r>
        <w:t>Seed of Chucky is built around a film-within-a-film, a familiar device in long-running horror series. The dolls become fictional characters inside their own cinematic universe, while the real story unfolds around the production supposedly recreating their crimes.</w:t>
      </w:r>
      <w:r/>
    </w:p>
    <w:p>
      <w:r/>
      <w:r>
        <w:t>That structure lets the sequel poke fun at horror fandom and the entertainment industry at the same time. It also gives the filmmakers room to comment on celebrity culture, the appetite for gruesome franchises and the strange business of turning trauma into a commercial spectacle.</w:t>
      </w:r>
      <w:r/>
    </w:p>
    <w:p>
      <w:r/>
      <w:r>
        <w:t>El Pais has described the wider saga as a series that combines humour, murder and non-binary characters, showing how far the franchise moved beyond its original premise. (</w:t>
      </w:r>
      <w:hyperlink r:id="rId13">
        <w:r>
          <w:rPr>
            <w:color w:val="0000EE"/>
            <w:u w:val="single"/>
          </w:rPr>
          <w:t>[6]</w:t>
        </w:r>
      </w:hyperlink>
      <w:r>
        <w:t>) The shift is important. Instead of simply repeating the same killer-doll formula, the films use their increasingly silly mythology to explore family, performance and identity.</w:t>
      </w:r>
      <w:r/>
    </w:p>
    <w:p>
      <w:r/>
      <w:r>
        <w:t>The result is less frightening than the first Child's Play, but arguably more distinctive. Plenty of sequels offer another monster. Far fewer invent a gender-fluid doll child and place that character at the emotional centre of the story.</w:t>
      </w:r>
      <w:r/>
    </w:p>
    <w:p>
      <w:pPr>
        <w:pStyle w:val="Heading2"/>
      </w:pPr>
      <w:r>
        <w:t>A cult film with more on its mind</w:t>
      </w:r>
      <w:r/>
    </w:p>
    <w:p>
      <w:r/>
      <w:r>
        <w:t>The film's continuing appeal comes from that tension between outrageousness and sincerity. On one level, it's a brightly coloured slasher packed with one-liners, celebrity jokes and deliberately excessive performances. On another, it's a story about parents confronting a child who doesn't fit their expectations.</w:t>
      </w:r>
      <w:r/>
    </w:p>
    <w:p>
      <w:r/>
      <w:r>
        <w:t>Chucky and Tiffany aren't exactly role models. Their instinct is to pass on violence, not wisdom, and their parenting skills are spectacularly poor. Yet their confusion around Glen/Glenda creates a useful contrast: the child isn't the problem. The adults' assumptions are.</w:t>
      </w:r>
      <w:r/>
    </w:p>
    <w:p>
      <w:r/>
      <w:r>
        <w:t>That idea has helped the film find a lasting audience among queer viewers, particularly as later entries in the franchise continued developing its gender-fluid themes. Fan discussions and character references regularly point to Glen/Glenda as one of horror's most memorable gender-expansive figures. (</w:t>
      </w:r>
      <w:hyperlink r:id="rId11">
        <w:r>
          <w:rPr>
            <w:color w:val="0000EE"/>
            <w:u w:val="single"/>
          </w:rPr>
          <w:t>[4]</w:t>
        </w:r>
      </w:hyperlink>
      <w:r>
        <w:t>)</w:t>
      </w:r>
      <w:r/>
    </w:p>
    <w:p>
      <w:r/>
      <w:r>
        <w:t>It may not be a polished lesson in progressive parenting, but it is a memorable piece of queer genre history. Sometimes representation arrives wearing eyeliner, carrying a knife and standing beside a homicidal doll.</w:t>
      </w:r>
      <w:r/>
    </w:p>
    <w:p>
      <w:pPr>
        <w:pStyle w:val="Heading2"/>
      </w:pPr>
      <w:r>
        <w:t>Is Seed of Chucky worth revisiting?</w:t>
      </w:r>
      <w:r/>
    </w:p>
    <w:p>
      <w:r/>
      <w:r>
        <w:t>For viewers expecting a conventional slasher, the film can feel noisy, broad and deliberately ridiculous. Its scares are secondary to its jokes, performances and self-aware plot. But anyone interested in queer horror, camp cinema or the evolution of the Child's Play franchise will find plenty to unpack.</w:t>
      </w:r>
      <w:r/>
    </w:p>
    <w:p>
      <w:r/>
      <w:r>
        <w:t>The film's reputation has also benefited from the way horror audiences have changed. Viewers are increasingly willing to see camp, parody and identity politics as part of the genre rather than distractions from it. A film can be messy and still be meaningful, especially when its oddest ideas are also its most compassionate.</w:t>
      </w:r>
      <w:r/>
    </w:p>
    <w:p>
      <w:r/>
      <w:r>
        <w:t>For a story about possessed plastic, Seed of Chucky has a surprisingly human pulse. Its best moments suggest that family isn't about producing a copy of yourself. It's about making room for the person who arrives.</w:t>
      </w:r>
      <w:r/>
    </w:p>
    <w:p>
      <w:r/>
      <w:r>
        <w:t>Explore it as a camp horror curiosity, a queer cult text or simply the strangest parenting film you'll see this week.</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0">
        <w:r>
          <w:rPr>
            <w:color w:val="0000EE"/>
            <w:u w:val="single"/>
          </w:rPr>
          <w:t>[3]</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https://www.queerty.com/who-knew-a-campy-slasher-sequel-would-have-so-much-to-say-about-parenting-queer-kids-20261024/</w:t>
        </w:r>
      </w:hyperlink>
      <w:r>
        <w:t xml:space="preserve"> - Please view link - unable to able to access data</w:t>
      </w:r>
      <w:r/>
    </w:p>
    <w:p>
      <w:pPr>
        <w:pStyle w:val="ListNumber"/>
        <w:spacing w:line="240" w:lineRule="auto"/>
        <w:ind w:left="720"/>
      </w:pPr>
      <w:r/>
      <w:hyperlink r:id="rId9">
        <w:r>
          <w:rPr>
            <w:color w:val="0000EE"/>
            <w:u w:val="single"/>
          </w:rPr>
          <w:t>https://en.wikipedia.org/wiki/Seed_of_Chucky</w:t>
        </w:r>
      </w:hyperlink>
      <w:r>
        <w:t xml:space="preserve"> - Seed of Chucky is a 2004 black comedy slasher film directed by Don Mancini, marking his directorial debut. The film stars Jennifer Tilly, Redman, Hannah Spearritt, John Waters, Billy Boyd, and Brad Dourif. It is the fifth installment in the Child's Play franchise and follows Glen/Glenda, the offspring of Chucky and Tiffany, as they resurrect their parents, leading to chaos. The film continues the series' evolution from pure horror to a hybrid horror-comedy and was the last Child's Play film from the original continuity to be released in theaters. It grossed $25 million worldwide against a $12–29 million budget and received mixed reviews from critics. The film was followed by another sequel, Curse of Chucky, released in 2013. (</w:t>
      </w:r>
      <w:hyperlink r:id="rId16">
        <w:r>
          <w:rPr>
            <w:color w:val="0000EE"/>
            <w:u w:val="single"/>
          </w:rPr>
          <w:t>en.wikipedia.org</w:t>
        </w:r>
      </w:hyperlink>
      <w:r>
        <w:t>)</w:t>
      </w:r>
      <w:r/>
    </w:p>
    <w:p>
      <w:pPr>
        <w:pStyle w:val="ListNumber"/>
        <w:spacing w:line="240" w:lineRule="auto"/>
        <w:ind w:left="720"/>
      </w:pPr>
      <w:r/>
      <w:hyperlink r:id="rId10">
        <w:r>
          <w:rPr>
            <w:color w:val="0000EE"/>
            <w:u w:val="single"/>
          </w:rPr>
          <w:t>https://horrorpress.com/editorials/1586/glen-and-glenda-don-mancinis-reverence-for-queerness-in-seed-of-chucky-2004/</w:t>
        </w:r>
      </w:hyperlink>
      <w:r>
        <w:t xml:space="preserve"> - This article explores Don Mancini's incorporation of queer themes in 'Seed of Chucky' (2004). It discusses how the character Glen/Glenda, portrayed as non-binary, reflects Mancini's commitment to LGBTQ+ representation in horror. The piece highlights the film's approach to gender identity and its significance in queer cinema. (</w:t>
      </w:r>
      <w:hyperlink r:id="rId17">
        <w:r>
          <w:rPr>
            <w:color w:val="0000EE"/>
            <w:u w:val="single"/>
          </w:rPr>
          <w:t>horrorpress.com</w:t>
        </w:r>
      </w:hyperlink>
      <w:r>
        <w:t>)</w:t>
      </w:r>
      <w:r/>
    </w:p>
    <w:p>
      <w:pPr>
        <w:pStyle w:val="ListNumber"/>
        <w:spacing w:line="240" w:lineRule="auto"/>
        <w:ind w:left="720"/>
      </w:pPr>
      <w:r/>
      <w:hyperlink r:id="rId11">
        <w:r>
          <w:rPr>
            <w:color w:val="0000EE"/>
            <w:u w:val="single"/>
          </w:rPr>
          <w:t>https://lgbtqia-characters.fandom.com/wiki/Glen/Glenda</w:t>
        </w:r>
      </w:hyperlink>
      <w:r>
        <w:t xml:space="preserve"> - This Fandom page provides detailed information about Glen/Glenda, the genderfluid character from 'Seed of Chucky'. It includes character details, aliases, gender identity, and family background, offering insights into the character's role and significance in the film. (</w:t>
      </w:r>
      <w:hyperlink r:id="rId18">
        <w:r>
          <w:rPr>
            <w:color w:val="0000EE"/>
            <w:u w:val="single"/>
          </w:rPr>
          <w:t>lgbtqia-characters.fandom.com</w:t>
        </w:r>
      </w:hyperlink>
      <w:r>
        <w:t>)</w:t>
      </w:r>
      <w:r/>
    </w:p>
    <w:p>
      <w:pPr>
        <w:pStyle w:val="ListNumber"/>
        <w:spacing w:line="240" w:lineRule="auto"/>
        <w:ind w:left="720"/>
      </w:pPr>
      <w:r/>
      <w:hyperlink r:id="rId12">
        <w:r>
          <w:rPr>
            <w:color w:val="0000EE"/>
            <w:u w:val="single"/>
          </w:rPr>
          <w:t>https://www.ifccenter.com/films/seed-of-chucky/</w:t>
        </w:r>
      </w:hyperlink>
      <w:r>
        <w:t xml:space="preserve"> - The IFC Center's page on 'Seed of Chucky' discusses the film's themes, including its queer subtext and the character of Glen/Glenda. It provides a synopsis and context for the film's place in horror cinema, highlighting its unique approach to genre and representation. (</w:t>
      </w:r>
      <w:hyperlink r:id="rId19">
        <w:r>
          <w:rPr>
            <w:color w:val="0000EE"/>
            <w:u w:val="single"/>
          </w:rPr>
          <w:t>ifccenter.com</w:t>
        </w:r>
      </w:hyperlink>
      <w:r>
        <w:t>)</w:t>
      </w:r>
      <w:r/>
    </w:p>
    <w:p>
      <w:pPr>
        <w:pStyle w:val="ListNumber"/>
        <w:spacing w:line="240" w:lineRule="auto"/>
        <w:ind w:left="720"/>
      </w:pPr>
      <w:r/>
      <w:hyperlink r:id="rId13">
        <w:r>
          <w:rPr>
            <w:color w:val="0000EE"/>
            <w:u w:val="single"/>
          </w:rPr>
          <w:t>https://elpais.com/icon/2025-09-12/humor-asesinatos-y-personajes-no-binarios-las-mil-vidas-de-muneco-diabolico-la-saga-de-terror-que-fue-mas-lejos-que-ninguna.html</w:t>
        </w:r>
      </w:hyperlink>
      <w:r>
        <w:t xml:space="preserve"> - This article from El País discusses the evolution of the 'Child's Play' franchise, focusing on its incorporation of queer characters like Glen/Glenda. It examines how the series has addressed themes of gender and identity, highlighting the film's progressive representation. (</w:t>
      </w:r>
      <w:hyperlink r:id="rId20">
        <w:r>
          <w:rPr>
            <w:color w:val="0000EE"/>
            <w:u w:val="single"/>
          </w:rPr>
          <w:t>elpais.com</w:t>
        </w:r>
      </w:hyperlink>
      <w:r>
        <w:t>)</w:t>
      </w:r>
      <w:r/>
    </w:p>
    <w:p>
      <w:pPr>
        <w:pStyle w:val="ListNumber"/>
        <w:spacing w:line="240" w:lineRule="auto"/>
        <w:ind w:left="720"/>
      </w:pPr>
      <w:r/>
      <w:hyperlink r:id="rId15">
        <w:r>
          <w:rPr>
            <w:color w:val="0000EE"/>
            <w:u w:val="single"/>
          </w:rPr>
          <w:t>https://www.youtube.com/watch?v=Pg71fGLqbrc</w:t>
        </w:r>
      </w:hyperlink>
      <w:r>
        <w:t xml:space="preserve"> - This YouTube video titled 'Seed of Chucky (2004) | The Horror Film With Strangely Positive LGBTQ Representation' provides an analysis of the film's queer themes and representation. It discusses the character of Glen/Glenda and the film's approach to LGBTQ+ issues within the horror genre.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Seed_of_Chucky" TargetMode="External"/><Relationship Id="rId10" Type="http://schemas.openxmlformats.org/officeDocument/2006/relationships/hyperlink" Target="https://horrorpress.com/editorials/1586/glen-and-glenda-don-mancinis-reverence-for-queerness-in-seed-of-chucky-2004/" TargetMode="External"/><Relationship Id="rId11" Type="http://schemas.openxmlformats.org/officeDocument/2006/relationships/hyperlink" Target="https://lgbtqia-characters.fandom.com/wiki/Glen/Glenda" TargetMode="External"/><Relationship Id="rId12" Type="http://schemas.openxmlformats.org/officeDocument/2006/relationships/hyperlink" Target="https://www.ifccenter.com/films/seed-of-chucky/" TargetMode="External"/><Relationship Id="rId13" Type="http://schemas.openxmlformats.org/officeDocument/2006/relationships/hyperlink" Target="https://elpais.com/icon/2025-09-12/humor-asesinatos-y-personajes-no-binarios-las-mil-vidas-de-muneco-diabolico-la-saga-de-terror-que-fue-mas-lejos-que-ninguna.html" TargetMode="External"/><Relationship Id="rId14" Type="http://schemas.openxmlformats.org/officeDocument/2006/relationships/hyperlink" Target="https://www.queerty.com/who-knew-a-campy-slasher-sequel-would-have-so-much-to-say-about-parenting-queer-kids-20261024/" TargetMode="External"/><Relationship Id="rId15" Type="http://schemas.openxmlformats.org/officeDocument/2006/relationships/hyperlink" Target="https://www.youtube.com/watch?v=Pg71fGLqbrc" TargetMode="External"/><Relationship Id="rId16" Type="http://schemas.openxmlformats.org/officeDocument/2006/relationships/hyperlink" Target="https://en.wikipedia.org/wiki/Seed_of_Chucky?utm_source=openai" TargetMode="External"/><Relationship Id="rId17" Type="http://schemas.openxmlformats.org/officeDocument/2006/relationships/hyperlink" Target="https://horrorpress.com/editorials/1586/glen-and-glenda-don-mancinis-reverence-for-queerness-in-seed-of-chucky-2004/?utm_source=openai" TargetMode="External"/><Relationship Id="rId18" Type="http://schemas.openxmlformats.org/officeDocument/2006/relationships/hyperlink" Target="https://lgbtqia-characters.fandom.com/wiki/Glen/Glenda?utm_source=openai" TargetMode="External"/><Relationship Id="rId19" Type="http://schemas.openxmlformats.org/officeDocument/2006/relationships/hyperlink" Target="https://www.ifccenter.com/films/seed-of-chucky/?utm_source=openai" TargetMode="External"/><Relationship Id="rId20" Type="http://schemas.openxmlformats.org/officeDocument/2006/relationships/hyperlink" Target="https://elpais.com/icon/2025-09-12/humor-asesinatos-y-personajes-no-binarios-las-mil-vidas-de-muneco-diabolico-la-saga-de-terror-que-fue-mas-lejos-que-ninguna.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