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Setubal Pride March 2026: Why Local Visibility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Setubal is preparing to host its second Pride march, bringing together LGBTQIA+ people, allies and community groups for an afternoon centred on freedom, equality and visibility. With a route through the city and a gathering at Largo Jose Afonso, the event shows how grassroots celebrations are taking root beyond Portugal's biggest urban centres.</w:t>
      </w:r>
      <w:r/>
    </w:p>
    <w:p>
      <w:pPr>
        <w:pStyle w:val="Heading2"/>
      </w:pPr>
      <w:r>
        <w:t>Essential Takeaways</w:t>
      </w:r>
      <w:r/>
      <w:r/>
    </w:p>
    <w:p>
      <w:pPr>
        <w:pStyle w:val="ListBullet"/>
        <w:spacing w:line="240" w:lineRule="auto"/>
        <w:ind w:left="720"/>
      </w:pPr>
      <w:r/>
      <w:r>
        <w:rPr>
          <w:b/>
        </w:rPr>
        <w:t>Date and route:</w:t>
      </w:r>
      <w:r>
        <w:t xml:space="preserve"> The march is scheduled for 24 October 2026, beginning at Parque do Bonfim and ending at Largo Jose Afonso.</w:t>
      </w:r>
      <w:r/>
    </w:p>
    <w:p>
      <w:pPr>
        <w:pStyle w:val="ListBullet"/>
        <w:spacing w:line="240" w:lineRule="auto"/>
        <w:ind w:left="720"/>
      </w:pPr>
      <w:r/>
      <w:r>
        <w:rPr>
          <w:b/>
        </w:rPr>
        <w:t>Community-led event:</w:t>
      </w:r>
      <w:r>
        <w:t xml:space="preserve"> Qardume Coletivo is organising the gathering with local residents, students and workers.</w:t>
      </w:r>
      <w:r/>
    </w:p>
    <w:p>
      <w:pPr>
        <w:pStyle w:val="ListBullet"/>
        <w:spacing w:line="240" w:lineRule="auto"/>
        <w:ind w:left="720"/>
      </w:pPr>
      <w:r/>
      <w:r>
        <w:rPr>
          <w:b/>
        </w:rPr>
        <w:t>Open invitation:</w:t>
      </w:r>
      <w:r>
        <w:t xml:space="preserve"> The event welcomes LGBTQIA+ people, allies and families of all ages.</w:t>
      </w:r>
      <w:r/>
    </w:p>
    <w:p>
      <w:pPr>
        <w:pStyle w:val="ListBullet"/>
        <w:spacing w:line="240" w:lineRule="auto"/>
        <w:ind w:left="720"/>
      </w:pPr>
      <w:r/>
      <w:r>
        <w:rPr>
          <w:b/>
        </w:rPr>
        <w:t>More than a parade:</w:t>
      </w:r>
      <w:r>
        <w:t xml:space="preserve"> A manifesto, music, interactive activities and a picnic are planned.</w:t>
      </w:r>
      <w:r/>
    </w:p>
    <w:p>
      <w:pPr>
        <w:pStyle w:val="ListBullet"/>
        <w:spacing w:line="240" w:lineRule="auto"/>
        <w:ind w:left="720"/>
      </w:pPr>
      <w:r/>
      <w:r>
        <w:rPr>
          <w:b/>
        </w:rPr>
        <w:t>A growing tradition:</w:t>
      </w:r>
      <w:r>
        <w:t xml:space="preserve"> The 2026 event follows Setubal's first Pride march in 2025.</w:t>
      </w:r>
      <w:r/>
      <w:r/>
    </w:p>
    <w:p>
      <w:pPr>
        <w:pStyle w:val="Heading2"/>
      </w:pPr>
      <w:r>
        <w:t>Setubal's second Pride march has a clear message</w:t>
      </w:r>
      <w:r/>
    </w:p>
    <w:p>
      <w:r/>
      <w:r>
        <w:t>The strongest impression is one of visibility. On 24 October, people will gather in Setubal not simply to celebrate identity, but to make equality visible in the streets, where public support can feel especially meaningful.</w:t>
      </w:r>
      <w:r/>
    </w:p>
    <w:p>
      <w:r/>
      <w:r>
        <w:t>The event is organised by Qardume Coletivo, a local group bringing together residents, students and workers. According to the organisers' event information, the march is designed as an inclusive space for LGBTQIA+ people and anyone who shares its values of freedom, respect and equal rights.</w:t>
      </w:r>
      <w:r/>
    </w:p>
    <w:p>
      <w:r/>
      <w:r>
        <w:t>That combination of protest and celebration is familiar to Pride events everywhere, but it still matters locally. A rainbow flag is cheerful, of course, but it can also carry a serious message about safety and belonging.</w:t>
      </w:r>
      <w:r/>
    </w:p>
    <w:p>
      <w:pPr>
        <w:pStyle w:val="Heading2"/>
      </w:pPr>
      <w:r>
        <w:t>From Parque do Bonfim to Largo Jose Afonso</w:t>
      </w:r>
      <w:r/>
    </w:p>
    <w:p>
      <w:r/>
      <w:r>
        <w:t>The march is due to start at Parque do Bonfim at 3pm, before making its way through some of Setubal's best-known streets. Participants will then gather at Largo Jose Afonso for the reading of a manifesto and a community picnic.</w:t>
      </w:r>
      <w:r/>
    </w:p>
    <w:p>
      <w:r/>
      <w:r>
        <w:t>This route gives the event a strong civic character. Rather than remaining inside a venue, it places LGBTQIA+ visibility in the everyday life of the city, allowing passers-by to encounter the message as the procession moves along.</w:t>
      </w:r>
      <w:r/>
    </w:p>
    <w:p>
      <w:r/>
      <w:r>
        <w:t>Details published by Qardume Coletivo and community listings describe an afternoon that combines public demonstration with informal socialising. That should make the event feel approachable for first-time attendees, including people who may not yet feel comfortable joining a larger Pride gathering.</w:t>
      </w:r>
      <w:r/>
    </w:p>
    <w:p>
      <w:pPr>
        <w:pStyle w:val="Heading2"/>
      </w:pPr>
      <w:r>
        <w:t>Why smaller cities need visible Pride events</w:t>
      </w:r>
      <w:r/>
    </w:p>
    <w:p>
      <w:r/>
      <w:r>
        <w:t>Setubal's march follows its first edition in 2025, establishing what organisers hope will become a continuing part of the city's civic calendar. The event reflects a wider movement towards LGBTQIA+ organising that isn't limited to Lisbon, Porto or other major centres.</w:t>
      </w:r>
      <w:r/>
    </w:p>
    <w:p>
      <w:r/>
      <w:r>
        <w:t>ILGA Portugal's listing places the march within the country's broader network of LGBTQIA+ community activity. That connection matters because local events can offer something large-scale festivals sometimes can't: familiarity, neighbourly support and a more personal sense of community.</w:t>
      </w:r>
      <w:r/>
    </w:p>
    <w:p>
      <w:r/>
      <w:r>
        <w:t>For younger people, newcomers and those still working out where they fit, a local march can be a powerful first step. It says that inclusion isn't only something found in the capital. It's part of Setubal, too.</w:t>
      </w:r>
      <w:r/>
    </w:p>
    <w:p>
      <w:pPr>
        <w:pStyle w:val="Heading2"/>
      </w:pPr>
      <w:r>
        <w:t>Freedom, safety and equality remain central</w:t>
      </w:r>
      <w:r/>
    </w:p>
    <w:p>
      <w:r/>
      <w:r>
        <w:t>The march's central themes include opposition to discrimination and the need for safety regardless of sexual orientation or gender identity. Those demands give the day its purpose, even as music and activities keep the atmosphere welcoming.</w:t>
      </w:r>
      <w:r/>
    </w:p>
    <w:p>
      <w:r/>
      <w:r>
        <w:t>According to the event descriptions, participation is free and open to all ages. Families, friends and allies can therefore join without needing specialist knowledge or a formal connection to an organisation. Sometimes the most useful contribution is simply turning up and standing alongside others.</w:t>
      </w:r>
      <w:r/>
    </w:p>
    <w:p>
      <w:r/>
      <w:r>
        <w:t>The manifesto reading should provide the clearest statement of the community's priorities. Meanwhile, the picnic and entertainment offer space to talk, meet people and unwind. Pride works best when it leaves room for both urgency and joy.</w:t>
      </w:r>
      <w:r/>
    </w:p>
    <w:p>
      <w:pPr>
        <w:pStyle w:val="Heading2"/>
      </w:pPr>
      <w:r>
        <w:t>What visitors can expect on the day</w:t>
      </w:r>
      <w:r/>
    </w:p>
    <w:p>
      <w:r/>
      <w:r>
        <w:t>Attendees should check the latest organiser updates before setting out, particularly for meeting-point details, accessibility information and any changes to the route. Comfortable shoes are sensible, as the afternoon involves walking and may continue with activities at the final gathering point.</w:t>
      </w:r>
      <w:r/>
    </w:p>
    <w:p>
      <w:r/>
      <w:r>
        <w:t>Anyone attending with children or older relatives may also want to plan a quieter meeting spot in advance. Community marches can be lively, with music, crowds and plenty of movement, so a simple rendezvous plan can make the day easier.</w:t>
      </w:r>
      <w:r/>
    </w:p>
    <w:p>
      <w:r/>
      <w:r>
        <w:t>Most of all, visitors can expect a public event built around participation rather than spectatorship. Whether someone joins the full route, attends the manifesto or drops in for the picnic, every form of support helps make inclusion visible.</w:t>
      </w:r>
      <w:r/>
    </w:p>
    <w:p>
      <w:r/>
      <w:r>
        <w:t>Setubal's Pride march turns local solidarity into something you can see, hear and share.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1">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2">
        <w:r>
          <w:rPr>
            <w:color w:val="0000EE"/>
            <w:u w:val="single"/>
          </w:rPr>
          <w:t>[3]</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2">
        <w:r>
          <w:rPr>
            <w:color w:val="0000EE"/>
            <w:u w:val="single"/>
          </w:rPr>
          <w:t>[3]</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[5]</w:t>
        </w:r>
      </w:hyperlink>
      <w:r>
        <w:t xml:space="preserve">- Paragraph 15: </w:t>
      </w:r>
      <w:hyperlink r:id="rId12">
        <w:r>
          <w:rPr>
            <w:color w:val="0000EE"/>
            <w:u w:val="single"/>
          </w:rPr>
          <w:t>[3]</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4">
        <w:r>
          <w:rPr>
            <w:color w:val="0000EE"/>
            <w:u w:val="single"/>
          </w:rPr>
          <w:t>[6]</w:t>
        </w:r>
      </w:hyperlink>
      <w:r>
        <w:t xml:space="preserve">- Paragraph 17: </w:t>
      </w:r>
      <w:hyperlink r:id="rId10">
        <w:r>
          <w:rPr>
            <w:color w:val="0000EE"/>
            <w:u w:val="single"/>
          </w:rPr>
          <w:t>[2]</w:t>
        </w:r>
      </w:hyperlink>
      <w:r>
        <w:t xml:space="preserve">, </w:t>
      </w:r>
      <w:hyperlink r:id="rId11">
        <w:r>
          <w:rPr>
            <w:color w:val="0000EE"/>
            <w:u w:val="single"/>
          </w:rPr>
          <w:t>[5]</w:t>
        </w:r>
      </w:hyperlink>
      <w:r>
        <w:t xml:space="preserve">- Paragraph 18: </w:t>
      </w:r>
      <w:hyperlink r:id="rId12">
        <w:r>
          <w:rPr>
            <w:color w:val="0000EE"/>
            <w:u w:val="single"/>
          </w:rPr>
          <w:t>[3]</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4">
        <w:r>
          <w:rPr>
            <w:color w:val="0000EE"/>
            <w:u w:val="single"/>
          </w:rPr>
          <w:t>[6]</w:t>
        </w:r>
      </w:hyperlink>
      <w:r>
        <w:t xml:space="preserve">- Paragraph 20: </w:t>
      </w:r>
      <w:hyperlink r:id="rId10">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https://sapo.pt/artigo/liberdade-e-igualdade-marcam-marcha-em-setubal-6add18dbe6b9fd91ec643b85</w:t>
        </w:r>
      </w:hyperlink>
      <w:r>
        <w:t xml:space="preserve"> - Please view link - unable to able to access data</w:t>
      </w:r>
      <w:r/>
    </w:p>
    <w:p>
      <w:pPr>
        <w:pStyle w:val="ListNumber"/>
        <w:spacing w:line="240" w:lineRule="auto"/>
        <w:ind w:left="720"/>
      </w:pPr>
      <w:r/>
      <w:hyperlink r:id="rId10">
        <w:r>
          <w:rPr>
            <w:color w:val="0000EE"/>
            <w:u w:val="single"/>
          </w:rPr>
          <w:t>https://qardume.pt/marcha-2026/</w:t>
        </w:r>
      </w:hyperlink>
      <w:r>
        <w:t xml:space="preserve"> - The Qardume Coletivo announced the 2nd LGBTQIA+ Pride March in Setúbal, scheduled for October 24, 2026. The event aims to combat discrimination against LGBTQIA+ individuals and promote a more inclusive city. Participants are invited to gather at Parque do Bonfim at 3:00 PM for socialising and preparations, with the march commencing at 4:00 PM. Prior to the march, the collective organised activities such as poster painting on October 10 and a fundraising party on October 13. The first edition in 2025 exceeded expectations, leading to the decision to repeat the event in 2026. The Qardume Coletivo is a horizontal, self-organised group of residents, students, and workers in Setúbal, focusing on gender and sexual freedoms. Contact information is provided for those interested in joining or contributing to the event.</w:t>
      </w:r>
      <w:r/>
    </w:p>
    <w:p>
      <w:pPr>
        <w:pStyle w:val="ListNumber"/>
        <w:spacing w:line="240" w:lineRule="auto"/>
        <w:ind w:left="720"/>
      </w:pPr>
      <w:r/>
      <w:hyperlink r:id="rId12">
        <w:r>
          <w:rPr>
            <w:color w:val="0000EE"/>
            <w:u w:val="single"/>
          </w:rPr>
          <w:t>https://www.ilga-portugal.pt/centro-lgbti/programacao/marcha-do-orgulho-lgbtqia-de-setubal/</w:t>
        </w:r>
      </w:hyperlink>
      <w:r>
        <w:t xml:space="preserve"> - ILGA Portugal announced the 1st LGBTQIA+ Pride March in Setúbal, scheduled for October 4, 2025. The event aims to occupy public spaces with pride and resistance, marching for the right to live with dignity. The march is organised by the Qardume Coletivo, an independent group formed by residents, students, and workers in Setúbal. The collective invites everyone who shares the values of freedom and equality to participate, emphasising that the event is free and open to all ages, making it suitable for children and families. The manifesto for the march is available on the website, accepting individual and collective subscriptions.</w:t>
      </w:r>
      <w:r/>
    </w:p>
    <w:p>
      <w:pPr>
        <w:pStyle w:val="ListNumber"/>
        <w:spacing w:line="240" w:lineRule="auto"/>
        <w:ind w:left="720"/>
      </w:pPr>
      <w:r/>
      <w:hyperlink r:id="rId13">
        <w:r>
          <w:rPr>
            <w:color w:val="0000EE"/>
            <w:u w:val="single"/>
          </w:rPr>
          <w:t>https://qardume.pt/marcha-2025/marcha/</w:t>
        </w:r>
      </w:hyperlink>
      <w:r>
        <w:t xml:space="preserve"> - The Qardume Coletivo provided details for the 1st LGBTQIA+ Pride March in Setúbal, scheduled for October 4, 2025. The march will begin at 4:00 PM from Parque do Bonfim, with participants encouraged to arrive at 3:00 PM for socialising, painting of last-minute posters and banners, health screenings, and formation of the parade. The route will pass through Avenida 22 de Dezembro, Avenida 5 de Outubro, the Baixa area, and Praça de Bocage, where the manifesto will be read. The march will continue along Avenida Luísa Todi to Largo José Afonso, where it will conclude with a celebration. The collective invites everyone to join, including friends, family, and colleagues.</w:t>
      </w:r>
      <w:r/>
    </w:p>
    <w:p>
      <w:pPr>
        <w:pStyle w:val="ListNumber"/>
        <w:spacing w:line="240" w:lineRule="auto"/>
        <w:ind w:left="720"/>
      </w:pPr>
      <w:r/>
      <w:hyperlink r:id="rId11">
        <w:r>
          <w:rPr>
            <w:color w:val="0000EE"/>
            <w:u w:val="single"/>
          </w:rPr>
          <w:t>https://osetubalense.com/local/setubal/setubal-recebe-segunda-marcha-do-orgulho-lgbtqia/</w:t>
        </w:r>
      </w:hyperlink>
      <w:r>
        <w:t xml:space="preserve"> - Setúbal hosted its second LGBTQIA+ Pride March on October 24, 2026, organised by the Qardume Coletivo. The event aimed to advocate for equal rights and the end of oppression for LGBTQIA+ individuals. The march began at Parque do Bonfim at 3:00 PM, proceeding through Avenida 22 de Dezembro, Avenida 5 de Outubro, Baixa, and Avenida Luísa Todi, concluding at Largo José Afonso. At Largo José Afonso, the manifesto was read, followed by a picnic for socialising. The collective invited not only LGBTQIA+ individuals but also everyone who identifies with the ideals of freedom to participate, emphasising that the event was free and open to all ages, suitable for children and families. Musical entertainment was planned during the march, and after the demonstration, a night-time activity route was announced, featuring venues associated with the cause.</w:t>
      </w:r>
      <w:r/>
    </w:p>
    <w:p>
      <w:pPr>
        <w:pStyle w:val="ListNumber"/>
        <w:spacing w:line="240" w:lineRule="auto"/>
        <w:ind w:left="720"/>
      </w:pPr>
      <w:r/>
      <w:hyperlink r:id="rId14">
        <w:r>
          <w:rPr>
            <w:color w:val="0000EE"/>
            <w:u w:val="single"/>
          </w:rPr>
          <w:t>https://www.chatgay.pt/blog/marcha-orgulho-setubal-2026</w:t>
        </w:r>
      </w:hyperlink>
      <w:r>
        <w:t xml:space="preserve"> - The 2nd LGBTQIA+ Pride March of Setúbal is scheduled for October 24, 2026. After the successful debut in 2025, the city is preparing for the second edition. The first march took place on October 4, 2025, starting from Parque do Bonfim, with a concentration at 3:00 PM, the march at 4:00 PM, and concluding with a celebration at Largo José Afonso after passing through Baixa. The event was organised by the Qardume Coletivo. The current confirmed date for the second edition is October 24, 2026. Once the Qardume Coletivo or the 2026 organisers publish the programme, it will serve as the reference for concentration and route details.</w:t>
      </w:r>
      <w:r/>
    </w:p>
    <w:p>
      <w:pPr>
        <w:pStyle w:val="ListNumber"/>
        <w:spacing w:line="240" w:lineRule="auto"/>
        <w:ind w:left="720"/>
      </w:pPr>
      <w:r/>
      <w:hyperlink r:id="rId15">
        <w:r>
          <w:rPr>
            <w:color w:val="0000EE"/>
            <w:u w:val="single"/>
          </w:rPr>
          <w:t>https://clubesafo.pt/events/marcha-setubal-24-de-outubro/</w:t>
        </w:r>
      </w:hyperlink>
      <w:r>
        <w:t xml:space="preserve"> - Clube Safo announced its participation in the 2nd LGBTQIA+ Pride March of Setúbal on October 24, 2026. The event aims to celebrate rights and community, inviting participants to bring their truth and colours. The meeting point is Parque do Bonfim at 3:00 PM. The collective encourages everyone to join in marching together, emphasising the importance of occupying public space with joy, strength, and collective visibility. The event is part of the broader initiative to promote LGBTQIA+ rights and community in Setúbal.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apo.pt/artigo/liberdade-e-igualdade-marcam-marcha-em-setubal-6add18dbe6b9fd91ec643b85" TargetMode="External"/><Relationship Id="rId10" Type="http://schemas.openxmlformats.org/officeDocument/2006/relationships/hyperlink" Target="https://qardume.pt/marcha-2026/" TargetMode="External"/><Relationship Id="rId11" Type="http://schemas.openxmlformats.org/officeDocument/2006/relationships/hyperlink" Target="https://osetubalense.com/local/setubal/setubal-recebe-segunda-marcha-do-orgulho-lgbtqia/" TargetMode="External"/><Relationship Id="rId12" Type="http://schemas.openxmlformats.org/officeDocument/2006/relationships/hyperlink" Target="https://www.ilga-portugal.pt/centro-lgbti/programacao/marcha-do-orgulho-lgbtqia-de-setubal/" TargetMode="External"/><Relationship Id="rId13" Type="http://schemas.openxmlformats.org/officeDocument/2006/relationships/hyperlink" Target="https://qardume.pt/marcha-2025/marcha/" TargetMode="External"/><Relationship Id="rId14" Type="http://schemas.openxmlformats.org/officeDocument/2006/relationships/hyperlink" Target="https://www.chatgay.pt/blog/marcha-orgulho-setubal-2026" TargetMode="External"/><Relationship Id="rId15" Type="http://schemas.openxmlformats.org/officeDocument/2006/relationships/hyperlink" Target="https://clubesafo.pt/events/marcha-setubal-24-de-outub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