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Hunter Schafer on Gender-Affirming Surgery and Queer Possibility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Hunter Schafer is opening up about gender-affirming surgery, personal certainty and the freedom she finds in queer life, while promoting her biggest television role yet in Blade Runner 2099.</w:t>
      </w:r>
      <w:r/>
    </w:p>
    <w:p>
      <w:pPr>
        <w:pStyle w:val="Heading2"/>
      </w:pPr>
      <w:r>
        <w:t>Essential Takeaways</w:t>
      </w:r>
      <w:r/>
      <w:r/>
    </w:p>
    <w:p>
      <w:pPr>
        <w:pStyle w:val="ListBullet"/>
        <w:spacing w:line="240" w:lineRule="auto"/>
        <w:ind w:left="720"/>
      </w:pPr>
      <w:r/>
      <w:r>
        <w:rPr>
          <w:b/>
        </w:rPr>
        <w:t>A personal decision:</w:t>
      </w:r>
      <w:r>
        <w:t xml:space="preserve"> Schafer said bottom surgery was the right choice for her, while stressing that every trans person’s experience is different.</w:t>
      </w:r>
      <w:r/>
    </w:p>
    <w:p>
      <w:pPr>
        <w:pStyle w:val="ListBullet"/>
        <w:spacing w:line="240" w:lineRule="auto"/>
        <w:ind w:left="720"/>
      </w:pPr>
      <w:r/>
      <w:r>
        <w:rPr>
          <w:b/>
        </w:rPr>
        <w:t>A simpler sense of self:</w:t>
      </w:r>
      <w:r>
        <w:t xml:space="preserve"> After years of exploring gender expansiveness, she now describes herself plainly as a woman.</w:t>
      </w:r>
      <w:r/>
    </w:p>
    <w:p>
      <w:pPr>
        <w:pStyle w:val="ListBullet"/>
        <w:spacing w:line="240" w:lineRule="auto"/>
        <w:ind w:left="720"/>
      </w:pPr>
      <w:r/>
      <w:r>
        <w:rPr>
          <w:b/>
        </w:rPr>
        <w:t>A major new role:</w:t>
      </w:r>
      <w:r>
        <w:t xml:space="preserve"> She’ll lead Amazon’s Blade Runner 2099 opposite Michelle Yeoh.</w:t>
      </w:r>
      <w:r/>
    </w:p>
    <w:p>
      <w:pPr>
        <w:pStyle w:val="ListBullet"/>
        <w:spacing w:line="240" w:lineRule="auto"/>
        <w:ind w:left="720"/>
      </w:pPr>
      <w:r/>
      <w:r>
        <w:rPr>
          <w:b/>
        </w:rPr>
        <w:t>A moment of freedom:</w:t>
      </w:r>
      <w:r>
        <w:t xml:space="preserve"> Schafer connected an exuberant night dancing with friends to what she sees as the possibility within queerness.</w:t>
      </w:r>
      <w:r/>
    </w:p>
    <w:p>
      <w:pPr>
        <w:pStyle w:val="ListBullet"/>
        <w:spacing w:line="240" w:lineRule="auto"/>
        <w:ind w:left="720"/>
      </w:pPr>
      <w:r/>
      <w:r>
        <w:rPr>
          <w:b/>
        </w:rPr>
        <w:t>Recovery took patience:</w:t>
      </w:r>
      <w:r>
        <w:t xml:space="preserve"> After surgery, she spent time resting at home with support from friends and family.</w:t>
      </w:r>
      <w:r/>
      <w:r/>
    </w:p>
    <w:p>
      <w:pPr>
        <w:pStyle w:val="Heading2"/>
      </w:pPr>
      <w:r>
        <w:t>Hunter Schafer finds clarity in a more straightforward identity</w:t>
      </w:r>
      <w:r/>
    </w:p>
    <w:p>
      <w:r/>
      <w:r>
        <w:t>Hunter Schafer’s latest comments are striking not because they offer a neat formula for gender, but because they show how personal the answer can be.</w:t>
      </w:r>
      <w:r/>
    </w:p>
    <w:p>
      <w:r/>
      <w:r>
        <w:t>In an interview with Elle, the actor explained that she now feels more comfortable describing herself simply as a woman. After years of engaging with gender as an expansive, open-ended idea, she said her understanding has become “flatter” in the best possible sense: direct, grounded and her own.</w:t>
      </w:r>
      <w:r/>
    </w:p>
    <w:p>
      <w:r/>
      <w:r>
        <w:t>That shift doesn’t cancel out her earlier thinking. Instead, it reflects the often messy gap between an idealised vision of identity and the practical realities of living in the world, as Elle’s interview explored.</w:t>
      </w:r>
      <w:r/>
    </w:p>
    <w:p>
      <w:pPr>
        <w:pStyle w:val="Heading2"/>
      </w:pPr>
      <w:r>
        <w:t>Why Schafer says surgery was right for her</w:t>
      </w:r>
      <w:r/>
    </w:p>
    <w:p>
      <w:r/>
      <w:r>
        <w:t>Schafer revealed that she underwent bottom surgery in December, describing the result as an exceptionally positive experience. She was also careful to make clear that her decision shouldn’t be treated as a universal roadmap for other trans people.</w:t>
      </w:r>
      <w:r/>
    </w:p>
    <w:p>
      <w:r/>
      <w:r>
        <w:t>That distinction matters. Gender-affirming care is deeply individual, and Schafer’s story is best understood as one person explaining what helped her feel more at home in her body. According to Elle, she had previously tried to embrace her earlier body as part of a gender-expansive identity, but eventually found that approach no longer fitted her everyday life.</w:t>
      </w:r>
      <w:r/>
    </w:p>
    <w:p>
      <w:r/>
      <w:r>
        <w:t>Her honesty also gives the subject some welcome emotional texture. This isn’t presented as a dramatic transformation into a brand-new person, but as a decision that brought her closer to how she already understood herself.</w:t>
      </w:r>
      <w:r/>
    </w:p>
    <w:p>
      <w:pPr>
        <w:pStyle w:val="Heading2"/>
      </w:pPr>
      <w:r>
        <w:t>A night out captured the joy of queer possibility</w:t>
      </w:r>
      <w:r/>
    </w:p>
    <w:p>
      <w:r/>
      <w:r>
        <w:t>The actor also described a London night spent dancing hard with close friends, free from cameras and public performance. She recalled flashes of singing, eye contact and total release, the kind of unselfconscious evening that can feel almost rare for someone constantly watched.</w:t>
      </w:r>
      <w:r/>
    </w:p>
    <w:p>
      <w:r/>
      <w:r>
        <w:t>For Schafer, that experience captured something central about queerness: a sense of possibility, movement and discovery. Elle’s coverage presents that idea alongside her more grounded view of gender, creating a useful contrast between openness as a philosophy and identity as lived reality.</w:t>
      </w:r>
      <w:r/>
    </w:p>
    <w:p>
      <w:r/>
      <w:r>
        <w:t>There’s a quiet lesson here. Queerness doesn’t have to look like endless reinvention, and it doesn’t have to stay fixed in one definition either. Sometimes it’s a packed dance floor; sometimes it’s a private medical decision; sometimes it’s simply knowing what feels right.</w:t>
      </w:r>
      <w:r/>
    </w:p>
    <w:p>
      <w:pPr>
        <w:pStyle w:val="Heading2"/>
      </w:pPr>
      <w:r>
        <w:t>Blade Runner 2099 gives Schafer her biggest challenge yet</w:t>
      </w:r>
      <w:r/>
    </w:p>
    <w:p>
      <w:r/>
      <w:r>
        <w:t>While discussing deeply personal subjects, Schafer is also stepping into a sizeable new professional chapter. She’ll play the lead in Amazon’s Blade Runner 2099, opposite Michelle Yeoh, in a story set against a future where humanity is facing an existential threat.</w:t>
      </w:r>
      <w:r/>
    </w:p>
    <w:p>
      <w:r/>
      <w:r>
        <w:t>Her character is a human impersonating a replicant Blade Runner, a role that sounds tailor-made for the actor’s interest in identity, performance and the unstable boundaries between categories. Elle’s reporting on the series highlights the scale of the project, which could become Schafer’s most prominent screen role so far.</w:t>
      </w:r>
      <w:r/>
    </w:p>
    <w:p>
      <w:r/>
      <w:r>
        <w:t>The casting has already attracted attention because Schafer brings both a strong fashion presence and a growing acting profile. Her credits include Euphoria, The Hunger Games: The Ballad of Songbirds &amp; Snakes and Cuckoo, while further film work is also on the horizon.</w:t>
      </w:r>
      <w:r/>
    </w:p>
    <w:p>
      <w:pPr>
        <w:pStyle w:val="Heading2"/>
      </w:pPr>
      <w:r>
        <w:t>Recovery, solitude and the support around her</w:t>
      </w:r>
      <w:r/>
    </w:p>
    <w:p>
      <w:r/>
      <w:r>
        <w:t>After surgery, Schafer spent time in an apartment while limiting herself to roughly 150 steps a day. Friends and family helped keep her company, turning what could have been a lonely period into something more supported and manageable.</w:t>
      </w:r>
      <w:r/>
    </w:p>
    <w:p>
      <w:r/>
      <w:r>
        <w:t>Still, she said she’s comfortable being alone. That detail feels especially revealing: recovery gave her time away from the noise of publicity, relationships and public expectations, but also left room for the private thoughts that tend to surface when life becomes very quiet.</w:t>
      </w:r>
      <w:r/>
    </w:p>
    <w:p>
      <w:r/>
      <w:r>
        <w:t>As Schafer’s career accelerates, that balance may become harder to protect. Yet her comments suggest she’s willing to make space for it, whether through a night out with friends or a slow afternoon with nowhere to be.</w:t>
      </w:r>
      <w:r/>
    </w:p>
    <w:p>
      <w:r/>
      <w:r>
        <w:t>Her story is a reminder that transition and self-discovery rarely follow a straight line, and that arriving at a simpler answer can be just as meaningful as exploring every possibility.</w:t>
      </w:r>
      <w:r/>
    </w:p>
    <w:p>
      <w:r/>
      <w:r>
        <w:rPr>
          <w:b/>
        </w:rPr>
        <w:t>For Schafer, the freedom to keep discovering herself now sits comfortably alongside the certainty of knowing who she is.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1">
        <w:r>
          <w:rPr>
            <w:color w:val="0000EE"/>
            <w:u w:val="single"/>
          </w:rPr>
          <w:t>[3]</w:t>
        </w:r>
      </w:hyperlink>
      <w:r>
        <w:t xml:space="preserve">, </w:t>
      </w:r>
      <w:hyperlink r:id="rId14">
        <w:r>
          <w:rPr>
            <w:color w:val="0000EE"/>
            <w:u w:val="single"/>
          </w:rPr>
          <w:t>[6]</w:t>
        </w:r>
      </w:hyperlink>
      <w:r>
        <w:t xml:space="preserve">- Paragraph 7: </w:t>
      </w:r>
      <w:hyperlink r:id="rId11">
        <w:r>
          <w:rPr>
            <w:color w:val="0000EE"/>
            <w:u w:val="single"/>
          </w:rPr>
          <w:t>[3]</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0">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https://www.lgbtqnation.com/2026/10/trans-actress-hunter-schafer-shares-magical-thing-about-queerness-while-promoting-biggest-role-yet/</w:t>
        </w:r>
      </w:hyperlink>
      <w:r>
        <w:t xml:space="preserve"> - Please view link - unable to able to access data</w:t>
      </w:r>
      <w:r/>
    </w:p>
    <w:p>
      <w:pPr>
        <w:pStyle w:val="ListNumber"/>
        <w:spacing w:line="240" w:lineRule="auto"/>
        <w:ind w:left="720"/>
      </w:pPr>
      <w:r/>
      <w:hyperlink r:id="rId10">
        <w:r>
          <w:rPr>
            <w:color w:val="0000EE"/>
            <w:u w:val="single"/>
          </w:rPr>
          <w:t>https://www.elle.com/culture/celebrities/a74181422/hunter-schafer-gender-affirming-bottom-surgery/</w:t>
        </w:r>
      </w:hyperlink>
      <w:r>
        <w:t xml:space="preserve"> - In an October 2026 interview with Elle magazine, Hunter Schafer, known for her role in 'Euphoria', revealed she underwent gender-affirming bottom surgery in December 2025. She described the experience as transformative and expressed immense satisfaction with the results. Schafer discussed her journey of embracing her gender identity, noting the tension between abstract concepts of queerness and the practical realities of daily life. She also shared insights into her recovery process, highlighting the support from family and friends during her healing period.</w:t>
      </w:r>
      <w:r/>
    </w:p>
    <w:p>
      <w:pPr>
        <w:pStyle w:val="ListNumber"/>
        <w:spacing w:line="240" w:lineRule="auto"/>
        <w:ind w:left="720"/>
      </w:pPr>
      <w:r/>
      <w:hyperlink r:id="rId11">
        <w:r>
          <w:rPr>
            <w:color w:val="0000EE"/>
            <w:u w:val="single"/>
          </w:rPr>
          <w:t>https://www.elle.com/culture/movies-tv/a74133846/hunter-schafer-blade-runner-2099-interview-2026/</w:t>
        </w:r>
      </w:hyperlink>
      <w:r>
        <w:t xml:space="preserve"> - In this Elle interview, Hunter Schafer discusses her role in the upcoming 'Blade Runner 2099' series, her views on queerness, and her experiences on set. She reflects on her evolution as an actress and the personal growth she has undergone since her breakout role in 'Euphoria'. Schafer also shares her thoughts on the concept of 'coolness' in the celebrity world and expresses a desire to see more diverse narratives in mainstream media, including a trans-led romantic comedy.</w:t>
      </w:r>
      <w:r/>
    </w:p>
    <w:p>
      <w:pPr>
        <w:pStyle w:val="ListNumber"/>
        <w:spacing w:line="240" w:lineRule="auto"/>
        <w:ind w:left="720"/>
      </w:pPr>
      <w:r/>
      <w:hyperlink r:id="rId12">
        <w:r>
          <w:rPr>
            <w:color w:val="0000EE"/>
            <w:u w:val="single"/>
          </w:rPr>
          <w:t>https://www.elle.com/culture/celebrities/a74177913/hunter-schafer-ask-me-anything/</w:t>
        </w:r>
      </w:hyperlink>
      <w:r>
        <w:t xml:space="preserve"> - In this 'Ask Me Anything' session with Elle, Hunter Schafer delves into various aspects of her life and career. She discusses her experiences working with Michelle Yeoh on 'Blade Runner 2099', reflects on her time on 'Euphoria', and talks about entering her Saturn return. Schafer also shares her fashion obsessions, the fictional wardrobe she would love to steal, and the pieces in her closet she’ll never give up. She touches upon her pre-red-carpet rituals and the artists she has on repeat.</w:t>
      </w:r>
      <w:r/>
    </w:p>
    <w:p>
      <w:pPr>
        <w:pStyle w:val="ListNumber"/>
        <w:spacing w:line="240" w:lineRule="auto"/>
        <w:ind w:left="720"/>
      </w:pPr>
      <w:r/>
      <w:hyperlink r:id="rId13">
        <w:r>
          <w:rPr>
            <w:color w:val="0000EE"/>
            <w:u w:val="single"/>
          </w:rPr>
          <w:t>https://www.elle.com/beauty/makeup-skin-care/a71785306/hunter-schafer-euphoria-mugler-blush-perfume-interview-2026/</w:t>
        </w:r>
      </w:hyperlink>
      <w:r>
        <w:t xml:space="preserve"> - In this Elle interview, Hunter Schafer discusses her role in 'Euphoria', her collaboration with Mugler on the Angel scent franchise, and her upcoming projects. She clears up a major fan theory about her character Rue and shares the scent she associates with first love. Schafer also talks about her experiences on set, her thoughts on the ending of 'Euphoria', and her upcoming role in 'Blade Runner 2099'. She reflects on her journey as an actress and the importance of authenticity in her work.</w:t>
      </w:r>
      <w:r/>
    </w:p>
    <w:p>
      <w:pPr>
        <w:pStyle w:val="ListNumber"/>
        <w:spacing w:line="240" w:lineRule="auto"/>
        <w:ind w:left="720"/>
      </w:pPr>
      <w:r/>
      <w:hyperlink r:id="rId14">
        <w:r>
          <w:rPr>
            <w:color w:val="0000EE"/>
            <w:u w:val="single"/>
          </w:rPr>
          <w:t>https://www.comicbasics.com/blade-runner-2099-star-hunter-schafer-gets-gloriously-weird-with-flames-feathers-and-a-knitted-rat-in-elles-surreal-shoot/</w:t>
        </w:r>
      </w:hyperlink>
      <w:r>
        <w:t xml:space="preserve"> - This article highlights Hunter Schafer's avant-garde fashion shoot for Elle's November 2026 issue, where she embraces the strange and theatrical. The shoot, photographed and art-directed by Szilveszter Makó, features Schafer in surreal settings with elements like flames, feathers, and a knitted rat. The accompanying interview covers her first TV lead role in 'Blade Runner 2099', her views on queerness, celebrity, and spirituality. The article emphasizes Schafer's unique approach to fashion and her willingness to push boundaries.</w:t>
      </w:r>
      <w:r/>
    </w:p>
    <w:p>
      <w:pPr>
        <w:pStyle w:val="ListNumber"/>
        <w:spacing w:line="240" w:lineRule="auto"/>
        <w:ind w:left="720"/>
      </w:pPr>
      <w:r/>
      <w:hyperlink r:id="rId15">
        <w:r>
          <w:rPr>
            <w:color w:val="0000EE"/>
            <w:u w:val="single"/>
          </w:rPr>
          <w:t>https://www.chosun.com/english/kpop-culture-en/2026/10/20/QV6BA7W5DVD73GFAWEPY7FCTHQ/</w:t>
        </w:r>
      </w:hyperlink>
      <w:r>
        <w:t xml:space="preserve"> - In this article, Hunter Schafer reveals she underwent bottom surgery in December 2025, sharing her joy and recovery journey with Elle magazine. The piece details Schafer's decision to have the gender-affirming procedure, her reflections on embracing her gender identity, and the support she received from family and friends during her recovery. It also touches upon her career, including her role in 'Blade Runner 2099' and her advocacy for transgender rights.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trans-actress-hunter-schafer-shares-magical-thing-about-queerness-while-promoting-biggest-role-yet/" TargetMode="External"/><Relationship Id="rId10" Type="http://schemas.openxmlformats.org/officeDocument/2006/relationships/hyperlink" Target="https://www.elle.com/culture/celebrities/a74181422/hunter-schafer-gender-affirming-bottom-surgery/" TargetMode="External"/><Relationship Id="rId11" Type="http://schemas.openxmlformats.org/officeDocument/2006/relationships/hyperlink" Target="https://www.elle.com/culture/movies-tv/a74133846/hunter-schafer-blade-runner-2099-interview-2026/" TargetMode="External"/><Relationship Id="rId12" Type="http://schemas.openxmlformats.org/officeDocument/2006/relationships/hyperlink" Target="https://www.elle.com/culture/celebrities/a74177913/hunter-schafer-ask-me-anything/" TargetMode="External"/><Relationship Id="rId13" Type="http://schemas.openxmlformats.org/officeDocument/2006/relationships/hyperlink" Target="https://www.elle.com/beauty/makeup-skin-care/a71785306/hunter-schafer-euphoria-mugler-blush-perfume-interview-2026/" TargetMode="External"/><Relationship Id="rId14" Type="http://schemas.openxmlformats.org/officeDocument/2006/relationships/hyperlink" Target="https://www.comicbasics.com/blade-runner-2099-star-hunter-schafer-gets-gloriously-weird-with-flames-feathers-and-a-knitted-rat-in-elles-surreal-shoot/" TargetMode="External"/><Relationship Id="rId15" Type="http://schemas.openxmlformats.org/officeDocument/2006/relationships/hyperlink" Target="https://www.chosun.com/english/kpop-culture-en/2026/10/20/QV6BA7W5DVD73GFAWEPY7FCTHQ/"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