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El Convento Rico Toronto Reopening Brings Back Latin Drag Nightlife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Toronto’s LGBTQ2S+ nightlife community is getting a much-anticipated lift as El Convento Rico prepares to reopen at 722 College St. during Halloweekend. After 35 years at its original home, the beloved club is returning with Latin drag shows, dancing and a free-entry launch night that promises plenty of heart.</w:t>
      </w:r>
      <w:r/>
    </w:p>
    <w:p>
      <w:pPr>
        <w:pStyle w:val="Heading2"/>
      </w:pPr>
      <w:r>
        <w:t>Essential Takeaways</w:t>
      </w:r>
      <w:r/>
      <w:r/>
    </w:p>
    <w:p>
      <w:pPr>
        <w:pStyle w:val="ListBullet"/>
        <w:spacing w:line="240" w:lineRule="auto"/>
        <w:ind w:left="720"/>
      </w:pPr>
      <w:r/>
      <w:r>
        <w:rPr>
          <w:b/>
        </w:rPr>
        <w:t>New home:</w:t>
      </w:r>
      <w:r>
        <w:t xml:space="preserve"> El Convento Rico is relocating to 722 College St. after leaving its longtime venue.</w:t>
      </w:r>
      <w:r/>
    </w:p>
    <w:p>
      <w:pPr>
        <w:pStyle w:val="ListBullet"/>
        <w:spacing w:line="240" w:lineRule="auto"/>
        <w:ind w:left="720"/>
      </w:pPr>
      <w:r/>
      <w:r>
        <w:rPr>
          <w:b/>
        </w:rPr>
        <w:t>Opening night:</w:t>
      </w:r>
      <w:r>
        <w:t xml:space="preserve"> The relaunch is scheduled for Friday, October 30, during Halloweekend.</w:t>
      </w:r>
      <w:r/>
    </w:p>
    <w:p>
      <w:pPr>
        <w:pStyle w:val="ListBullet"/>
        <w:spacing w:line="240" w:lineRule="auto"/>
        <w:ind w:left="720"/>
      </w:pPr>
      <w:r/>
      <w:r>
        <w:rPr>
          <w:b/>
        </w:rPr>
        <w:t>Free entry:</w:t>
      </w:r>
      <w:r>
        <w:t xml:space="preserve"> Guests can expect no cover, a DJ, live entertainment and complimentary hors d’oeuvres.</w:t>
      </w:r>
      <w:r/>
    </w:p>
    <w:p>
      <w:pPr>
        <w:pStyle w:val="ListBullet"/>
        <w:spacing w:line="240" w:lineRule="auto"/>
        <w:ind w:left="720"/>
      </w:pPr>
      <w:r/>
      <w:r>
        <w:rPr>
          <w:b/>
        </w:rPr>
        <w:t>Community legacy:</w:t>
      </w:r>
      <w:r>
        <w:t xml:space="preserve"> The club has spent 35 years creating an inclusive space for LGBTQ2S+ guests.</w:t>
      </w:r>
      <w:r/>
    </w:p>
    <w:p>
      <w:pPr>
        <w:pStyle w:val="ListBullet"/>
        <w:spacing w:line="240" w:lineRule="auto"/>
        <w:ind w:left="720"/>
      </w:pPr>
      <w:r/>
      <w:r>
        <w:rPr>
          <w:b/>
        </w:rPr>
        <w:t>What to expect:</w:t>
      </w:r>
      <w:r>
        <w:t xml:space="preserve"> Latin music, Top 40 favourites and the drag performances that made the venue special.</w:t>
      </w:r>
      <w:r/>
      <w:r/>
    </w:p>
    <w:p>
      <w:pPr>
        <w:pStyle w:val="Heading2"/>
      </w:pPr>
      <w:r>
        <w:t>Toronto's beloved queer club is back</w:t>
      </w:r>
      <w:r/>
    </w:p>
    <w:p>
      <w:r/>
      <w:r>
        <w:t>There’s something especially moving about a nightclub reopening after its community has already mourned its loss. El Convento Rico, a fixture of Toronto’s LGBTQ2S+ nightlife, is making that comeback at 722 College St., just weeks after closing its original venue.</w:t>
      </w:r>
      <w:r/>
    </w:p>
    <w:p>
      <w:r/>
      <w:r>
        <w:t>The club first opened at 750 College St. in Little Italy and became known for its lively mix of Latin and Top 40 music, spirited drag performances and welcoming atmosphere. CityNews reported that the original venue closed after 35 years, making the return feel less like a routine relocation and more like a collective exhale.</w:t>
      </w:r>
      <w:r/>
    </w:p>
    <w:p>
      <w:pPr>
        <w:pStyle w:val="Heading2"/>
      </w:pPr>
      <w:r>
        <w:t>Why the original closure hit so hard</w:t>
      </w:r>
      <w:r/>
    </w:p>
    <w:p>
      <w:r/>
      <w:r>
        <w:t>El Convento Rico’s former home was more than a dance floor. For generations of clubgoers, it was a place to meet friends, celebrate identity and enjoy a night out without having to explain themselves.</w:t>
      </w:r>
      <w:r/>
    </w:p>
    <w:p>
      <w:r/>
      <w:r>
        <w:t>The closure was linked to rising operating costs, difficult trading conditions and a dispute with the landlord. According to Urban Magazine, the venue’s operators described the circumstances as increasingly difficult despite decades of work building the club into a gathering place.</w:t>
      </w:r>
      <w:r/>
    </w:p>
    <w:p>
      <w:r/>
      <w:r>
        <w:t>That context matters. Independent nightlife venues often carry cultural value that doesn’t appear on a balance sheet, yet they still face rent, staffing and operating pressures like any other business. When one shuts, a city can lose far more than another bar.</w:t>
      </w:r>
      <w:r/>
    </w:p>
    <w:p>
      <w:pPr>
        <w:pStyle w:val="Heading2"/>
      </w:pPr>
      <w:r>
        <w:t>Halloweekend gives the comeback extra sparkle</w:t>
      </w:r>
      <w:r/>
    </w:p>
    <w:p>
      <w:r/>
      <w:r>
        <w:t>The new venue will open during Halloweekend, which seems almost perfectly suited to El Convento Rico’s theatrical energy. The launch is set to include a DJ, live entertainment, complimentary hors d’oeuvres and free admission, giving regulars and curious newcomers an easy reason to turn up.</w:t>
      </w:r>
      <w:r/>
    </w:p>
    <w:p>
      <w:r/>
      <w:r>
        <w:t>The timing also creates a natural bridge between the club’s past and its next chapter. Halloween already encourages bold outfits, big personalities and a little delicious chaos, while the venue’s drag-led nights bring that same sense of joyful self-expression year-round.</w:t>
      </w:r>
      <w:r/>
    </w:p>
    <w:p>
      <w:r/>
      <w:r>
        <w:t>Exclaim reported that the club’s closure marked the end of a long-running Toronto venue, but the reopening suggests its audience and cultural role remain very much alive.</w:t>
      </w:r>
      <w:r/>
    </w:p>
    <w:p>
      <w:pPr>
        <w:pStyle w:val="Heading2"/>
      </w:pPr>
      <w:r>
        <w:t>What guests should expect from the new location</w:t>
      </w:r>
      <w:r/>
    </w:p>
    <w:p>
      <w:r/>
      <w:r>
        <w:t>The club’s signature identity appears to be travelling with it. Expect Latin-focused programming, Top 40 tracks, drag performances and an atmosphere built around dancing and socialising rather than standing politely beside the bar.</w:t>
      </w:r>
      <w:r/>
    </w:p>
    <w:p>
      <w:r/>
      <w:r>
        <w:t>If you're planning to attend, arrive early enough to take in the room and settle into the new setting. Free-entry launch events can draw a crowd, especially when they combine a major comeback with Halloween weekend energy.</w:t>
      </w:r>
      <w:r/>
    </w:p>
    <w:p>
      <w:r/>
      <w:r>
        <w:t>It’s also worth checking the venue’s current social channels before heading out, as opening-night details, set times and any entry arrangements can change quickly. The club has launched a new Instagram account following the closure of its previous profile.</w:t>
      </w:r>
      <w:r/>
    </w:p>
    <w:p>
      <w:pPr>
        <w:pStyle w:val="Heading2"/>
      </w:pPr>
      <w:r>
        <w:t>A fresh address, familiar spirit</w:t>
      </w:r>
      <w:r/>
    </w:p>
    <w:p>
      <w:r/>
      <w:r>
        <w:t>The response from former patrons has been warmly enthusiastic, with supporters celebrating the club’s return and its continued commitment to Latin nightlife and queer entertainment. The official message has emphasised that while the address is changing, the sense of home is not.</w:t>
      </w:r>
      <w:r/>
    </w:p>
    <w:p>
      <w:r/>
      <w:r>
        <w:t>That may be the most important part of the relaunch. Successful nightlife venues aren't remembered only for their music or décor; they’re remembered for how people felt when they walked through the door. El Convento Rico’s next chapter will have a new postcode, but its loyal audience clearly expects the same generous, colourful spirit.</w:t>
      </w:r>
      <w:r/>
    </w:p>
    <w:p>
      <w:r/>
      <w:r>
        <w:t>For Toronto, that’s welcome news. A city’s nightlife is healthier when its most distinctive spaces can adapt rather than disappear.</w:t>
      </w:r>
      <w:r/>
    </w:p>
    <w:p>
      <w:r/>
      <w:r>
        <w:t>A new address, same big-hearted night out.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[3]</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11">
        <w:r>
          <w:rPr>
            <w:color w:val="0000EE"/>
            <w:u w:val="single"/>
          </w:rPr>
          <w:t>[4]</w:t>
        </w:r>
      </w:hyperlink>
      <w:r>
        <w:t xml:space="preserve">, </w:t>
      </w:r>
      <w:hyperlink r:id="rId14">
        <w:r>
          <w:rPr>
            <w:color w:val="0000EE"/>
            <w:u w:val="single"/>
          </w:rPr>
          <w:t>[7]</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https://nowtoronto.com/culture/el-convento-rico-toronto-nightclub-reopening-halloween-weekend/</w:t>
        </w:r>
      </w:hyperlink>
      <w:r>
        <w:t xml:space="preserve"> - Please view link - unable to able to access data</w:t>
      </w:r>
      <w:r/>
    </w:p>
    <w:p>
      <w:pPr>
        <w:pStyle w:val="ListNumber"/>
        <w:spacing w:line="240" w:lineRule="auto"/>
        <w:ind w:left="720"/>
      </w:pPr>
      <w:r/>
      <w:hyperlink r:id="rId9">
        <w:r>
          <w:rPr>
            <w:color w:val="0000EE"/>
            <w:u w:val="single"/>
          </w:rPr>
          <w:t>https://nowtoronto.com/culture/el-convento-rico-toronto-nightclub-reopening-halloween-weekend/</w:t>
        </w:r>
      </w:hyperlink>
      <w:r>
        <w:t xml:space="preserve"> - El Convento Rico, a staple in Toronto’s LGBTQ2S+ nightlife, is reopening at 722 College St. after closing its longtime home just weeks ago. The club’s closure was attributed to economic challenges and a landlord dispute, despite its 35-year legacy. The new location launches during Halloweekend, October 30, with free admission, a DJ, live entertainment, and complimentary hors d’oeuvres. The club’s relaunch has sparked community excitement, with many celebrating the return of its signature Latin drag shows and inclusive atmosphere.</w:t>
      </w:r>
      <w:r/>
    </w:p>
    <w:p>
      <w:pPr>
        <w:pStyle w:val="ListNumber"/>
        <w:spacing w:line="240" w:lineRule="auto"/>
        <w:ind w:left="720"/>
      </w:pPr>
      <w:r/>
      <w:hyperlink r:id="rId10">
        <w:r>
          <w:rPr>
            <w:color w:val="0000EE"/>
            <w:u w:val="single"/>
          </w:rPr>
          <w:t>https://toronto.citynews.ca/2026/10/02/toronto-nightclub-el-convento-rico-abruptly-closes-after-35-years/</w:t>
        </w:r>
      </w:hyperlink>
      <w:r>
        <w:t xml:space="preserve"> - An iconic Toronto nightclub that served as a hotspot for the city’s 2SLGBTQ+ and Latin community, abruptly shuttered this week after 35 years. In a statement shared late Thursday evening on social media, the owner of El Convento Rico announced the sudden closure of the longtime College Street establishment due to circumstances they claimed were beyond their control. The sudden and unexpected closure elicited a strong reaction from Canada’s Drag Race star Van Goth, who recalled 'many memorable nights' playing some of her first gigs at the underground nightclub.</w:t>
      </w:r>
      <w:r/>
    </w:p>
    <w:p>
      <w:pPr>
        <w:pStyle w:val="ListNumber"/>
        <w:spacing w:line="240" w:lineRule="auto"/>
        <w:ind w:left="720"/>
      </w:pPr>
      <w:r/>
      <w:hyperlink r:id="rId11">
        <w:r>
          <w:rPr>
            <w:color w:val="0000EE"/>
            <w:u w:val="single"/>
          </w:rPr>
          <w:t>https://news-usa.today/iconic-toronto-nightclub-el-convento-rico-closes-after-35-years/</w:t>
        </w:r>
      </w:hyperlink>
      <w:r>
        <w:t xml:space="preserve"> - El Convento Rico, a Toronto nightclub that served as a staple for the city’s 2SLGBTQ+ and Latin communities, abruptly closed its doors after 35 years in business. The venue, located at 750 College Street in Little Italy, shut down effective October 1, 2026, citing circumstances beyond the control of its management. Management shared the sudden news late Thursday evening through social media statements. A spokesperson for the venue expressed gratitude to patrons and performers, stating that the establishment became a home, stage, refuge, and family for the community since it first opened in 1992.</w:t>
      </w:r>
      <w:r/>
    </w:p>
    <w:p>
      <w:pPr>
        <w:pStyle w:val="ListNumber"/>
        <w:spacing w:line="240" w:lineRule="auto"/>
        <w:ind w:left="720"/>
      </w:pPr>
      <w:r/>
      <w:hyperlink r:id="rId12">
        <w:r>
          <w:rPr>
            <w:color w:val="0000EE"/>
            <w:u w:val="single"/>
          </w:rPr>
          <w:t>https://urbanmag.ca/toronto-nightclub-el-convento-rico-abruptly-closes-after-35-years/</w:t>
        </w:r>
      </w:hyperlink>
      <w:r>
        <w:t xml:space="preserve"> - An iconic Toronto nightclub that served as a hotspot for the city’s 2SLGBTQ+ and Latin community, abruptly shuttered this week after 35 years. In a statement shared late Thursday evening on social media, the owner of El Convento Rico announced the sudden closure of the longtime College Street establishment due to circumstances they claimed were beyond their control. The sudden and unexpected closure elicited a strong reaction from Canada’s Drag Race star Van Goth, who recalled 'many memorable nights' playing some of her first gigs at the underground nightclub.</w:t>
      </w:r>
      <w:r/>
    </w:p>
    <w:p>
      <w:pPr>
        <w:pStyle w:val="ListNumber"/>
        <w:spacing w:line="240" w:lineRule="auto"/>
        <w:ind w:left="720"/>
      </w:pPr>
      <w:r/>
      <w:hyperlink r:id="rId13">
        <w:r>
          <w:rPr>
            <w:color w:val="0000EE"/>
            <w:u w:val="single"/>
          </w:rPr>
          <w:t>https://exclaim.ca/music/article/toronto-venue-el_convento_rico_shutters_after_35_years_of_operation</w:t>
        </w:r>
      </w:hyperlink>
      <w:r>
        <w:t xml:space="preserve"> - Toronto Latin nightclub El Convento Rico has announced its closure after 35 years in operation. It will host its own farewell tonight at its College Street location. Known for serving the 2SLGBTQIA+ community, venue staff announced today on social media that they would close 'due to circumstances beyond our control,' writing that 'every convent has its chapter, and this may be the closing of one chapter — but the story is not over.'</w:t>
      </w:r>
      <w:r/>
    </w:p>
    <w:p>
      <w:pPr>
        <w:pStyle w:val="ListNumber"/>
        <w:spacing w:line="240" w:lineRule="auto"/>
        <w:ind w:left="720"/>
      </w:pPr>
      <w:r/>
      <w:hyperlink r:id="rId14">
        <w:r>
          <w:rPr>
            <w:color w:val="0000EE"/>
            <w:u w:val="single"/>
          </w:rPr>
          <w:t>https://www.elconventorico.com/</w:t>
        </w:r>
      </w:hyperlink>
      <w:r>
        <w:t xml:space="preserve"> - El Convento Rico is a Latin nightclub in Toronto that has been serving the LGBTQ+ community since 1992. The venue offers a unique mix of Latin and Top 40 music, along with world-class drag shows every Saturday night. Located at 750 College St., Toronto, ON M6G 1C4, the club provides a vibrant atmosphere for dancing and celebration. For more information on upcoming events and reservations, visit their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wtoronto.com/culture/el-convento-rico-toronto-nightclub-reopening-halloween-weekend/" TargetMode="External"/><Relationship Id="rId10" Type="http://schemas.openxmlformats.org/officeDocument/2006/relationships/hyperlink" Target="https://toronto.citynews.ca/2026/10/02/toronto-nightclub-el-convento-rico-abruptly-closes-after-35-years/" TargetMode="External"/><Relationship Id="rId11" Type="http://schemas.openxmlformats.org/officeDocument/2006/relationships/hyperlink" Target="https://news-usa.today/iconic-toronto-nightclub-el-convento-rico-closes-after-35-years/" TargetMode="External"/><Relationship Id="rId12" Type="http://schemas.openxmlformats.org/officeDocument/2006/relationships/hyperlink" Target="https://urbanmag.ca/toronto-nightclub-el-convento-rico-abruptly-closes-after-35-years/" TargetMode="External"/><Relationship Id="rId13" Type="http://schemas.openxmlformats.org/officeDocument/2006/relationships/hyperlink" Target="https://exclaim.ca/music/article/toronto-venue-el_convento_rico_shutters_after_35_years_of_operation" TargetMode="External"/><Relationship Id="rId14" Type="http://schemas.openxmlformats.org/officeDocument/2006/relationships/hyperlink" Target="https://www.elconventorico.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