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Palm Springs Getaway Guide for Pride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discovering why Greater Palm Springs remains a favourite LGBTQ+ escape, from the welcoming Arenas District and stylish stays to lively dining, independent shops and late-night entertainment. Whether you're planning a Pride weekend or a slower desert break, this guide highlights the places that make the destination feel both celebratory and genuinely local.</w:t>
      </w:r>
      <w:r/>
    </w:p>
    <w:p>
      <w:pPr>
        <w:pStyle w:val="Heading2"/>
      </w:pPr>
      <w:r>
        <w:t>Essential Takeaways</w:t>
      </w:r>
      <w:r/>
      <w:r/>
    </w:p>
    <w:p>
      <w:pPr>
        <w:pStyle w:val="ListBullet"/>
        <w:spacing w:line="240" w:lineRule="auto"/>
        <w:ind w:left="720"/>
      </w:pPr>
      <w:r/>
      <w:r>
        <w:rPr>
          <w:b/>
        </w:rPr>
        <w:t>Arenas District focus:</w:t>
      </w:r>
      <w:r>
        <w:t xml:space="preserve"> Palm Springs' official LGBTQ+ neighbourhood is packed with inclusive businesses, dining and nightlife.</w:t>
      </w:r>
      <w:r/>
    </w:p>
    <w:p>
      <w:pPr>
        <w:pStyle w:val="ListBullet"/>
        <w:spacing w:line="240" w:lineRule="auto"/>
        <w:ind w:left="720"/>
      </w:pPr>
      <w:r/>
      <w:r>
        <w:rPr>
          <w:b/>
        </w:rPr>
        <w:t>Stay your way:</w:t>
      </w:r>
      <w:r>
        <w:t xml:space="preserve"> Options range from boutique hotels and resorts to spacious holiday rentals and clothing-optional properties.</w:t>
      </w:r>
      <w:r/>
    </w:p>
    <w:p>
      <w:pPr>
        <w:pStyle w:val="ListBullet"/>
        <w:spacing w:line="240" w:lineRule="auto"/>
        <w:ind w:left="720"/>
      </w:pPr>
      <w:r/>
      <w:r>
        <w:rPr>
          <w:b/>
        </w:rPr>
        <w:t>Food with personality:</w:t>
      </w:r>
      <w:r>
        <w:t xml:space="preserve"> Expect everything from French pastries and Californian plates to drag brunches, afternoon tea and fundraising venues.</w:t>
      </w:r>
      <w:r/>
    </w:p>
    <w:p>
      <w:pPr>
        <w:pStyle w:val="ListBullet"/>
        <w:spacing w:line="240" w:lineRule="auto"/>
        <w:ind w:left="720"/>
      </w:pPr>
      <w:r/>
      <w:r>
        <w:rPr>
          <w:b/>
        </w:rPr>
        <w:t>Shopping feels distinctive:</w:t>
      </w:r>
      <w:r>
        <w:t xml:space="preserve"> Mid-century souvenirs, pop-culture gifts, Japanese homewares and luxury design books bring Palm Springs style home.</w:t>
      </w:r>
      <w:r/>
    </w:p>
    <w:p>
      <w:pPr>
        <w:pStyle w:val="ListBullet"/>
        <w:spacing w:line="240" w:lineRule="auto"/>
        <w:ind w:left="720"/>
      </w:pPr>
      <w:r/>
      <w:r>
        <w:rPr>
          <w:b/>
        </w:rPr>
        <w:t>Plan around your pace:</w:t>
      </w:r>
      <w:r>
        <w:t xml:space="preserve"> The area works equally well for a spirited group weekend, a romantic break or a quieter desert retreat.</w:t>
      </w:r>
      <w:r/>
      <w:r/>
    </w:p>
    <w:p>
      <w:pPr>
        <w:pStyle w:val="Heading2"/>
      </w:pPr>
      <w:r>
        <w:t>Why the Arenas District is the natural starting point</w:t>
      </w:r>
      <w:r/>
    </w:p>
    <w:p>
      <w:r/>
      <w:r>
        <w:t xml:space="preserve">Palm Springs' Arenas District has the easy confidence of a place that knows exactly what it is. Design-led storefronts, palm-lined streets and a relaxed, sociable atmosphere make it one of the most useful bases for an LGBTQ+ trip, particularly if you want restaurants, bars and shops within an easy wander. Palm Springs Life describes the area as a key centre of LGBTQ+ community life, while Visit Greater Palm Springs highlights its official neighbourhood status. </w:t>
      </w:r>
      <w:r/>
    </w:p>
    <w:p>
      <w:r/>
      <w:r>
        <w:t xml:space="preserve">The appeal isn't only about nightlife. During the day, the district is a pleasant launchpad for coffee, browsing and people-watching, then it shifts gears as dinner approaches. There's a satisfying rhythm here: poolside calm in the afternoon, a dressed-up meal later, and plenty of excuses not to call it a night too early. </w:t>
      </w:r>
      <w:r/>
    </w:p>
    <w:p>
      <w:pPr>
        <w:pStyle w:val="Heading2"/>
      </w:pPr>
      <w:r>
        <w:t>Find the right Palm Springs stay for your crew</w:t>
      </w:r>
      <w:r/>
    </w:p>
    <w:p>
      <w:r/>
      <w:r>
        <w:t>Accommodation is where the trip's personality starts to take shape. Couples may prefer a boutique hotel with a polished, intimate feel, while groups often benefit from a holiday rental with shared space, a kitchen and somewhere to gather between plans. Full-service resorts add the familiar holiday comforts, including pools, dining and on-site amenities.</w:t>
      </w:r>
      <w:r/>
    </w:p>
    <w:p>
      <w:r/>
      <w:r>
        <w:t xml:space="preserve">Travellers looking specifically for a clothing-optional escape can explore gay men's resorts such as Descanso Resort, The Hacienda at Warm Sands and El Mirasol Villas. The important practical detail is to check each property's current policies before booking, including guest requirements, pool rules and whether the atmosphere suits the kind of weekend you're planning. GayCities' Arenas Road guide is also useful for understanding how accommodation, nightlife and nearby venues fit together. </w:t>
      </w:r>
      <w:r/>
    </w:p>
    <w:p>
      <w:r/>
      <w:r>
        <w:t>For Pride weekends and other busy dates, booking early matters. A central address can save time and taxi fares, but a quieter property just outside the busiest streets may be a better choice if sleep is high on your wish list. In other words, choose the mood first, then the postcode.</w:t>
      </w:r>
      <w:r/>
    </w:p>
    <w:p>
      <w:pPr>
        <w:pStyle w:val="Heading2"/>
      </w:pPr>
      <w:r>
        <w:t>Eat your way through a welcoming local scene</w:t>
      </w:r>
      <w:r/>
    </w:p>
    <w:p>
      <w:r/>
      <w:r>
        <w:t>Greater Palm Springs makes dining feel like part of the entertainment. At The Roost, philanthropy is built into the business through fundraising and support for local organisations and scholarships, giving an evening out a little extra meaning. Meanwhile, Les Filles Café &amp; More is made for an unhurried morning, with French- and Italian-inspired pastries, filled doughnuts and coffee that practically demands a second look.</w:t>
      </w:r>
      <w:r/>
    </w:p>
    <w:p>
      <w:r/>
      <w:r>
        <w:t xml:space="preserve">Willie's Modern Fare offers a broader all-day stop, moving from brunch to happy hour and dinner, with dishes such as Scottish salmon, beef stroganoff and fish and chips. Its Sunday afternoon tea adds a playful British note to the desert itinerary. Eight4Nine Restaurant &amp; Lounge leans into fresh Californian and American flavours, and its lounge offers all-day happy hour bites alongside non-alcoholic drinks such as a peach-ginger spritzer. </w:t>
      </w:r>
      <w:r/>
    </w:p>
    <w:p>
      <w:r/>
      <w:r>
        <w:t>For a more theatrical meal, Oscar's brings together drag brunches, T-Dances, cabaret and regular events. Eight4Nine's distinctive setting and Oscar's energetic programme are both frequently featured in LGBTQ+ Palm Springs dining and travel guides, including misterb&amp;b and Visit Greater Palm Springs. The lesson is simple: book the restaurant, but leave room for the performance around it.</w:t>
      </w:r>
      <w:r/>
    </w:p>
    <w:p>
      <w:pPr>
        <w:pStyle w:val="Heading2"/>
      </w:pPr>
      <w:r>
        <w:t>Shops that bottle the Palm Springs mood</w:t>
      </w:r>
      <w:r/>
    </w:p>
    <w:p>
      <w:r/>
      <w:r>
        <w:t>The best souvenirs here aren't generic. Peepa's is a pop-culture treasure chest, with Madonna-inspired gifts, Harry Styles cards, Marilyn Monroe imagery, women's clothing and a substantial children's section. Its neighbouring men's store extends the idea with smart casual clothing and accessories, so it's an easy stop when you're shopping for more than one person.</w:t>
      </w:r>
      <w:r/>
    </w:p>
    <w:p>
      <w:r/>
      <w:r>
        <w:t>Just Fabulous is the place for home décor and design-led gifts, including Palm Springs' exclusive local partnership with Assouline. Destination PSP takes a more distinctly local route, with mid-century-inspired tissue boxes, T-shirts and keepsakes that capture the city's architecture and sunny visual language.</w:t>
      </w:r>
      <w:r/>
    </w:p>
    <w:p>
      <w:r/>
      <w:r>
        <w:t xml:space="preserve">Then there's Wabi Sabi Japan Living, where ceramic tableware, Japanese kitchen tools and Asian cooking ingredients offer a calmer, more tactile shopping experience. The contrast is part of the fun: one shop is bright and nostalgic, the next is sleek and quietly considered. </w:t>
      </w:r>
      <w:r/>
    </w:p>
    <w:p>
      <w:pPr>
        <w:pStyle w:val="Heading2"/>
      </w:pPr>
      <w:r>
        <w:t>How to plan a smoother Pride weekend</w:t>
      </w:r>
      <w:r/>
    </w:p>
    <w:p>
      <w:r/>
      <w:r>
        <w:t>Start with one anchor booking per day rather than filling every hour. That might be a drag brunch, a special dinner or an afternoon by the pool, followed by flexible time for wandering the Arenas District. Palm Springs can be hot, so early walks, midday shade and plenty of water will make the itinerary feel far more enjoyable.</w:t>
      </w:r>
      <w:r/>
    </w:p>
    <w:p>
      <w:r/>
      <w:r>
        <w:t>If you're travelling with friends, agree on the essentials before arrival, especially room arrangements, dinner times and transport after drinks. For couples or solo visitors, mixing one lively evening with a slower café breakfast or shopping afternoon keeps the trip from becoming a noisy blur.</w:t>
      </w:r>
      <w:r/>
    </w:p>
    <w:p>
      <w:r/>
      <w:r>
        <w:t>Most importantly, look beyond the headline events. Supporting LGBTQ+-owned restaurants, independent retailers and local venues gives the getaway a stronger sense of place, and it often leads to the most memorable moments. A desert holiday can be glamorous, joyful and wonderfully unhurried all at once.</w:t>
      </w:r>
      <w:r/>
    </w:p>
    <w:p>
      <w:r/>
      <w:r>
        <w:t>It's a small, stylish corner of California where Pride can feel both big-hearted and easygoing.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1">
        <w:r>
          <w:rPr>
            <w:color w:val="0000EE"/>
            <w:u w:val="single"/>
          </w:rPr>
          <w:t>[5]</w:t>
        </w:r>
      </w:hyperlink>
      <w:r>
        <w:t xml:space="preserve">, </w:t>
      </w:r>
      <w:hyperlink r:id="rId12">
        <w:r>
          <w:rPr>
            <w:color w:val="0000EE"/>
            <w:u w:val="single"/>
          </w:rPr>
          <w:t>[6]</w:t>
        </w:r>
      </w:hyperlink>
      <w:r>
        <w:t xml:space="preserve">- Paragraph 4: </w:t>
      </w:r>
      <w:hyperlink r:id="rId13">
        <w:r>
          <w:rPr>
            <w:color w:val="0000EE"/>
            <w:u w:val="single"/>
          </w:rPr>
          <w:t>[3]</w:t>
        </w:r>
      </w:hyperlink>
      <w:r>
        <w:t xml:space="preserve">, </w:t>
      </w:r>
      <w:hyperlink r:id="rId14">
        <w:r>
          <w:rPr>
            <w:color w:val="0000EE"/>
            <w:u w:val="single"/>
          </w:rPr>
          <w:t>[7]</w:t>
        </w:r>
      </w:hyperlink>
      <w:r>
        <w:t xml:space="preserve">- Paragraph 5: </w:t>
      </w:r>
      <w:hyperlink r:id="rId11">
        <w:r>
          <w:rPr>
            <w:color w:val="0000EE"/>
            <w:u w:val="single"/>
          </w:rPr>
          <w:t>[5]</w:t>
        </w:r>
      </w:hyperlink>
      <w:r>
        <w:t xml:space="preserve">, </w:t>
      </w:r>
      <w:hyperlink r:id="rId12">
        <w:r>
          <w:rPr>
            <w:color w:val="0000EE"/>
            <w:u w:val="single"/>
          </w:rPr>
          <w:t>[6]</w:t>
        </w:r>
      </w:hyperlink>
      <w:r>
        <w:t xml:space="preserve">- Paragraph 6: </w:t>
      </w:r>
      <w:hyperlink r:id="rId11">
        <w:r>
          <w:rPr>
            <w:color w:val="0000EE"/>
            <w:u w:val="single"/>
          </w:rPr>
          <w:t>[5]</w:t>
        </w:r>
      </w:hyperlink>
      <w:r>
        <w:t xml:space="preserve">, </w:t>
      </w:r>
      <w:hyperlink r:id="rId15">
        <w:r>
          <w:rPr>
            <w:color w:val="0000EE"/>
            <w:u w:val="single"/>
          </w:rPr>
          <w:t>[4]</w:t>
        </w:r>
      </w:hyperlink>
      <w:r>
        <w:t xml:space="preserve">- Paragraph 7: </w:t>
      </w:r>
      <w:hyperlink r:id="rId15">
        <w:r>
          <w:rPr>
            <w:color w:val="0000EE"/>
            <w:u w:val="single"/>
          </w:rPr>
          <w:t>[4]</w:t>
        </w:r>
      </w:hyperlink>
      <w:r>
        <w:t xml:space="preserve">, </w:t>
      </w:r>
      <w:hyperlink r:id="rId11">
        <w:r>
          <w:rPr>
            <w:color w:val="0000EE"/>
            <w:u w:val="single"/>
          </w:rPr>
          <w:t>[5]</w:t>
        </w:r>
      </w:hyperlink>
      <w:r>
        <w:t xml:space="preserve">- Paragraph 8: </w:t>
      </w:r>
      <w:hyperlink r:id="rId13">
        <w:r>
          <w:rPr>
            <w:color w:val="0000EE"/>
            <w:u w:val="single"/>
          </w:rPr>
          <w:t>[3]</w:t>
        </w:r>
      </w:hyperlink>
      <w:r>
        <w:t xml:space="preserve">, </w:t>
      </w:r>
      <w:hyperlink r:id="rId14">
        <w:r>
          <w:rPr>
            <w:color w:val="0000EE"/>
            <w:u w:val="single"/>
          </w:rPr>
          <w:t>[7]</w:t>
        </w:r>
      </w:hyperlink>
      <w:r>
        <w:t xml:space="preserve">- Paragraph 9: </w:t>
      </w:r>
      <w:hyperlink r:id="rId11">
        <w:r>
          <w:rPr>
            <w:color w:val="0000EE"/>
            <w:u w:val="single"/>
          </w:rPr>
          <w:t>[5]</w:t>
        </w:r>
      </w:hyperlink>
      <w:r>
        <w:t xml:space="preserve">, </w:t>
      </w:r>
      <w:hyperlink r:id="rId12">
        <w:r>
          <w:rPr>
            <w:color w:val="0000EE"/>
            <w:u w:val="single"/>
          </w:rPr>
          <w:t>[6]</w:t>
        </w:r>
      </w:hyperlink>
      <w:r>
        <w:t xml:space="preserve">- Paragraph 10: </w:t>
      </w:r>
      <w:hyperlink r:id="rId11">
        <w:r>
          <w:rPr>
            <w:color w:val="0000EE"/>
            <w:u w:val="single"/>
          </w:rPr>
          <w:t>[5]</w:t>
        </w:r>
      </w:hyperlink>
      <w:r>
        <w:t xml:space="preserve">, </w:t>
      </w:r>
      <w:hyperlink r:id="rId12">
        <w:r>
          <w:rPr>
            <w:color w:val="0000EE"/>
            <w:u w:val="single"/>
          </w:rPr>
          <w:t>[6]</w:t>
        </w:r>
      </w:hyperlink>
      <w:r>
        <w:t xml:space="preserve">- Paragraph 11: </w:t>
      </w:r>
      <w:hyperlink r:id="rId13">
        <w:r>
          <w:rPr>
            <w:color w:val="0000EE"/>
            <w:u w:val="single"/>
          </w:rPr>
          <w:t>[3]</w:t>
        </w:r>
      </w:hyperlink>
      <w:r>
        <w:t xml:space="preserve">, </w:t>
      </w:r>
      <w:hyperlink r:id="rId14">
        <w:r>
          <w:rPr>
            <w:color w:val="0000EE"/>
            <w:u w:val="single"/>
          </w:rPr>
          <w:t>[7]</w:t>
        </w:r>
      </w:hyperlink>
      <w:r>
        <w:t xml:space="preserve">- Paragraph 12: </w:t>
      </w:r>
      <w:hyperlink r:id="rId11">
        <w:r>
          <w:rPr>
            <w:color w:val="0000EE"/>
            <w:u w:val="single"/>
          </w:rPr>
          <w:t>[5]</w:t>
        </w:r>
      </w:hyperlink>
      <w:r>
        <w:t xml:space="preserve">, </w:t>
      </w:r>
      <w:hyperlink r:id="rId12">
        <w:r>
          <w:rPr>
            <w:color w:val="0000EE"/>
            <w:u w:val="single"/>
          </w:rPr>
          <w:t>[6]</w:t>
        </w:r>
      </w:hyperlink>
      <w:r>
        <w:t xml:space="preserve">- Paragraph 13: </w:t>
      </w:r>
      <w:hyperlink r:id="rId10">
        <w:r>
          <w:rPr>
            <w:color w:val="0000EE"/>
            <w:u w:val="single"/>
          </w:rPr>
          <w:t>[2]</w:t>
        </w:r>
      </w:hyperlink>
      <w:r>
        <w:t xml:space="preserve">, </w:t>
      </w:r>
      <w:hyperlink r:id="rId11">
        <w:r>
          <w:rPr>
            <w:color w:val="0000EE"/>
            <w:u w:val="single"/>
          </w:rPr>
          <w:t>[5]</w:t>
        </w:r>
      </w:hyperlink>
      <w:r>
        <w:t xml:space="preserve">- Paragraph 14: </w:t>
      </w:r>
      <w:hyperlink r:id="rId11">
        <w:r>
          <w:rPr>
            <w:color w:val="0000EE"/>
            <w:u w:val="single"/>
          </w:rPr>
          <w:t>[5]</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https://www.visitgreaterpalmsprings.com/blog/post/greater-palm-springs-pride-getaway/</w:t>
        </w:r>
      </w:hyperlink>
      <w:r>
        <w:t xml:space="preserve"> - Please view link - unable to able to access data</w:t>
      </w:r>
      <w:r/>
    </w:p>
    <w:p>
      <w:pPr>
        <w:pStyle w:val="ListNumber"/>
        <w:spacing w:line="240" w:lineRule="auto"/>
        <w:ind w:left="720"/>
      </w:pPr>
      <w:r/>
      <w:hyperlink r:id="rId10">
        <w:r>
          <w:rPr>
            <w:color w:val="0000EE"/>
            <w:u w:val="single"/>
          </w:rPr>
          <w:t>https://www.palmspringslife.com/the-guide/things-to-do/palm-springs-arenas-district-celebrates-lgbtq-community/</w:t>
        </w:r>
      </w:hyperlink>
      <w:r>
        <w:t xml:space="preserve"> - In November 2022, Palm Springs officially designated several blocks in downtown as the 'Arenas District,' a vibrant area long cherished by the LGBTQ+ community. This district, centred around Arenas Road, has been a hub since 1991, featuring the city's first gay bar, Streetbar. Over the years, it has expanded to include a variety of bars, nightclubs, restaurants, retail stores, and barbershops, all catering to a diverse clientele. The district also hosts annual events like the Arenas Block Party during Palm Springs Pride, the Big Gay BBQ, and Halloween Palm Springs in October, drawing crowds from all over. (</w:t>
      </w:r>
      <w:hyperlink r:id="rId16">
        <w:r>
          <w:rPr>
            <w:color w:val="0000EE"/>
            <w:u w:val="single"/>
          </w:rPr>
          <w:t>palmspringslife.com</w:t>
        </w:r>
      </w:hyperlink>
      <w:r>
        <w:t>)</w:t>
      </w:r>
      <w:r/>
    </w:p>
    <w:p>
      <w:pPr>
        <w:pStyle w:val="ListNumber"/>
        <w:spacing w:line="240" w:lineRule="auto"/>
        <w:ind w:left="720"/>
      </w:pPr>
      <w:r/>
      <w:hyperlink r:id="rId13">
        <w:r>
          <w:rPr>
            <w:color w:val="0000EE"/>
            <w:u w:val="single"/>
          </w:rPr>
          <w:t>https://www.dicksps.com/</w:t>
        </w:r>
      </w:hyperlink>
      <w:r>
        <w:t xml:space="preserve"> - Dick's on Arenas is a gay-owned and operated bar located in the historic Arenas District of Palm Springs. Established as a welcoming space for the LGBTQ+ community, it offers a relaxed atmosphere with no cover charge, no dress code, and no attitude. The venue is known for its friendly staff, great drinks, and a music selection that allows for easy conversation. Dick's is also the proud home and sponsor of the Palm Springs Hotshots Softball Team and hosts Woof Wednesday, a monthly bear gathering featuring beers, beards, and beats. (</w:t>
      </w:r>
      <w:hyperlink r:id="rId17">
        <w:r>
          <w:rPr>
            <w:color w:val="0000EE"/>
            <w:u w:val="single"/>
          </w:rPr>
          <w:t>dicksps.com</w:t>
        </w:r>
      </w:hyperlink>
      <w:r>
        <w:t>)</w:t>
      </w:r>
      <w:r/>
    </w:p>
    <w:p>
      <w:pPr>
        <w:pStyle w:val="ListNumber"/>
        <w:spacing w:line="240" w:lineRule="auto"/>
        <w:ind w:left="720"/>
      </w:pPr>
      <w:r/>
      <w:hyperlink r:id="rId15">
        <w:r>
          <w:rPr>
            <w:color w:val="0000EE"/>
            <w:u w:val="single"/>
          </w:rPr>
          <w:t>https://www.misterbandb.com/gay-guide/united-states/palm-springs/57-restaurants/25050-eight4nine-restaurant-lounge</w:t>
        </w:r>
      </w:hyperlink>
      <w:r>
        <w:t xml:space="preserve"> - Eight4Nine Restaurant &amp; Lounge is a renowned LGBTQ-owned establishment in Palm Springs, offering a chic Uptown setting paired with polished California dining. The venue is a popular choice for those seeking an upscale experience within the city's queer social scene. It provides a stylish atmosphere suitable for date nights, celebratory dinners, or a dressed-up night out with friends. The restaurant is located at 849 N Palm Canyon Dr, Palm Springs, CA 92262. (</w:t>
      </w:r>
      <w:hyperlink r:id="rId18">
        <w:r>
          <w:rPr>
            <w:color w:val="0000EE"/>
            <w:u w:val="single"/>
          </w:rPr>
          <w:t>misterbandb.com</w:t>
        </w:r>
      </w:hyperlink>
      <w:r>
        <w:t>)</w:t>
      </w:r>
      <w:r/>
    </w:p>
    <w:p>
      <w:pPr>
        <w:pStyle w:val="ListNumber"/>
        <w:spacing w:line="240" w:lineRule="auto"/>
        <w:ind w:left="720"/>
      </w:pPr>
      <w:r/>
      <w:hyperlink r:id="rId11">
        <w:r>
          <w:rPr>
            <w:color w:val="0000EE"/>
            <w:u w:val="single"/>
          </w:rPr>
          <w:t>https://www.visitgreaterpalmsprings.com/lgbtq/nightlife-and-dining/arenas-district/</w:t>
        </w:r>
      </w:hyperlink>
      <w:r>
        <w:t xml:space="preserve"> - The Arenas District in Palm Springs is the heart of the city's LGBTQ+ scene, featuring a mix of welcoming bars, clubs, restaurants, and shops. By day, visitors can enjoy drag brunches at Chill Bar or craft cocktails at Blackbook. As night falls, the district comes alive with venues like Hunters Palm Springs and Quadz. The area also hosts annual events such as the Arenas Block Party during Greater Palm Springs Pride. Notable businesses in the district include Johannes, Blackbook Bar &amp; Kitchen, Hunters Palm Springs, Daddy's Barbershop, Chill Bar Palm Springs, Dick's on Arenas, Division Menswear, Quadz, The Evening Citizen, Streetbar, Bear Wear, GayMart USA, and Rough Trade Leather &amp; Gear. (</w:t>
      </w:r>
      <w:hyperlink r:id="rId19">
        <w:r>
          <w:rPr>
            <w:color w:val="0000EE"/>
            <w:u w:val="single"/>
          </w:rPr>
          <w:t>visitgreaterpalmsprings.com</w:t>
        </w:r>
      </w:hyperlink>
      <w:r>
        <w:t>)</w:t>
      </w:r>
      <w:r/>
    </w:p>
    <w:p>
      <w:pPr>
        <w:pStyle w:val="ListNumber"/>
        <w:spacing w:line="240" w:lineRule="auto"/>
        <w:ind w:left="720"/>
      </w:pPr>
      <w:r/>
      <w:hyperlink r:id="rId12">
        <w:r>
          <w:rPr>
            <w:color w:val="0000EE"/>
            <w:u w:val="single"/>
          </w:rPr>
          <w:t>https://palmsprings.gaycities.com/neighborhoods/arenas-road-area</w:t>
        </w:r>
      </w:hyperlink>
      <w:r>
        <w:t xml:space="preserve"> - The Arenas Road area is the vibrant centre of LGBTQ+ life in Palm Springs, known for its array of bars, lounges, and pop-up events that attract a diverse crowd. This walkable street is home to venues like Hunters, Chill Bar, Streetbar, Blackbook, and more, making it easy to bar-hop without a car. During Pride, the festival fills the Arenas District, adding to its lively atmosphere. The area reflects Palm Springs' broader LGBTQ+ legacy, with a mix of retirees, chosen families, and longtime locals who have helped shape this desert escape. (</w:t>
      </w:r>
      <w:hyperlink r:id="rId20">
        <w:r>
          <w:rPr>
            <w:color w:val="0000EE"/>
            <w:u w:val="single"/>
          </w:rPr>
          <w:t>palmsprings.gaycities.com</w:t>
        </w:r>
      </w:hyperlink>
      <w:r>
        <w:t>)</w:t>
      </w:r>
      <w:r/>
    </w:p>
    <w:p>
      <w:pPr>
        <w:pStyle w:val="ListNumber"/>
        <w:spacing w:line="240" w:lineRule="auto"/>
        <w:ind w:left="720"/>
      </w:pPr>
      <w:r/>
      <w:hyperlink r:id="rId14">
        <w:r>
          <w:rPr>
            <w:color w:val="0000EE"/>
            <w:u w:val="single"/>
          </w:rPr>
          <w:t>https://www.dicksps.com/about</w:t>
        </w:r>
      </w:hyperlink>
      <w:r>
        <w:t xml:space="preserve"> - Dick's on Arenas is a gay-owned and operated bar located in the historic Arenas District of Palm Springs. Established as a welcoming space for the LGBTQ+ community, it offers a relaxed atmosphere with no cover charge, no dress code, and no attitude. The venue is known for its friendly staff, great drinks, and a music selection that allows for easy conversation. Dick's is also the proud home and sponsor of the Palm Springs Hotshots Softball Team and hosts Woof Wednesday, a monthly bear gathering featuring beers, beards, and beats. (</w:t>
      </w:r>
      <w:hyperlink r:id="rId21">
        <w:r>
          <w:rPr>
            <w:color w:val="0000EE"/>
            <w:u w:val="single"/>
          </w:rPr>
          <w:t>dicksps.com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isitgreaterpalmsprings.com/blog/post/greater-palm-springs-pride-getaway/" TargetMode="External"/><Relationship Id="rId10" Type="http://schemas.openxmlformats.org/officeDocument/2006/relationships/hyperlink" Target="https://www.palmspringslife.com/the-guide/things-to-do/palm-springs-arenas-district-celebrates-lgbtq-community/" TargetMode="External"/><Relationship Id="rId11" Type="http://schemas.openxmlformats.org/officeDocument/2006/relationships/hyperlink" Target="https://www.visitgreaterpalmsprings.com/lgbtq/nightlife-and-dining/arenas-district/" TargetMode="External"/><Relationship Id="rId12" Type="http://schemas.openxmlformats.org/officeDocument/2006/relationships/hyperlink" Target="https://palmsprings.gaycities.com/neighborhoods/arenas-road-area" TargetMode="External"/><Relationship Id="rId13" Type="http://schemas.openxmlformats.org/officeDocument/2006/relationships/hyperlink" Target="https://www.dicksps.com/" TargetMode="External"/><Relationship Id="rId14" Type="http://schemas.openxmlformats.org/officeDocument/2006/relationships/hyperlink" Target="https://www.dicksps.com/about" TargetMode="External"/><Relationship Id="rId15" Type="http://schemas.openxmlformats.org/officeDocument/2006/relationships/hyperlink" Target="https://www.misterbandb.com/gay-guide/united-states/palm-springs/57-restaurants/25050-eight4nine-restaurant-lounge" TargetMode="External"/><Relationship Id="rId16" Type="http://schemas.openxmlformats.org/officeDocument/2006/relationships/hyperlink" Target="https://www.palmspringslife.com/the-guide/things-to-do/palm-springs-arenas-district-celebrates-lgbtq-community/?utm_source=openai" TargetMode="External"/><Relationship Id="rId17" Type="http://schemas.openxmlformats.org/officeDocument/2006/relationships/hyperlink" Target="https://www.dicksps.com/?utm_source=openai" TargetMode="External"/><Relationship Id="rId18" Type="http://schemas.openxmlformats.org/officeDocument/2006/relationships/hyperlink" Target="https://www.misterbandb.com/gay-guide/united-states/palm-springs/57-restaurants/25050-eight4nine-restaurant-lounge?utm_source=openai" TargetMode="External"/><Relationship Id="rId19" Type="http://schemas.openxmlformats.org/officeDocument/2006/relationships/hyperlink" Target="https://www.visitgreaterpalmsprings.com/lgbtq/nightlife-and-dining/arenas-district/?utm_source=openai" TargetMode="External"/><Relationship Id="rId20" Type="http://schemas.openxmlformats.org/officeDocument/2006/relationships/hyperlink" Target="https://palmsprings.gaycities.com/neighborhoods/arenas-road-area?utm_source=openai" TargetMode="External"/><Relationship Id="rId21" Type="http://schemas.openxmlformats.org/officeDocument/2006/relationships/hyperlink" Target="https://www.dicksps.com/about?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