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Oktoberfest events in Munich for queer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raising their steins and finding a warmer welcome at Oktoberfest, where Munich's famous beer festival pairs traditional tents and lederhosen with established LGBTQ+ gatherings. From Gay-Sunday at Bräurosl to Rosa Wiesn events, the queer Oktoberfest scene offers a sociable way to enjoy the music, food and cheerful chaos.</w:t>
      </w:r>
      <w:r/>
    </w:p>
    <w:p>
      <w:pPr>
        <w:pStyle w:val="Heading2"/>
      </w:pPr>
      <w:r>
        <w:t>Essential Takeaways</w:t>
      </w:r>
      <w:r/>
      <w:r/>
    </w:p>
    <w:p>
      <w:pPr>
        <w:pStyle w:val="ListBullet"/>
        <w:spacing w:line="240" w:lineRule="auto"/>
        <w:ind w:left="720"/>
      </w:pPr>
      <w:r/>
      <w:r>
        <w:rPr>
          <w:b/>
        </w:rPr>
        <w:t>Gay-Sunday:</w:t>
      </w:r>
      <w:r>
        <w:t xml:space="preserve"> Bräurosl is the traditional focus for Munich's best-known queer Oktoberfest gathering.</w:t>
      </w:r>
      <w:r/>
    </w:p>
    <w:p>
      <w:pPr>
        <w:pStyle w:val="ListBullet"/>
        <w:spacing w:line="240" w:lineRule="auto"/>
        <w:ind w:left="720"/>
      </w:pPr>
      <w:r/>
      <w:r>
        <w:rPr>
          <w:b/>
        </w:rPr>
        <w:t>Rosa Wiesn:</w:t>
      </w:r>
      <w:r>
        <w:t xml:space="preserve"> Dedicated LGBTQ+ events add a more organised social option beyond the main beer tents.</w:t>
      </w:r>
      <w:r/>
    </w:p>
    <w:p>
      <w:pPr>
        <w:pStyle w:val="ListBullet"/>
        <w:spacing w:line="240" w:lineRule="auto"/>
        <w:ind w:left="720"/>
      </w:pPr>
      <w:r/>
      <w:r>
        <w:rPr>
          <w:b/>
        </w:rPr>
        <w:t>Welcoming atmosphere:</w:t>
      </w:r>
      <w:r>
        <w:t xml:space="preserve"> Official visitor guidance highlights respectful behaviour and inclusion across the festival.</w:t>
      </w:r>
      <w:r/>
    </w:p>
    <w:p>
      <w:pPr>
        <w:pStyle w:val="ListBullet"/>
        <w:spacing w:line="240" w:lineRule="auto"/>
        <w:ind w:left="720"/>
      </w:pPr>
      <w:r/>
      <w:r>
        <w:rPr>
          <w:b/>
        </w:rPr>
        <w:t>Plan ahead:</w:t>
      </w:r>
      <w:r>
        <w:t xml:space="preserve"> Popular tents can fill quickly, so arrive early and check event details before travelling.</w:t>
      </w:r>
      <w:r/>
    </w:p>
    <w:p>
      <w:pPr>
        <w:pStyle w:val="ListBullet"/>
        <w:spacing w:line="240" w:lineRule="auto"/>
        <w:ind w:left="720"/>
      </w:pPr>
      <w:r/>
      <w:r>
        <w:rPr>
          <w:b/>
        </w:rPr>
        <w:t>Classic setting:</w:t>
      </w:r>
      <w:r>
        <w:t xml:space="preserve"> Expect brass bands, hearty food, flowing beer and plenty of colourful traditional dress.</w:t>
      </w:r>
      <w:r/>
      <w:r/>
    </w:p>
    <w:p>
      <w:pPr>
        <w:pStyle w:val="Heading2"/>
      </w:pPr>
      <w:r>
        <w:t>Munich's beer festival has a distinctly queer sparkle</w:t>
      </w:r>
      <w:r/>
    </w:p>
    <w:p>
      <w:r/>
      <w:r>
        <w:t>Oktoberfest can be loud, crowded and gloriously over the top, but its LGBTQ+ appeal isn't hard to understand. Between the brass music, enormous beer steins and whirl of traditional clothing, it offers a setting where dressing up and being exuberant are practically part of the admission.</w:t>
      </w:r>
      <w:r/>
    </w:p>
    <w:p>
      <w:r/>
      <w:r>
        <w:t xml:space="preserve">Munich's official visitor information lists queer-focused activities among the festival's annual attractions, while the main event remains broadly open to LGBTQ+ guests. That combination matters: visitors can join a dedicated celebration without feeling separated from the wider Wiesn experience. </w:t>
      </w:r>
      <w:hyperlink r:id="rId9">
        <w:r>
          <w:rPr>
            <w:color w:val="0000EE"/>
            <w:u w:val="single"/>
          </w:rPr>
          <w:t>[2]</w:t>
        </w:r>
      </w:hyperlink>
      <w:r>
        <w:t xml:space="preserve">, </w:t>
      </w:r>
      <w:hyperlink r:id="rId10">
        <w:r>
          <w:rPr>
            <w:color w:val="0000EE"/>
            <w:u w:val="single"/>
          </w:rPr>
          <w:t>[6]</w:t>
        </w:r>
      </w:hyperlink>
      <w:r/>
    </w:p>
    <w:p>
      <w:pPr>
        <w:pStyle w:val="Heading2"/>
      </w:pPr>
      <w:r>
        <w:t>Why Bräurosl remains the big queer meeting point</w:t>
      </w:r>
      <w:r/>
    </w:p>
    <w:p>
      <w:r/>
      <w:r>
        <w:t>The Pschorr-Festzelt Bräurosl has long been associated with Gay-Sunday, one of the most recognisable LGBTQ+ moments on the Oktoberfest calendar. Its reputation has grown through a lively blend of communal tables, music, traditional food and a crowd that knows how to make an entrance.</w:t>
      </w:r>
      <w:r/>
    </w:p>
    <w:p>
      <w:r/>
      <w:r>
        <w:t xml:space="preserve">The tent itself is a classic Oktoberfest choice, rather than a niche venue created solely for queer visitors. That gives the day a pleasingly easygoing feel: you get the full festival spectacle, with the added energy of a well-established LGBTQ+ gathering. </w:t>
      </w:r>
      <w:hyperlink r:id="rId11">
        <w:r>
          <w:rPr>
            <w:color w:val="0000EE"/>
            <w:u w:val="single"/>
          </w:rPr>
          <w:t>[3]</w:t>
        </w:r>
      </w:hyperlink>
      <w:r>
        <w:t xml:space="preserve">, </w:t>
      </w:r>
      <w:hyperlink r:id="rId12">
        <w:r>
          <w:rPr>
            <w:color w:val="0000EE"/>
            <w:u w:val="single"/>
          </w:rPr>
          <w:t>[5]</w:t>
        </w:r>
      </w:hyperlink>
      <w:r/>
    </w:p>
    <w:p>
      <w:pPr>
        <w:pStyle w:val="Heading2"/>
      </w:pPr>
      <w:r>
        <w:t>Rosa Wiesn adds a more focused alternative</w:t>
      </w:r>
      <w:r/>
    </w:p>
    <w:p>
      <w:r/>
      <w:r>
        <w:t>For visitors who want a specifically queer event, Rosa Wiesn offers a useful option alongside the traditional tent gatherings. Event information describes it as a chance for LGBTQ+ guests and allies to meet, celebrate and enjoy the festival atmosphere in a more deliberately curated setting.</w:t>
      </w:r>
      <w:r/>
    </w:p>
    <w:p>
      <w:r/>
      <w:r>
        <w:t xml:space="preserve">That distinction is handy when planning a trip. Bräurosl suits people who want a famous, high-energy tent experience, while Rosa Wiesn may appeal to anyone looking for an organised social occasion with a clearer LGBTQ+ identity. Dates, locations and booking arrangements can change, so checking the latest listing is essential. </w:t>
      </w:r>
      <w:hyperlink r:id="rId13">
        <w:r>
          <w:rPr>
            <w:color w:val="0000EE"/>
            <w:u w:val="single"/>
          </w:rPr>
          <w:t>[4]</w:t>
        </w:r>
      </w:hyperlink>
      <w:r>
        <w:t xml:space="preserve">, </w:t>
      </w:r>
      <w:hyperlink r:id="rId14">
        <w:r>
          <w:rPr>
            <w:color w:val="0000EE"/>
            <w:u w:val="single"/>
          </w:rPr>
          <w:t>[7]</w:t>
        </w:r>
      </w:hyperlink>
      <w:r/>
    </w:p>
    <w:p>
      <w:pPr>
        <w:pStyle w:val="Heading2"/>
      </w:pPr>
      <w:r>
        <w:t>How to plan a smoother queer Oktoberfest visit</w:t>
      </w:r>
      <w:r/>
    </w:p>
    <w:p>
      <w:r/>
      <w:r>
        <w:t>Start with the tent, not the outfit. Oktoberfest venues are popular, and arriving late can mean long waits or difficulty finding space, particularly during headline gatherings. Official guidance and local event listings are the best places to confirm opening times, meeting points and any reservation requirements.</w:t>
      </w:r>
      <w:r/>
    </w:p>
    <w:p>
      <w:r/>
      <w:r>
        <w:t xml:space="preserve">Wear whatever makes you feel comfortable, whether that's full traditional dress or ordinary clothes. A few practical details help, though: comfortable shoes are more valuable than they look, small bags are easier in a crowd, and keeping an eye on your phone and wallet is sensible when the music gets busy. </w:t>
      </w:r>
      <w:hyperlink r:id="rId9">
        <w:r>
          <w:rPr>
            <w:color w:val="0000EE"/>
            <w:u w:val="single"/>
          </w:rPr>
          <w:t>[2]</w:t>
        </w:r>
      </w:hyperlink>
      <w:r>
        <w:t xml:space="preserve">, </w:t>
      </w:r>
      <w:hyperlink r:id="rId10">
        <w:r>
          <w:rPr>
            <w:color w:val="0000EE"/>
            <w:u w:val="single"/>
          </w:rPr>
          <w:t>[6]</w:t>
        </w:r>
      </w:hyperlink>
      <w:r/>
    </w:p>
    <w:p>
      <w:pPr>
        <w:pStyle w:val="Heading2"/>
      </w:pPr>
      <w:r>
        <w:t>A festival where visibility feels refreshingly ordinary</w:t>
      </w:r>
      <w:r/>
    </w:p>
    <w:p>
      <w:r/>
      <w:r>
        <w:t>The strongest part of Munich's queer Oktoberfest tradition may be its normality. LGBTQ+ visitors aren't merely tolerated in a corner of the grounds; they're part of the broader public celebration, sharing tables, songs and festival rituals with everyone else.</w:t>
      </w:r>
      <w:r/>
    </w:p>
    <w:p>
      <w:r/>
      <w:r>
        <w:t xml:space="preserve">That doesn't mean every crowded event feels effortless, but the official welcome and long-running community traditions create a reassuring foundation. For many visitors, the appeal is simple: a big, joyful day out where a kiss, a shared stein or a flamboyant pair of lederhosen doesn't need an explanation. </w:t>
      </w:r>
      <w:hyperlink r:id="rId10">
        <w:r>
          <w:rPr>
            <w:color w:val="0000EE"/>
            <w:u w:val="single"/>
          </w:rPr>
          <w:t>[6]</w:t>
        </w:r>
      </w:hyperlink>
      <w:r>
        <w:t xml:space="preserve">, </w:t>
      </w:r>
      <w:hyperlink r:id="rId14">
        <w:r>
          <w:rPr>
            <w:color w:val="0000EE"/>
            <w:u w:val="single"/>
          </w:rPr>
          <w:t>[7]</w:t>
        </w:r>
      </w:hyperlink>
      <w:r/>
    </w:p>
    <w:p>
      <w:r/>
      <w:r>
        <w:t>Raise your stein, choose your tent wisely and enjoy the Wiesn your way.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0">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https://www.queerty.com/our-steins-runneth-over-with-pics-of-gays-at-oktoberfest-20261024/</w:t>
        </w:r>
      </w:hyperlink>
      <w:r>
        <w:t xml:space="preserve"> - Please view link - unable to able to access data</w:t>
      </w:r>
      <w:r/>
    </w:p>
    <w:p>
      <w:pPr>
        <w:pStyle w:val="ListNumber"/>
        <w:spacing w:line="240" w:lineRule="auto"/>
        <w:ind w:left="720"/>
      </w:pPr>
      <w:r/>
      <w:hyperlink r:id="rId9">
        <w:r>
          <w:rPr>
            <w:color w:val="0000EE"/>
            <w:u w:val="single"/>
          </w:rPr>
          <w:t>https://www.muenchen.de/en/events/oktoberfest/queer-events-oktoberfest</w:t>
        </w:r>
      </w:hyperlink>
      <w:r>
        <w:t xml:space="preserve"> - Munich's Oktoberfest embraces diversity and inclusivity, featuring events like 'Gay-Sunday' at the Bräurosl tent, a longstanding tradition where the LGBTQ+ community gathers to celebrate together. The festival promotes a welcoming atmosphere, with tolerance being a key aspect of its peacefulness, as highlighted by organizer Clemens Baumgärtner.</w:t>
      </w:r>
      <w:r/>
    </w:p>
    <w:p>
      <w:pPr>
        <w:pStyle w:val="ListNumber"/>
        <w:spacing w:line="240" w:lineRule="auto"/>
        <w:ind w:left="720"/>
      </w:pPr>
      <w:r/>
      <w:hyperlink r:id="rId11">
        <w:r>
          <w:rPr>
            <w:color w:val="0000EE"/>
            <w:u w:val="single"/>
          </w:rPr>
          <w:t>https://www.muenchen.de/en/events/oktoberfest/beer-tents/pschorr-festzelt-braeurosl</w:t>
        </w:r>
      </w:hyperlink>
      <w:r>
        <w:t xml:space="preserve"> - The Pschorr Bräurosl Festzelt is a traditional Oktoberfest tent known for hosting 'Gay-Sunday,' a significant event for the LGBTQ+ community. The tent offers a vibrant atmosphere with live music and a diverse crowd, making it a highlight of the festival.</w:t>
      </w:r>
      <w:r/>
    </w:p>
    <w:p>
      <w:pPr>
        <w:pStyle w:val="ListNumber"/>
        <w:spacing w:line="240" w:lineRule="auto"/>
        <w:ind w:left="720"/>
      </w:pPr>
      <w:r/>
      <w:hyperlink r:id="rId13">
        <w:r>
          <w:rPr>
            <w:color w:val="0000EE"/>
            <w:u w:val="single"/>
          </w:rPr>
          <w:t>https://gay-mag.com/event/rosa-wiesn-gay-oktoberfest-munich-2026/</w:t>
        </w:r>
      </w:hyperlink>
      <w:r>
        <w:t xml:space="preserve"> - Rosa Wiesn, or 'Pink Oktoberfest,' is a series of LGBTQ+ events held during Munich's Oktoberfest. The centerpiece is 'Gay Sunday' at the Bräurosl tent, drawing thousands of visitors for a day of celebration, traditional attire, and festive music.</w:t>
      </w:r>
      <w:r/>
    </w:p>
    <w:p>
      <w:pPr>
        <w:pStyle w:val="ListNumber"/>
        <w:spacing w:line="240" w:lineRule="auto"/>
        <w:ind w:left="720"/>
      </w:pPr>
      <w:r/>
      <w:hyperlink r:id="rId12">
        <w:r>
          <w:rPr>
            <w:color w:val="0000EE"/>
            <w:u w:val="single"/>
          </w:rPr>
          <w:t>https://elederhosen.com/blogs/oktoberfest-and-festivals/pschorr-braurosl-oktoberfest/</w:t>
        </w:r>
      </w:hyperlink>
      <w:r>
        <w:t xml:space="preserve"> - The Pschorr Bräurosl Festzelt is renowned for its 'Gay-Sunday' event, a major gathering for the LGBTQ+ community during Oktoberfest. The event features traditional Bavarian music, diverse costumes, and a welcoming environment for all attendees.</w:t>
      </w:r>
      <w:r/>
    </w:p>
    <w:p>
      <w:pPr>
        <w:pStyle w:val="ListNumber"/>
        <w:spacing w:line="240" w:lineRule="auto"/>
        <w:ind w:left="720"/>
      </w:pPr>
      <w:r/>
      <w:hyperlink r:id="rId10">
        <w:r>
          <w:rPr>
            <w:color w:val="0000EE"/>
            <w:u w:val="single"/>
          </w:rPr>
          <w:t>https://www.oktoberfest.de/en/information/service-visitors/lgbtiq-wiesn-tips-and-events-queer-community</w:t>
        </w:r>
      </w:hyperlink>
      <w:r>
        <w:t xml:space="preserve"> - Munich's Oktoberfest is committed to inclusivity, offering events like 'Gay-Sunday' at the Bräurosl tent, 'RoslMontag,' 'ProudWiesn,' and 'Prosecco-Wiesn.' These gatherings provide spaces for the LGBTQ+ community to celebrate together, reflecting the festival's values of tolerance and diversity.</w:t>
      </w:r>
      <w:r/>
    </w:p>
    <w:p>
      <w:pPr>
        <w:pStyle w:val="ListNumber"/>
        <w:spacing w:line="240" w:lineRule="auto"/>
        <w:ind w:left="720"/>
      </w:pPr>
      <w:r/>
      <w:hyperlink r:id="rId14">
        <w:r>
          <w:rPr>
            <w:color w:val="0000EE"/>
            <w:u w:val="single"/>
          </w:rPr>
          <w:t>https://gaybayern.com/en/magazine/gay-wiesn-2026-kompletter-guide</w:t>
        </w:r>
      </w:hyperlink>
      <w:r>
        <w:t xml:space="preserve"> - GayBayern provides a comprehensive guide to LGBTQ+ events during Munich's Oktoberfest, including 'Gay-Sunday,' 'RoslMontag,' 'ProudWiesn,' and 'Prosecco-Wiesn.' These events offer diverse experiences for the community, from traditional gatherings to corporate networking opportunities.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uenchen.de/en/events/oktoberfest/queer-events-oktoberfest" TargetMode="External"/><Relationship Id="rId10" Type="http://schemas.openxmlformats.org/officeDocument/2006/relationships/hyperlink" Target="https://www.oktoberfest.de/en/information/service-visitors/lgbtiq-wiesn-tips-and-events-queer-community" TargetMode="External"/><Relationship Id="rId11" Type="http://schemas.openxmlformats.org/officeDocument/2006/relationships/hyperlink" Target="https://www.muenchen.de/en/events/oktoberfest/beer-tents/pschorr-festzelt-braeurosl" TargetMode="External"/><Relationship Id="rId12" Type="http://schemas.openxmlformats.org/officeDocument/2006/relationships/hyperlink" Target="https://elederhosen.com/blogs/oktoberfest-and-festivals/pschorr-braurosl-oktoberfest/" TargetMode="External"/><Relationship Id="rId13" Type="http://schemas.openxmlformats.org/officeDocument/2006/relationships/hyperlink" Target="https://gay-mag.com/event/rosa-wiesn-gay-oktoberfest-munich-2026/" TargetMode="External"/><Relationship Id="rId14" Type="http://schemas.openxmlformats.org/officeDocument/2006/relationships/hyperlink" Target="https://gaybayern.com/en/magazine/gay-wiesn-2026-kompletter-guide" TargetMode="External"/><Relationship Id="rId15" Type="http://schemas.openxmlformats.org/officeDocument/2006/relationships/hyperlink" Target="https://www.queerty.com/our-steins-runneth-over-with-pics-of-gays-at-oktoberfest-2026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