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Guide to Pittsburgh’s Reel Q LGBTQ+ Film Festival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fans are heading to Pittsburgh for Reel Q, the city’s long-running LGBTQ+ film festival, where new cinema, local voices and community history meet. With screenings, discussions and special events planned across the Burgh, the festival matters not just for what appears on screen, but for the welcoming space it creates around it.</w:t>
      </w:r>
      <w:r/>
    </w:p>
    <w:p>
      <w:pPr>
        <w:pStyle w:val="Heading2"/>
      </w:pPr>
      <w:r>
        <w:t>Essential Takeaways</w:t>
      </w:r>
      <w:r/>
      <w:r/>
    </w:p>
    <w:p>
      <w:pPr>
        <w:pStyle w:val="ListBullet"/>
        <w:spacing w:line="240" w:lineRule="auto"/>
        <w:ind w:left="720"/>
      </w:pPr>
      <w:r/>
      <w:r>
        <w:rPr>
          <w:b/>
        </w:rPr>
        <w:t>A major LGBTQ+ cinema event:</w:t>
      </w:r>
      <w:r>
        <w:t xml:space="preserve"> Reel Q brings queer stories and filmmakers to Pittsburgh each autumn.</w:t>
      </w:r>
      <w:r/>
    </w:p>
    <w:p>
      <w:pPr>
        <w:pStyle w:val="ListBullet"/>
        <w:spacing w:line="240" w:lineRule="auto"/>
        <w:ind w:left="720"/>
      </w:pPr>
      <w:r/>
      <w:r>
        <w:rPr>
          <w:b/>
        </w:rPr>
        <w:t>More than film screenings:</w:t>
      </w:r>
      <w:r>
        <w:t xml:space="preserve"> The programme typically includes conversations, community gatherings and special presentations.</w:t>
      </w:r>
      <w:r/>
    </w:p>
    <w:p>
      <w:pPr>
        <w:pStyle w:val="ListBullet"/>
        <w:spacing w:line="240" w:lineRule="auto"/>
        <w:ind w:left="720"/>
      </w:pPr>
      <w:r/>
      <w:r>
        <w:rPr>
          <w:b/>
        </w:rPr>
        <w:t>A long-running tradition:</w:t>
      </w:r>
      <w:r>
        <w:t xml:space="preserve"> The festival has built its reputation over decades of advocacy and audience support.</w:t>
      </w:r>
      <w:r/>
    </w:p>
    <w:p>
      <w:pPr>
        <w:pStyle w:val="ListBullet"/>
        <w:spacing w:line="240" w:lineRule="auto"/>
        <w:ind w:left="720"/>
      </w:pPr>
      <w:r/>
      <w:r>
        <w:rPr>
          <w:b/>
        </w:rPr>
        <w:t>A broad programme:</w:t>
      </w:r>
      <w:r>
        <w:t xml:space="preserve"> Expect a mix of narrative features, documentaries, shorts and international perspectives.</w:t>
      </w:r>
      <w:r/>
    </w:p>
    <w:p>
      <w:pPr>
        <w:pStyle w:val="ListBullet"/>
        <w:spacing w:line="240" w:lineRule="auto"/>
        <w:ind w:left="720"/>
      </w:pPr>
      <w:r/>
      <w:r>
        <w:rPr>
          <w:b/>
        </w:rPr>
        <w:t>Plan ahead:</w:t>
      </w:r>
      <w:r>
        <w:t xml:space="preserve"> Popular screenings and headline events may fill quickly, so checking the official schedule is sensible.</w:t>
      </w:r>
      <w:r/>
      <w:r/>
    </w:p>
    <w:p>
      <w:pPr>
        <w:pStyle w:val="Heading2"/>
      </w:pPr>
      <w:r>
        <w:t>Reel Q turns Pittsburgh into a queer cinema hub</w:t>
      </w:r>
      <w:r/>
    </w:p>
    <w:p>
      <w:r/>
      <w:r>
        <w:t>The appeal of Reel Q is immediate: for several days, Pittsburgh becomes a place where LGBTQ+ stories take centre stage rather than sitting at the margins. The festival’s programme combines thoughtful drama, lively comedy, documentaries and short films, giving audiences a varied way into queer cinema.</w:t>
      </w:r>
      <w:r/>
    </w:p>
    <w:p>
      <w:r/>
      <w:r>
        <w:t>That range is part of the charm. One screening might offer a polished international feature, while the next introduces an emerging filmmaker or a sharply observed local story. The official festival material presents Reel Q as both a cultural event and a community gathering, which helps explain its lasting appeal.</w:t>
      </w:r>
      <w:r/>
    </w:p>
    <w:p>
      <w:pPr>
        <w:pStyle w:val="Heading2"/>
      </w:pPr>
      <w:r>
        <w:t>Four decades of stories, debate and community</w:t>
      </w:r>
      <w:r/>
    </w:p>
    <w:p>
      <w:r/>
      <w:r>
        <w:t>Reel Q’s history stretches back 40 years, a milestone the organisation marked with its 2025 festival. That longevity gives the event a significance beyond its annual programme. It reflects changing attitudes towards LGBTQ+ lives, while also preserving stories that might otherwise have disappeared from public view.</w:t>
      </w:r>
      <w:r/>
    </w:p>
    <w:p>
      <w:r/>
      <w:r>
        <w:t>The festival’s organisers and supporters have helped create a dependable platform for filmmakers and audiences alike. Pittsburgh’s LGBTQ+ film festival has become part of the city’s cultural calendar, with its history tied to activism, education and the simple pleasure of watching a good film with people who are genuinely invested in it.</w:t>
      </w:r>
      <w:r/>
    </w:p>
    <w:p>
      <w:pPr>
        <w:pStyle w:val="Heading2"/>
      </w:pPr>
      <w:r>
        <w:t>What can audiences expect from the latest festival?</w:t>
      </w:r>
      <w:r/>
    </w:p>
    <w:p>
      <w:r/>
      <w:r>
        <w:t>The 41st season is scheduled to take over Pittsburgh from 2 to 10 October, according to Reel Q’s festival announcement. The programme is designed to move between different moods and formats, so viewers can expect a mixture of feature films, shorts, documentaries and events built around conversation.</w:t>
      </w:r>
      <w:r/>
    </w:p>
    <w:p>
      <w:r/>
      <w:r>
        <w:t>That variety makes it easier to shape a personal festival experience. A newcomer might choose one high-profile screening and a short-film programme, while regular attendees may prefer to build a packed itinerary around directors, themes or panels. The official 2026 festival page is the best place to confirm titles, venues, timings and ticket information.</w:t>
      </w:r>
      <w:r/>
    </w:p>
    <w:p>
      <w:pPr>
        <w:pStyle w:val="Heading2"/>
      </w:pPr>
      <w:r>
        <w:t>Why the festival still matters</w:t>
      </w:r>
      <w:r/>
    </w:p>
    <w:p>
      <w:r/>
      <w:r>
        <w:t>Representation on screen has improved, but access to meaningful queer storytelling remains uneven. Festivals such as Reel Q provide room for films that may not receive a long cinema run, while giving audiences the chance to encounter stories from different generations, countries and communities.</w:t>
      </w:r>
      <w:r/>
    </w:p>
    <w:p>
      <w:r/>
      <w:r>
        <w:t>There’s also something unusually personal about a festival setting. People linger in queues, compare notes after screenings and discover films through word of mouth. A university account highlighting Reel Q’s 40th anniversary described the festival’s importance to Pittsburgh’s LGBTQ+ community, underlining how its influence reaches beyond the cinema.</w:t>
      </w:r>
      <w:r/>
    </w:p>
    <w:p>
      <w:pPr>
        <w:pStyle w:val="Heading2"/>
      </w:pPr>
      <w:r>
        <w:t>A practical guide for first-time visitors</w:t>
      </w:r>
      <w:r/>
    </w:p>
    <w:p>
      <w:r/>
      <w:r>
        <w:t>Start with the official schedule, then give yourself breathing space between screenings. Festival days can be surprisingly tiring, especially when a serious documentary is followed by a lively discussion and a late journey across town. Comfortable shoes are hardly glamorous advice, but they’re useful.</w:t>
      </w:r>
      <w:r/>
    </w:p>
    <w:p>
      <w:r/>
      <w:r>
        <w:t>It’s also worth checking whether individual events require separate tickets, whether venues have accessibility information and if any filmmaker conversations are included with admission. VisitPITTSBURGH’s guide to Reel Q positions the festival as a distinctive part of the city’s visitor offering, so travellers can pair screenings with Pittsburgh’s restaurants, neighbourhoods and cultural attractions.</w:t>
      </w:r>
      <w:r/>
    </w:p>
    <w:p>
      <w:r/>
      <w:r>
        <w:t>Reel Q works because it feels both established and open to discovery. That balance should continue to attract loyal supporters while welcoming viewers who are attending for the first time.</w:t>
      </w:r>
      <w:r/>
    </w:p>
    <w:p>
      <w:r/>
      <w:r>
        <w:t>A good festival leaves you with more than a favourite film; it gives you something to talk about on the journey home.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12">
        <w:r>
          <w:rPr>
            <w:color w:val="0000EE"/>
            <w:u w:val="single"/>
          </w:rPr>
          <w:t>[5]</w:t>
        </w:r>
      </w:hyperlink>
      <w:r>
        <w:t xml:space="preserve">, </w:t>
      </w:r>
      <w:hyperlink r:id="rId13">
        <w:r>
          <w:rPr>
            <w:color w:val="0000EE"/>
            <w:u w:val="single"/>
          </w:rPr>
          <w:t>[7]</w:t>
        </w:r>
      </w:hyperlink>
      <w:r>
        <w:t xml:space="preserve">- Paragraph 4: </w:t>
      </w:r>
      <w:hyperlink r:id="rId12">
        <w:r>
          <w:rPr>
            <w:color w:val="0000EE"/>
            <w:u w:val="single"/>
          </w:rPr>
          <w:t>[5]</w:t>
        </w:r>
      </w:hyperlink>
      <w:r>
        <w:t xml:space="preserve">, </w:t>
      </w:r>
      <w:hyperlink r:id="rId14">
        <w:r>
          <w:rPr>
            <w:color w:val="0000EE"/>
            <w:u w:val="single"/>
          </w:rPr>
          <w:t>[6]</w:t>
        </w:r>
      </w:hyperlink>
      <w:r>
        <w:t xml:space="preserve">- Paragraph 5: </w:t>
      </w:r>
      <w:hyperlink r:id="rId10">
        <w:r>
          <w:rPr>
            <w:color w:val="0000EE"/>
            <w:u w:val="single"/>
          </w:rPr>
          <w:t>[3]</w:t>
        </w:r>
      </w:hyperlink>
      <w:r>
        <w:t xml:space="preserve">, </w:t>
      </w:r>
      <w:hyperlink r:id="rId11">
        <w:r>
          <w:rPr>
            <w:color w:val="0000EE"/>
            <w:u w:val="single"/>
          </w:rPr>
          <w:t>[4]</w:t>
        </w:r>
      </w:hyperlink>
      <w:r>
        <w:t xml:space="preserve">- Paragraph 6: </w:t>
      </w:r>
      <w:hyperlink r:id="rId10">
        <w:r>
          <w:rPr>
            <w:color w:val="0000EE"/>
            <w:u w:val="single"/>
          </w:rPr>
          <w:t>[3]</w:t>
        </w:r>
      </w:hyperlink>
      <w:r>
        <w:t xml:space="preserve">, </w:t>
      </w:r>
      <w:hyperlink r:id="rId11">
        <w:r>
          <w:rPr>
            <w:color w:val="0000EE"/>
            <w:u w:val="single"/>
          </w:rPr>
          <w:t>[4]</w:t>
        </w:r>
      </w:hyperlink>
      <w:r>
        <w:t xml:space="preserve">- Paragraph 7: </w:t>
      </w:r>
      <w:hyperlink r:id="rId10">
        <w:r>
          <w:rPr>
            <w:color w:val="0000EE"/>
            <w:u w:val="single"/>
          </w:rPr>
          <w:t>[3]</w:t>
        </w:r>
      </w:hyperlink>
      <w:r>
        <w:t xml:space="preserve">, </w:t>
      </w:r>
      <w:hyperlink r:id="rId14">
        <w:r>
          <w:rPr>
            <w:color w:val="0000EE"/>
            <w:u w:val="single"/>
          </w:rPr>
          <w:t>[6]</w:t>
        </w:r>
      </w:hyperlink>
      <w:r>
        <w:t xml:space="preserve">- Paragraph 8: </w:t>
      </w:r>
      <w:hyperlink r:id="rId11">
        <w:r>
          <w:rPr>
            <w:color w:val="0000EE"/>
            <w:u w:val="single"/>
          </w:rPr>
          <w:t>[4]</w:t>
        </w:r>
      </w:hyperlink>
      <w:r>
        <w:t xml:space="preserve">, </w:t>
      </w:r>
      <w:hyperlink r:id="rId13">
        <w:r>
          <w:rPr>
            <w:color w:val="0000EE"/>
            <w:u w:val="single"/>
          </w:rPr>
          <w:t>[7]</w:t>
        </w:r>
      </w:hyperlink>
      <w:r>
        <w:t xml:space="preserve">- Paragraph 9: </w:t>
      </w:r>
      <w:hyperlink r:id="rId14">
        <w:r>
          <w:rPr>
            <w:color w:val="0000EE"/>
            <w:u w:val="single"/>
          </w:rPr>
          <w:t>[6]</w:t>
        </w:r>
      </w:hyperlink>
      <w:r>
        <w:t xml:space="preserve">, </w:t>
      </w:r>
      <w:hyperlink r:id="rId13">
        <w:r>
          <w:rPr>
            <w:color w:val="0000EE"/>
            <w:u w:val="single"/>
          </w:rPr>
          <w:t>[7]</w:t>
        </w:r>
      </w:hyperlink>
      <w:r>
        <w:t xml:space="preserve">- Paragraph 10: </w:t>
      </w:r>
      <w:hyperlink r:id="rId10">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https://www.post-gazette.com/ae/movies/2026/09/30/reel-q-film-festival-pittsburgh-lgbtq-house-medical-malpractice/stories/202609290048</w:t>
        </w:r>
      </w:hyperlink>
      <w:r>
        <w:t xml:space="preserve"> - Please view link - unable to able to access data</w:t>
      </w:r>
      <w:r/>
    </w:p>
    <w:p>
      <w:pPr>
        <w:pStyle w:val="ListNumber"/>
        <w:spacing w:line="240" w:lineRule="auto"/>
        <w:ind w:left="720"/>
      </w:pPr>
      <w:r/>
      <w:hyperlink r:id="rId9">
        <w:r>
          <w:rPr>
            <w:color w:val="0000EE"/>
            <w:u w:val="single"/>
          </w:rPr>
          <w:t>https://www.post-gazette.com/ae/movies/2026/09/30/reel-q-film-festival-pittsburgh-lgbtq-house-medical-malpractice/stories/202609290048</w:t>
        </w:r>
      </w:hyperlink>
      <w:r>
        <w:t xml:space="preserve"> - The article discusses the opening of the Reel Q film festival in Pittsburgh, highlighting its 41st year and the inclusion of LGBTQ+ features, shorts, and international films. It focuses on the short documentary 'Pittsburgh Is Freezing' by filmmaker Gabby Valdivieso, which showcases the House of Medical Malpractice, a Pittsburgh-based drag comedy troupe. The festival runs from October 2-10, 2026, and aims to provide a platform for queer stories and communities through cinema.</w:t>
      </w:r>
      <w:r/>
    </w:p>
    <w:p>
      <w:pPr>
        <w:pStyle w:val="ListNumber"/>
        <w:spacing w:line="240" w:lineRule="auto"/>
        <w:ind w:left="720"/>
      </w:pPr>
      <w:r/>
      <w:hyperlink r:id="rId10">
        <w:r>
          <w:rPr>
            <w:color w:val="0000EE"/>
            <w:u w:val="single"/>
          </w:rPr>
          <w:t>https://www.reelq.org/press-release/reel-q-41st-season-takes-over-the-burgh-oct-2-10/</w:t>
        </w:r>
      </w:hyperlink>
      <w:r>
        <w:t xml:space="preserve"> - This press release announces the 41st season of Reel Q, Pittsburgh's longest-running film festival, scheduled from October 2-10, 2026. The festival will feature screenings at various venues across the city, including City of Asylum's Alphabet City, Carnegie Mellon's McConomy Auditorium, and Row House Cinemas. The lineup includes local and international LGBTQ+ films, with the opening night featuring the award-winning gay rom-com 'Bookends' and the coming-of-age film 'Black Burns Fast'.</w:t>
      </w:r>
      <w:r/>
    </w:p>
    <w:p>
      <w:pPr>
        <w:pStyle w:val="ListNumber"/>
        <w:spacing w:line="240" w:lineRule="auto"/>
        <w:ind w:left="720"/>
      </w:pPr>
      <w:r/>
      <w:hyperlink r:id="rId11">
        <w:r>
          <w:rPr>
            <w:color w:val="0000EE"/>
            <w:u w:val="single"/>
          </w:rPr>
          <w:t>https://www.reelq.org/2026-festival/</w:t>
        </w:r>
      </w:hyperlink>
      <w:r>
        <w:t xml:space="preserve"> - The official page for the 2026 Reel Q Pittsburgh LGBTQ+ Film Festival provides detailed information about the festival's schedule, venues, and ticketing. It lists various screenings, including the opening night films 'Bookends' and 'Black Burns Fast', as well as the 'Short &amp; Sweet' program at The Soft Spot café. The festival offers pay-what-you-can admission for all films, aiming to make queer cinema more accessible to the Pittsburgh community.</w:t>
      </w:r>
      <w:r/>
    </w:p>
    <w:p>
      <w:pPr>
        <w:pStyle w:val="ListNumber"/>
        <w:spacing w:line="240" w:lineRule="auto"/>
        <w:ind w:left="720"/>
      </w:pPr>
      <w:r/>
      <w:hyperlink r:id="rId12">
        <w:r>
          <w:rPr>
            <w:color w:val="0000EE"/>
            <w:u w:val="single"/>
          </w:rPr>
          <w:t>https://www.reelq.org/press-release/reel-q-celebrates-40-years-october-3-11-2025/</w:t>
        </w:r>
      </w:hyperlink>
      <w:r>
        <w:t xml:space="preserve"> - This press release celebrates the 40th anniversary of Reel Q, Pittsburgh's LGBTQ+ Film Festival, which took place from October 3-11, 2025. The festival featured screenings at five venues across Pittsburgh, including The Andy Warhol Museum and Row House Cinema. Highlights included regional premieres, international films, documentaries, and over 20 short films. The festival introduced a 'Pay What You Can' admission policy to enhance accessibility for all attendees.</w:t>
      </w:r>
      <w:r/>
    </w:p>
    <w:p>
      <w:pPr>
        <w:pStyle w:val="ListNumber"/>
        <w:spacing w:line="240" w:lineRule="auto"/>
        <w:ind w:left="720"/>
      </w:pPr>
      <w:r/>
      <w:hyperlink r:id="rId14">
        <w:r>
          <w:rPr>
            <w:color w:val="0000EE"/>
            <w:u w:val="single"/>
          </w:rPr>
          <w:t>https://www.pittsburghsportsevents.com/www.visitpittsburgh.com/blog/reel-q-pittsburghs-lgbtq-film-festival/index.html</w:t>
        </w:r>
      </w:hyperlink>
      <w:r>
        <w:t xml:space="preserve"> - This article provides an overview of Reel Q, Pittsburgh's LGBTQ+ Film Festival, highlighting its 38th annual event in 2023. The festival showcased a diverse range of international and local LGBTQ+ films, including features and short programs. It also featured filmmaker Q&amp;As, opening-week parties, and community events. The screenings were held at venues such as the Andy Warhol Museum, Row House Cinema, and the Harris Theater, emphasizing the festival's commitment to amplifying queer voices through cinema.</w:t>
      </w:r>
      <w:r/>
    </w:p>
    <w:p>
      <w:pPr>
        <w:pStyle w:val="ListNumber"/>
        <w:spacing w:line="240" w:lineRule="auto"/>
        <w:ind w:left="720"/>
      </w:pPr>
      <w:r/>
      <w:hyperlink r:id="rId13">
        <w:r>
          <w:rPr>
            <w:color w:val="0000EE"/>
            <w:u w:val="single"/>
          </w:rPr>
          <w:t>https://www.socialwork.pitt.edu/news/pittsburghs-lgbtq-film-festival-led-pitt-social-work-student-celebrates-it-40th-anniversary</w:t>
        </w:r>
      </w:hyperlink>
      <w:r>
        <w:t xml:space="preserve"> - This article highlights the 40th anniversary of Reel Q, Pittsburgh's LGBTQ+ Film Festival, which took place from October 3-11, 2025. The festival was founded by Pitt Social Work alumnus Rich Cummings and is currently led by Executive Director and current BASW student TJ Murphy. The event featured regional premieres, international films, documentaries, and over 20 short films. The festival introduced a 'Pay What You Can' admission policy to make queer cinema more accessible to the Pittsburgh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ost-gazette.com/ae/movies/2026/09/30/reel-q-film-festival-pittsburgh-lgbtq-house-medical-malpractice/stories/202609290048" TargetMode="External"/><Relationship Id="rId10" Type="http://schemas.openxmlformats.org/officeDocument/2006/relationships/hyperlink" Target="https://www.reelq.org/press-release/reel-q-41st-season-takes-over-the-burgh-oct-2-10/" TargetMode="External"/><Relationship Id="rId11" Type="http://schemas.openxmlformats.org/officeDocument/2006/relationships/hyperlink" Target="https://www.reelq.org/2026-festival/" TargetMode="External"/><Relationship Id="rId12" Type="http://schemas.openxmlformats.org/officeDocument/2006/relationships/hyperlink" Target="https://www.reelq.org/press-release/reel-q-celebrates-40-years-october-3-11-2025/" TargetMode="External"/><Relationship Id="rId13" Type="http://schemas.openxmlformats.org/officeDocument/2006/relationships/hyperlink" Target="https://www.socialwork.pitt.edu/news/pittsburghs-lgbtq-film-festival-led-pitt-social-work-student-celebrates-it-40th-anniversary" TargetMode="External"/><Relationship Id="rId14" Type="http://schemas.openxmlformats.org/officeDocument/2006/relationships/hyperlink" Target="https://www.pittsburghsportsevents.com/www.visitpittsburgh.com/blog/reel-q-pittsburghs-lgbtq-film-festival/index.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