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Cape Town Pride 2027 Guide for Parade and Mardi Gras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of the calendar, start planning: Cape Town Pride 2027 will fill the city with LGBTQIA+ events from 5 to 28 February, culminating in the parade and Mardi Gras on 27 February. With WorldPride coming to Africa in 2028, this summer festival is set to attract even more attention.</w:t>
      </w:r>
      <w:r/>
    </w:p>
    <w:p>
      <w:pPr>
        <w:pStyle w:val="Heading2"/>
      </w:pPr>
      <w:r>
        <w:t>Essential Takeaways</w:t>
      </w:r>
      <w:r/>
      <w:r/>
    </w:p>
    <w:p>
      <w:pPr>
        <w:pStyle w:val="ListBullet"/>
        <w:spacing w:line="240" w:lineRule="auto"/>
        <w:ind w:left="720"/>
      </w:pPr>
      <w:r/>
      <w:r>
        <w:rPr>
          <w:b/>
        </w:rPr>
        <w:t>Festival dates:</w:t>
      </w:r>
      <w:r>
        <w:t xml:space="preserve"> Cape Town Pride runs from Friday, 5 February to Sunday, 28 February 2027.</w:t>
      </w:r>
      <w:r/>
    </w:p>
    <w:p>
      <w:pPr>
        <w:pStyle w:val="ListBullet"/>
        <w:spacing w:line="240" w:lineRule="auto"/>
        <w:ind w:left="720"/>
      </w:pPr>
      <w:r/>
      <w:r>
        <w:rPr>
          <w:b/>
        </w:rPr>
        <w:t>Main event:</w:t>
      </w:r>
      <w:r>
        <w:t xml:space="preserve"> The Pride Parade and Mardi Gras take place on Saturday, 27 February.</w:t>
      </w:r>
      <w:r/>
    </w:p>
    <w:p>
      <w:pPr>
        <w:pStyle w:val="ListBullet"/>
        <w:spacing w:line="240" w:lineRule="auto"/>
        <w:ind w:left="720"/>
      </w:pPr>
      <w:r/>
      <w:r>
        <w:rPr>
          <w:b/>
        </w:rPr>
        <w:t>Theme:</w:t>
      </w:r>
      <w:r>
        <w:t xml:space="preserve"> The organiser has announced “Loud in Every Colour” for 2027.</w:t>
      </w:r>
      <w:r/>
    </w:p>
    <w:p>
      <w:pPr>
        <w:pStyle w:val="ListBullet"/>
        <w:spacing w:line="240" w:lineRule="auto"/>
        <w:ind w:left="720"/>
      </w:pPr>
      <w:r/>
      <w:r>
        <w:rPr>
          <w:b/>
        </w:rPr>
        <w:t>Tickets:</w:t>
      </w:r>
      <w:r>
        <w:t xml:space="preserve"> Sales are expected to open in late November 2026, but prices and the seller haven't been confirmed.</w:t>
      </w:r>
      <w:r/>
    </w:p>
    <w:p>
      <w:pPr>
        <w:pStyle w:val="ListBullet"/>
        <w:spacing w:line="240" w:lineRule="auto"/>
        <w:ind w:left="720"/>
      </w:pPr>
      <w:r/>
      <w:r>
        <w:rPr>
          <w:b/>
        </w:rPr>
        <w:t>Planning tip:</w:t>
      </w:r>
      <w:r>
        <w:t xml:space="preserve"> De Waterkant and Green Point are the most convenient areas for parade-day access, while visitors should arrange evening transport in advance.</w:t>
      </w:r>
      <w:r/>
      <w:r/>
    </w:p>
    <w:p>
      <w:pPr>
        <w:pStyle w:val="Heading2"/>
      </w:pPr>
      <w:r>
        <w:t>Cape Town Pride 2027 will turn February into one long celebration</w:t>
      </w:r>
      <w:r/>
    </w:p>
    <w:p>
      <w:r/>
      <w:r>
        <w:t>Cape Town Pride won't be a single-day affair. The organiser's 2027 calendar stretches across most of February, with the programme expected to include cultural events, performances, talks and social gatherings across the city.</w:t>
      </w:r>
      <w:r/>
    </w:p>
    <w:p>
      <w:r/>
      <w:r>
        <w:t>The festival's headline date is Saturday, 27 February, when the parade is due to travel from Alfred Street in De Waterkant to Green Point Track. The procession is expected to lead into the Mardi Gras, creating a lively, colourful day that moves naturally from the streets to the festival grounds.</w:t>
      </w:r>
      <w:r/>
    </w:p>
    <w:p>
      <w:r/>
      <w:r>
        <w:t>According to Time Out Cape Town, the month-long format gives visitors more than one reason to stay in the city. It also means travellers can build a broader itinerary around Pride rather than squeezing everything into one crowded weekend.</w:t>
      </w:r>
      <w:r/>
    </w:p>
    <w:p>
      <w:pPr>
        <w:pStyle w:val="Heading2"/>
      </w:pPr>
      <w:r>
        <w:t>The 2027 theme puts visibility front and centre</w:t>
      </w:r>
      <w:r/>
    </w:p>
    <w:p>
      <w:r/>
      <w:r>
        <w:t>Cape Town Pride has announced “Loud in Every Colour” as its theme for 2027. It reflects the festival's focus on visibility across the LGBTQIA+ community, rather than treating Pride as a celebration with only one look or voice.</w:t>
      </w:r>
      <w:r/>
    </w:p>
    <w:p>
      <w:r/>
      <w:r>
        <w:t>Dancer, choreographer and MC Nkosinathi Sangweni waka Mtshali has been named the festival's brand ambassador. His involvement adds a strong performance and nightlife connection to an event already known for combining activism, entertainment and community.</w:t>
      </w:r>
      <w:r/>
    </w:p>
    <w:p>
      <w:r/>
      <w:r>
        <w:t>The official programme hasn't been released yet, but Cape Town Pride's wider format has previously included film screenings, book events, workshops, drag shows, quizzes, comedy and outdoor activities. The result is less a neat list of appointments and more a city-wide cultural trail.</w:t>
      </w:r>
      <w:r/>
    </w:p>
    <w:p>
      <w:pPr>
        <w:pStyle w:val="Heading2"/>
      </w:pPr>
      <w:r>
        <w:t>Parade day: what visitors should expect</w:t>
      </w:r>
      <w:r/>
    </w:p>
    <w:p>
      <w:r/>
      <w:r>
        <w:t>The parade is scheduled to begin in De Waterkant and finish at Green Point Track, where Mardi Gras will follow. These neighbouring areas are close to the city centre and waterfront, making them practical bases for visitors who want to avoid a long cross-town journey.</w:t>
      </w:r>
      <w:r/>
    </w:p>
    <w:p>
      <w:r/>
      <w:r>
        <w:t>The exact starting time hasn't been announced. For context, the City of Cape Town said the 2025 procession began at 11am, while the 2026 Mardi Gras ran from late morning into the evening. Those timings are useful clues, but they shouldn't be treated as confirmed details for 2027.</w:t>
      </w:r>
      <w:r/>
    </w:p>
    <w:p>
      <w:r/>
      <w:r>
        <w:t>The parade itself was free to join in 2025, while Mardi Gras required a ticket in 2026. Check the official Cape Town Pride website before travelling, particularly if you're planning around public transport, road closures or a dinner reservation.</w:t>
      </w:r>
      <w:r/>
    </w:p>
    <w:p>
      <w:pPr>
        <w:pStyle w:val="Heading2"/>
      </w:pPr>
      <w:r>
        <w:t>Mardi Gras tickets are the detail to watch</w:t>
      </w:r>
      <w:r/>
    </w:p>
    <w:p>
      <w:r/>
      <w:r>
        <w:t>Tickets are expected to go on sale towards the end of November 2026, according to Time Out Cape Town. The organiser hasn't yet confirmed the ticket platform, price bands, opening date or whether VIP packages will return.</w:t>
      </w:r>
      <w:r/>
    </w:p>
    <w:p>
      <w:r/>
      <w:r>
        <w:t>Last year's figures offer a rough guide rather than a promise. Cape Town Pride listed early bird entry at R65, general admission at R100 and VIP access at R550 for the 2026 event. Prices may change, and exchange rates will make the final cost feel different to overseas visitors.</w:t>
      </w:r>
      <w:r/>
    </w:p>
    <w:p>
      <w:r/>
      <w:r>
        <w:t>Buy only through a link published by Cape Town Pride. That simple check matters when an event is popular, especially if unofficial listings begin appearing before the official sale opens.</w:t>
      </w:r>
      <w:r/>
    </w:p>
    <w:p>
      <w:pPr>
        <w:pStyle w:val="Heading2"/>
      </w:pPr>
      <w:r>
        <w:t>Where to stay, and how to get around safely</w:t>
      </w:r>
      <w:r/>
    </w:p>
    <w:p>
      <w:r/>
      <w:r>
        <w:t>De Waterkant and Green Point are the obvious areas for parade weekend, since they sit close to both the starting point and the Mardi Gras venue. Book early if you can, because February is high summer in Cape Town and Pride weekend may bring extra demand.</w:t>
      </w:r>
      <w:r/>
    </w:p>
    <w:p>
      <w:r/>
      <w:r>
        <w:t>Visitors should keep phones, cameras and bags discreet in busy areas, and avoid walking alone after dark. The US State Department advises increased caution in South Africa because of crime, civil unrest, terrorism and kidnapping, while vehicle break-ins are also a concern.</w:t>
      </w:r>
      <w:r/>
    </w:p>
    <w:p>
      <w:r/>
      <w:r>
        <w:t>Arrange a ride back before the party winds down, travel with friends and use reputable transport. It's not glamorous advice, but it leaves more energy for the music, colour and people-watching that make Pride weekend memorable.</w:t>
      </w:r>
      <w:r/>
    </w:p>
    <w:p>
      <w:pPr>
        <w:pStyle w:val="Heading2"/>
      </w:pPr>
      <w:r>
        <w:t>Why WorldPride 2028 raises the stakes</w:t>
      </w:r>
      <w:r/>
    </w:p>
    <w:p>
      <w:r/>
      <w:r>
        <w:t>Cape Town is due to host WorldPride in 2028, the first time the international event will take place in Africa. That gives the 2027 festival an important position: it will be one of the city's biggest Pride events immediately before the global spotlight arrives.</w:t>
      </w:r>
      <w:r/>
    </w:p>
    <w:p>
      <w:r/>
      <w:r>
        <w:t>South Africa also provides a comparatively strong legal framework for LGBTQIA+ rights. The constitution prohibits unfair discrimination on grounds including sexual orientation, and the Civil Union Act allows same-sex couples to enter civil unions.</w:t>
      </w:r>
      <w:r/>
    </w:p>
    <w:p>
      <w:r/>
      <w:r>
        <w:t>For international visitors, the practical message is straightforward. The dates are confirmed, but the details are still moving, so book flexible accommodation and monitor Cape Town Pride's official channels for the programme, parade time and ticket information.</w:t>
      </w:r>
      <w:r/>
    </w:p>
    <w:p>
      <w:r/>
      <w:r>
        <w:t>Cape Town Pride 2027 looks set to be a colourful, high-energy preview of WorldPride's African debut.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2">
        <w:r>
          <w:rPr>
            <w:color w:val="0000EE"/>
            <w:u w:val="single"/>
          </w:rPr>
          <w:t>[4]</w:t>
        </w:r>
      </w:hyperlink>
      <w:r>
        <w:t xml:space="preserve">- Paragraph 3: </w:t>
      </w:r>
      <w:hyperlink r:id="rId11">
        <w:r>
          <w:rPr>
            <w:color w:val="0000EE"/>
            <w:u w:val="single"/>
          </w:rPr>
          <w:t>[3]</w:t>
        </w:r>
      </w:hyperlink>
      <w:r>
        <w:t xml:space="preserve">, </w:t>
      </w:r>
      <w:hyperlink r:id="rId13">
        <w:r>
          <w:rPr>
            <w:color w:val="0000EE"/>
            <w:u w:val="single"/>
          </w:rPr>
          <w:t>[5]</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0">
        <w:r>
          <w:rPr>
            <w:color w:val="0000EE"/>
            <w:u w:val="single"/>
          </w:rPr>
          <w:t>[2]</w:t>
        </w:r>
      </w:hyperlink>
      <w:r>
        <w:t xml:space="preserve">, </w:t>
      </w:r>
      <w:hyperlink r:id="rId12">
        <w:r>
          <w:rPr>
            <w:color w:val="0000EE"/>
            <w:u w:val="single"/>
          </w:rPr>
          <w:t>[4]</w:t>
        </w:r>
      </w:hyperlink>
      <w:r>
        <w:t xml:space="preserve">- Paragraph 6: </w:t>
      </w:r>
      <w:hyperlink r:id="rId11">
        <w:r>
          <w:rPr>
            <w:color w:val="0000EE"/>
            <w:u w:val="single"/>
          </w:rPr>
          <w:t>[3]</w:t>
        </w:r>
      </w:hyperlink>
      <w:r>
        <w:t xml:space="preserve">, </w:t>
      </w:r>
      <w:hyperlink r:id="rId14">
        <w:r>
          <w:rPr>
            <w:color w:val="0000EE"/>
            <w:u w:val="single"/>
          </w:rPr>
          <w:t>[6]</w:t>
        </w:r>
      </w:hyperlink>
      <w:r>
        <w:t xml:space="preserve">- Paragraph 7: </w:t>
      </w:r>
      <w:hyperlink r:id="rId10">
        <w:r>
          <w:rPr>
            <w:color w:val="0000EE"/>
            <w:u w:val="single"/>
          </w:rPr>
          <w:t>[2]</w:t>
        </w:r>
      </w:hyperlink>
      <w:r>
        <w:t xml:space="preserve">, </w:t>
      </w:r>
      <w:hyperlink r:id="rId12">
        <w:r>
          <w:rPr>
            <w:color w:val="0000EE"/>
            <w:u w:val="single"/>
          </w:rPr>
          <w:t>[4]</w:t>
        </w:r>
      </w:hyperlink>
      <w:r>
        <w:t xml:space="preserve">- Paragraph 8: </w:t>
      </w:r>
      <w:hyperlink r:id="rId11">
        <w:r>
          <w:rPr>
            <w:color w:val="0000EE"/>
            <w:u w:val="single"/>
          </w:rPr>
          <w:t>[3]</w:t>
        </w:r>
      </w:hyperlink>
      <w:r>
        <w:t xml:space="preserve">, </w:t>
      </w:r>
      <w:hyperlink r:id="rId13">
        <w:r>
          <w:rPr>
            <w:color w:val="0000EE"/>
            <w:u w:val="single"/>
          </w:rPr>
          <w:t>[5]</w:t>
        </w:r>
      </w:hyperlink>
      <w:r>
        <w:t xml:space="preserve">- Paragraph 9: </w:t>
      </w:r>
      <w:hyperlink r:id="rId10">
        <w:r>
          <w:rPr>
            <w:color w:val="0000EE"/>
            <w:u w:val="single"/>
          </w:rPr>
          <w:t>[2]</w:t>
        </w:r>
      </w:hyperlink>
      <w:r>
        <w:t xml:space="preserve">, </w:t>
      </w:r>
      <w:hyperlink r:id="rId11">
        <w:r>
          <w:rPr>
            <w:color w:val="0000EE"/>
            <w:u w:val="single"/>
          </w:rPr>
          <w:t>[3]</w:t>
        </w:r>
      </w:hyperlink>
      <w:r>
        <w:t xml:space="preserve">- Paragraph 10: </w:t>
      </w:r>
      <w:hyperlink r:id="rId12">
        <w:r>
          <w:rPr>
            <w:color w:val="0000EE"/>
            <w:u w:val="single"/>
          </w:rPr>
          <w:t>[4]</w:t>
        </w:r>
      </w:hyperlink>
      <w:r>
        <w:t xml:space="preserve">, </w:t>
      </w:r>
      <w:hyperlink r:id="rId15">
        <w:r>
          <w:rPr>
            <w:color w:val="0000EE"/>
            <w:u w:val="single"/>
          </w:rPr>
          <w:t>[7]</w:t>
        </w:r>
      </w:hyperlink>
      <w:r>
        <w:t xml:space="preserve">- Paragraph 11: </w:t>
      </w:r>
      <w:hyperlink r:id="rId10">
        <w:r>
          <w:rPr>
            <w:color w:val="0000EE"/>
            <w:u w:val="single"/>
          </w:rPr>
          <w:t>[2]</w:t>
        </w:r>
      </w:hyperlink>
      <w:r>
        <w:t xml:space="preserve">, </w:t>
      </w:r>
      <w:hyperlink r:id="rId11">
        <w:r>
          <w:rPr>
            <w:color w:val="0000EE"/>
            <w:u w:val="single"/>
          </w:rPr>
          <w:t>[3]</w:t>
        </w:r>
      </w:hyperlink>
      <w:r>
        <w:t xml:space="preserve">- Paragraph 12: </w:t>
      </w:r>
      <w:hyperlink r:id="rId13">
        <w:r>
          <w:rPr>
            <w:color w:val="0000EE"/>
            <w:u w:val="single"/>
          </w:rPr>
          <w:t>[5]</w:t>
        </w:r>
      </w:hyperlink>
      <w:r>
        <w:t xml:space="preserve">, </w:t>
      </w:r>
      <w:hyperlink r:id="rId14">
        <w:r>
          <w:rPr>
            <w:color w:val="0000EE"/>
            <w:u w:val="single"/>
          </w:rPr>
          <w:t>[6]</w:t>
        </w:r>
      </w:hyperlink>
      <w:r>
        <w:t xml:space="preserve">- Paragraph 13: </w:t>
      </w:r>
      <w:hyperlink r:id="rId10">
        <w:r>
          <w:rPr>
            <w:color w:val="0000EE"/>
            <w:u w:val="single"/>
          </w:rPr>
          <w:t>[2]</w:t>
        </w:r>
      </w:hyperlink>
      <w:r>
        <w:t xml:space="preserve">, </w:t>
      </w:r>
      <w:hyperlink r:id="rId12">
        <w:r>
          <w:rPr>
            <w:color w:val="0000EE"/>
            <w:u w:val="single"/>
          </w:rPr>
          <w:t>[4]</w:t>
        </w:r>
      </w:hyperlink>
      <w:r>
        <w:t xml:space="preserve">- Paragraph 14: </w:t>
      </w:r>
      <w:hyperlink r:id="rId11">
        <w:r>
          <w:rPr>
            <w:color w:val="0000EE"/>
            <w:u w:val="single"/>
          </w:rPr>
          <w:t>[3]</w:t>
        </w:r>
      </w:hyperlink>
      <w:r>
        <w:t xml:space="preserve">, </w:t>
      </w:r>
      <w:hyperlink r:id="rId15">
        <w:r>
          <w:rPr>
            <w:color w:val="0000EE"/>
            <w:u w:val="single"/>
          </w:rPr>
          <w:t>[7]</w:t>
        </w:r>
      </w:hyperlink>
      <w:r>
        <w:t xml:space="preserve">- Paragraph 15: </w:t>
      </w:r>
      <w:hyperlink r:id="rId10">
        <w:r>
          <w:rPr>
            <w:color w:val="0000EE"/>
            <w:u w:val="single"/>
          </w:rPr>
          <w:t>[2]</w:t>
        </w:r>
      </w:hyperlink>
      <w:r>
        <w:t xml:space="preserve">, </w:t>
      </w:r>
      <w:hyperlink r:id="rId11">
        <w:r>
          <w:rPr>
            <w:color w:val="0000EE"/>
            <w:u w:val="single"/>
          </w:rPr>
          <w:t>[3]</w:t>
        </w:r>
      </w:hyperlink>
      <w:r>
        <w:t xml:space="preserve">- Paragraph 16: </w:t>
      </w:r>
      <w:hyperlink r:id="rId12">
        <w:r>
          <w:rPr>
            <w:color w:val="0000EE"/>
            <w:u w:val="single"/>
          </w:rPr>
          <w:t>[4]</w:t>
        </w:r>
      </w:hyperlink>
      <w:r>
        <w:t xml:space="preserve">, </w:t>
      </w:r>
      <w:hyperlink r:id="rId14">
        <w:r>
          <w:rPr>
            <w:color w:val="0000EE"/>
            <w:u w:val="single"/>
          </w:rPr>
          <w:t>[6]</w:t>
        </w:r>
      </w:hyperlink>
      <w:r>
        <w:t xml:space="preserve">- Paragraph 17: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https://www.riotimesonline.com/cape-town-pride-2027-parade-mardi-gras-guide-2026/</w:t>
        </w:r>
      </w:hyperlink>
      <w:r>
        <w:t xml:space="preserve"> - Please view link - unable to able to access data</w:t>
      </w:r>
      <w:r/>
    </w:p>
    <w:p>
      <w:pPr>
        <w:pStyle w:val="ListNumber"/>
        <w:spacing w:line="240" w:lineRule="auto"/>
        <w:ind w:left="720"/>
      </w:pPr>
      <w:r/>
      <w:hyperlink r:id="rId10">
        <w:r>
          <w:rPr>
            <w:color w:val="0000EE"/>
            <w:u w:val="single"/>
          </w:rPr>
          <w:t>https://cptpride.org/cape-town-pride-announces-dates-themes-for-2027-festival/</w:t>
        </w:r>
      </w:hyperlink>
      <w:r>
        <w:t xml:space="preserve"> - Cape Town Pride has announced that the 2027 festival will take place from 5 to 28 February, with the Pride Parade and Mardi Gras scheduled for Saturday, 27 February. The theme for 2027 is 'Loud in Every Colour', aiming to represent the entire LGBTQIA+ spectrum. The festival will feature various events, including book readings, film screenings, workshops, and drag shows. Tickets for the Mardi Gras will go on sale at the end of November 2026.</w:t>
      </w:r>
      <w:r/>
    </w:p>
    <w:p>
      <w:pPr>
        <w:pStyle w:val="ListNumber"/>
        <w:spacing w:line="240" w:lineRule="auto"/>
        <w:ind w:left="720"/>
      </w:pPr>
      <w:r/>
      <w:hyperlink r:id="rId11">
        <w:r>
          <w:rPr>
            <w:color w:val="0000EE"/>
            <w:u w:val="single"/>
          </w:rPr>
          <w:t>https://www.timeout.com/cape-town/news/cape-town-pride-announces-month-long-jol-for-2027-102226</w:t>
        </w:r>
      </w:hyperlink>
      <w:r>
        <w:t xml:space="preserve"> - Cape Town Pride has announced that the 2027 festival will run for an entire month, from 5 to 28 February. The Pride Parade and Mardi Gras are set for Saturday, 27 February. The theme for 2027 is 'Loud in Every Colour', encompassing all flags and identities within the LGBTQIA+ community. The festival will include events such as book readings, film screenings, workshops, and drag shows. Tickets for the Mardi Gras will be available at the end of November 2026.</w:t>
      </w:r>
      <w:r/>
    </w:p>
    <w:p>
      <w:pPr>
        <w:pStyle w:val="ListNumber"/>
        <w:spacing w:line="240" w:lineRule="auto"/>
        <w:ind w:left="720"/>
      </w:pPr>
      <w:r/>
      <w:hyperlink r:id="rId12">
        <w:r>
          <w:rPr>
            <w:color w:val="0000EE"/>
            <w:u w:val="single"/>
          </w:rPr>
          <w:t>https://www.thesouthafrican.com/culture/lgbtqia/dates-set-cape-town-pride-festival-2027/</w:t>
        </w:r>
      </w:hyperlink>
      <w:r>
        <w:t xml:space="preserve"> - The Cape Town Pride Festival 2027 is scheduled to take place from 5 to 28 February, with the Pride Parade and Mardi Gras on Saturday, 27 February. The theme for 2027 is 'Loud in Every Colour', aiming to represent the entire LGBTQIA+ spectrum. The festival will feature various events, including book readings, film screenings, workshops, and drag shows. Tickets for the Mardi Gras will go on sale at the end of November 2026.</w:t>
      </w:r>
      <w:r/>
    </w:p>
    <w:p>
      <w:pPr>
        <w:pStyle w:val="ListNumber"/>
        <w:spacing w:line="240" w:lineRule="auto"/>
        <w:ind w:left="720"/>
      </w:pPr>
      <w:r/>
      <w:hyperlink r:id="rId13">
        <w:r>
          <w:rPr>
            <w:color w:val="0000EE"/>
            <w:u w:val="single"/>
          </w:rPr>
          <w:t>https://www.misterbandb.com/gay-events/south-africa/cape-town/gay-pride</w:t>
        </w:r>
      </w:hyperlink>
      <w:r>
        <w:t xml:space="preserve"> - Cape Town Pride 2027 is scheduled for 5 to 28 February, with the Pride Parade on Saturday, 27 February, starting at 11:00 am from Alfred Street in De Waterkant and ending at the Green Point Track. The theme for 2027 is 'Loud in Every Colour', representing the entire LGBTQIA+ spectrum. The festival will include various events, including book readings, film screenings, workshops, and drag shows. Tickets for the Mardi Gras will go on sale at the end of November 2026.</w:t>
      </w:r>
      <w:r/>
    </w:p>
    <w:p>
      <w:pPr>
        <w:pStyle w:val="ListNumber"/>
        <w:spacing w:line="240" w:lineRule="auto"/>
        <w:ind w:left="720"/>
      </w:pPr>
      <w:r/>
      <w:hyperlink r:id="rId14">
        <w:r>
          <w:rPr>
            <w:color w:val="0000EE"/>
            <w:u w:val="single"/>
          </w:rPr>
          <w:t>https://www.gay-prides.com/2027/worldwide</w:t>
        </w:r>
      </w:hyperlink>
      <w:r>
        <w:t xml:space="preserve"> - Cape Town Pride 2027 is scheduled for 27 February 2027. The festival will feature a parade and Mardi Gras, with the theme 'Loud in Every Colour', representing the entire LGBTQIA+ spectrum. The event will include various activities, including book readings, film screenings, workshops, and drag shows. Tickets for the Mardi Gras will go on sale at the end of November 2026.</w:t>
      </w:r>
      <w:r/>
    </w:p>
    <w:p>
      <w:pPr>
        <w:pStyle w:val="ListNumber"/>
        <w:spacing w:line="240" w:lineRule="auto"/>
        <w:ind w:left="720"/>
      </w:pPr>
      <w:r/>
      <w:hyperlink r:id="rId15">
        <w:r>
          <w:rPr>
            <w:color w:val="0000EE"/>
            <w:u w:val="single"/>
          </w:rPr>
          <w:t>https://capetowndata.com/en/products/blogpost/813/</w:t>
        </w:r>
      </w:hyperlink>
      <w:r>
        <w:t xml:space="preserve"> - Cape Town Pride Mardi Gras 2026 took place on 28 February 2026, featuring a parade starting at 11:00 am from De Waterkant and a festival at Green Point Track from 11:00 am to 9:00 pm. The event included performances from artists such as Craig Lucas, Belinda Davids, Dope Saint Jude, and Jimmy Nevis. The festival offered a village of stalls, food vendors, bars, and a children's area. Tickets were available online through Quicket, with no sales at the gate.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riotimesonline.com/cape-town-pride-2027-parade-mardi-gras-guide-2026/" TargetMode="External"/><Relationship Id="rId10" Type="http://schemas.openxmlformats.org/officeDocument/2006/relationships/hyperlink" Target="https://cptpride.org/cape-town-pride-announces-dates-themes-for-2027-festival/" TargetMode="External"/><Relationship Id="rId11" Type="http://schemas.openxmlformats.org/officeDocument/2006/relationships/hyperlink" Target="https://www.timeout.com/cape-town/news/cape-town-pride-announces-month-long-jol-for-2027-102226" TargetMode="External"/><Relationship Id="rId12" Type="http://schemas.openxmlformats.org/officeDocument/2006/relationships/hyperlink" Target="https://www.thesouthafrican.com/culture/lgbtqia/dates-set-cape-town-pride-festival-2027/" TargetMode="External"/><Relationship Id="rId13" Type="http://schemas.openxmlformats.org/officeDocument/2006/relationships/hyperlink" Target="https://www.misterbandb.com/gay-events/south-africa/cape-town/gay-pride" TargetMode="External"/><Relationship Id="rId14" Type="http://schemas.openxmlformats.org/officeDocument/2006/relationships/hyperlink" Target="https://www.gay-prides.com/2027/worldwide" TargetMode="External"/><Relationship Id="rId15" Type="http://schemas.openxmlformats.org/officeDocument/2006/relationships/hyperlink" Target="https://capetowndata.com/en/products/blogpost/81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