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Brisbane Pride events to enjoy after Fair Day’s postponement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Brisbane Pride celebrations are still going ahead despite weather forcing Fair Day and the Rally and March to move. From a free drag party at The Wickham to Melt Festival’s river parade and undercover onesie artwork at Brisbane Powerhouse, there are plenty of ways to find community, colour and a little glamour in Brisbane.</w:t>
      </w:r>
      <w:r/>
    </w:p>
    <w:p>
      <w:pPr>
        <w:pStyle w:val="Heading2"/>
      </w:pPr>
      <w:r>
        <w:t>Essential Takeaways</w:t>
      </w:r>
      <w:r/>
      <w:r/>
    </w:p>
    <w:p>
      <w:pPr>
        <w:pStyle w:val="ListBullet"/>
        <w:spacing w:line="240" w:lineRule="auto"/>
        <w:ind w:left="720"/>
      </w:pPr>
      <w:r/>
      <w:r>
        <w:rPr>
          <w:b/>
        </w:rPr>
        <w:t>Fair Day has moved:</w:t>
      </w:r>
      <w:r>
        <w:t xml:space="preserve"> Brisbane Pride’s Fair Day, Rally and March were rescheduled for 7 November.</w:t>
      </w:r>
      <w:r/>
    </w:p>
    <w:p>
      <w:pPr>
        <w:pStyle w:val="ListBullet"/>
        <w:spacing w:line="240" w:lineRule="auto"/>
        <w:ind w:left="720"/>
      </w:pPr>
      <w:r/>
      <w:r>
        <w:rPr>
          <w:b/>
        </w:rPr>
        <w:t>The Wickham is the fallback:</w:t>
      </w:r>
      <w:r>
        <w:t xml:space="preserve"> A free Pride Party features drag performers, DJs and a best-dressed competition.</w:t>
      </w:r>
      <w:r/>
    </w:p>
    <w:p>
      <w:pPr>
        <w:pStyle w:val="ListBullet"/>
        <w:spacing w:line="240" w:lineRule="auto"/>
        <w:ind w:left="720"/>
      </w:pPr>
      <w:r/>
      <w:r>
        <w:rPr>
          <w:b/>
        </w:rPr>
        <w:t>The river parade continues:</w:t>
      </w:r>
      <w:r>
        <w:t xml:space="preserve"> Melt Festival’s River Pride Parade remains a free riverside spectacle.</w:t>
      </w:r>
      <w:r/>
    </w:p>
    <w:p>
      <w:pPr>
        <w:pStyle w:val="ListBullet"/>
        <w:spacing w:line="240" w:lineRule="auto"/>
        <w:ind w:left="720"/>
      </w:pPr>
      <w:r/>
      <w:r>
        <w:rPr>
          <w:b/>
        </w:rPr>
        <w:t>Onesie World is undercover:</w:t>
      </w:r>
      <w:r>
        <w:t xml:space="preserve"> Brisbane Powerhouse offers limited free onesies and an all-ages evening party.</w:t>
      </w:r>
      <w:r/>
    </w:p>
    <w:p>
      <w:pPr>
        <w:pStyle w:val="ListBullet"/>
        <w:spacing w:line="240" w:lineRule="auto"/>
        <w:ind w:left="720"/>
      </w:pPr>
      <w:r/>
      <w:r>
        <w:rPr>
          <w:b/>
        </w:rPr>
        <w:t>Plan before heading out:</w:t>
      </w:r>
      <w:r>
        <w:t xml:space="preserve"> Check each organiser’s updates, especially if weather conditions change.</w:t>
      </w:r>
      <w:r/>
      <w:r/>
    </w:p>
    <w:p>
      <w:pPr>
        <w:pStyle w:val="Heading2"/>
      </w:pPr>
      <w:r>
        <w:t>Rain may have changed the plan, but Pride is still on</w:t>
      </w:r>
      <w:r/>
    </w:p>
    <w:p>
      <w:r/>
      <w:r>
        <w:t>A grey forecast has a way of making outdoor plans feel fragile, especially when they involve a park, a march and a crowd in sequins. But Brisbane Pride’s postponement of its New Farm Park events hasn't cancelled the wider celebration. According to the Star Observer, the organisation encouraged the community to keep gathering through alternative events across the city.</w:t>
      </w:r>
      <w:r/>
    </w:p>
    <w:p>
      <w:r/>
      <w:r>
        <w:t>The main Fair Day, Rally and March were rescheduled for 7 November, giving organisers more time to deliver the outdoor programme safely. In the meantime, the mood has shifted indoors and towards the river, rather than disappearing altogether. That matters because Pride is as much about being together as it is about any single stage or parade route.</w:t>
      </w:r>
      <w:r/>
    </w:p>
    <w:p>
      <w:pPr>
        <w:pStyle w:val="Heading2"/>
      </w:pPr>
      <w:r>
        <w:t>The Wickham turns into a free Pride party</w:t>
      </w:r>
      <w:r/>
    </w:p>
    <w:p>
      <w:r/>
      <w:r>
        <w:t>The most straightforward replacement is a free party at The Wickham Hotel in Fortitude Valley. The venue hosts visiting drag favourites Vybe and Coco Jumbo, alongside Sarah Problem, Tall Jan and Vogue MegaQueen, with DJs beginning from 3pm and drag performances scheduled from 5pm.</w:t>
      </w:r>
      <w:r/>
    </w:p>
    <w:p>
      <w:r/>
      <w:r>
        <w:t>There’s also a Pride Best Dressed Pageant, so expect plenty of sparkle, bold styling and outfits designed to survive at least a short dash through Brisbane weather. The Star Observer reported that the event was created to keep performers and audiences connected after the Fair Day postponement.</w:t>
      </w:r>
      <w:r/>
    </w:p>
    <w:p>
      <w:r/>
      <w:r>
        <w:t>The Wickham is at 308 Wickham Street, making it a practical option for anyone looking for a central indoor gathering. Entry is free, although checking current venue information before setting off is sensible, particularly if conditions continue to shift.</w:t>
      </w:r>
      <w:r/>
    </w:p>
    <w:p>
      <w:pPr>
        <w:pStyle w:val="Heading2"/>
      </w:pPr>
      <w:r>
        <w:t>Watch Brisbane’s Pride celebrations from the riverbank</w:t>
      </w:r>
      <w:r/>
    </w:p>
    <w:p>
      <w:r/>
      <w:r>
        <w:t>Melt Festival’s River Pride Parade brings the celebration onto the Brisbane River, or Maiwar, with decorated boats and watercraft travelling towards Brisbane Powerhouse. The parade is free to watch from the riverbank and is expected to offer a different kind of spectacle: less packed dance floor, more colourful procession drifting past the city skyline.</w:t>
      </w:r>
      <w:r/>
    </w:p>
    <w:p>
      <w:r/>
      <w:r>
        <w:t>Suggested viewing areas include South Bank, Queen’s Wharf and Howard Smith Wharves. Melt Festival’s programme information highlights the parade as part of a broader celebration of LGBTQIA+ creativity and community across Brisbane.</w:t>
      </w:r>
      <w:r/>
    </w:p>
    <w:p>
      <w:r/>
      <w:r>
        <w:t>If you’re attending a ticketed boat party, contact the operator for boarding details rather than relying on general event information. Weather can affect river access quickly, so a charged phone, a flexible route home and a glance at the latest update are all worthwhile.</w:t>
      </w:r>
      <w:r/>
    </w:p>
    <w:p>
      <w:pPr>
        <w:pStyle w:val="Heading2"/>
      </w:pPr>
      <w:r>
        <w:t>Onesie World brings wearable art indoors</w:t>
      </w:r>
      <w:r/>
    </w:p>
    <w:p>
      <w:r/>
      <w:r>
        <w:t>For something more playful and participatory, Onesie World is moving undercover at Brisbane Powerhouse. The event gives participants matching wearable art to customise, turning a simple garment into a shared statement about identity, belonging and connection.</w:t>
      </w:r>
      <w:r/>
    </w:p>
    <w:p>
      <w:r/>
      <w:r>
        <w:t>The project was created by Adele Varcoe and features an original design by First Nations artist Dylan Mooney. According to Melt Festival information, 1,000 free onesies are available, with collection beginning from 3pm and quantities limited.</w:t>
      </w:r>
      <w:r/>
    </w:p>
    <w:p>
      <w:r/>
      <w:r>
        <w:t>Arrive early if you want to take part, and register interest where possible. The evening continues with a free, all-ages Melt Opening Party from 6pm, hosted by Freya Armani and featuring The Huxleys, DJ David DC and the newly crowned Mr First Nation King. It’s a particularly good option for people who want atmosphere without standing in the rain.</w:t>
      </w:r>
      <w:r/>
    </w:p>
    <w:p>
      <w:pPr>
        <w:pStyle w:val="Heading2"/>
      </w:pPr>
      <w:r>
        <w:t>More Pride-friendly options run late into the night</w:t>
      </w:r>
      <w:r/>
    </w:p>
    <w:p>
      <w:r/>
      <w:r>
        <w:t>Brisbane’s wider programme means there’s no need to treat the postponed Fair Day as the end of the day. The Beat Megaclub is hosting a long Pride party from 5pm until 5am, while PRECIOUS brings DJs and drag to Spice Nightlife from 10pm. The Wickham also has a separately ticketed Femme Follies Burlesque show at 8pm.</w:t>
      </w:r>
      <w:r/>
    </w:p>
    <w:p>
      <w:r/>
      <w:r>
        <w:t>There are quieter choices, too. Theatre performances include Trophy Boys, An Evening Without Kate Bush and The Butterfly Who Flew Into the Rave, while exhibitions at Brisbane Powerhouse and the State Library of Queensland offer a slower way to spend part of the day. Melt’s published programme reflects the festival’s mix of performance, visual art, nightlife and community events.</w:t>
      </w:r>
      <w:r/>
    </w:p>
    <w:p>
      <w:r/>
      <w:r>
        <w:t>For families or mixed-age groups, the all-ages Powerhouse party and riverside viewing spots may be the easiest choices. Nightlife fans, meanwhile, should check ticket availability and age requirements before travelling, as popular events can fill quickly even when plans change.</w:t>
      </w:r>
      <w:r/>
    </w:p>
    <w:p>
      <w:pPr>
        <w:pStyle w:val="Heading2"/>
      </w:pPr>
      <w:r>
        <w:t>A postponed headline event, not a postponed celebration</w:t>
      </w:r>
      <w:r/>
    </w:p>
    <w:p>
      <w:r/>
      <w:r>
        <w:t>The rescheduled Fair Day gives Brisbane Pride a later focal point, but the rest of the programme shows how adaptable the city’s queer arts and events scene can be. From a drag stage under a hotel roof to boats gliding along the river, the celebration is finding new shapes rather than standing still.</w:t>
      </w:r>
      <w:r/>
    </w:p>
    <w:p>
      <w:r/>
      <w:r>
        <w:t>Organisers continue to advise audiences to monitor updates, especially where transport, river conditions or outdoor access are involved. That small bit of preparation can make the difference between a stressful outing and a memorable one.</w:t>
      </w:r>
      <w:r/>
    </w:p>
    <w:p>
      <w:r/>
      <w:r>
        <w:t>Pride may look different in wet weather, but the ingredients remain familiar: community, music, performance and the feeling of finding your people.</w:t>
      </w:r>
      <w:r/>
    </w:p>
    <w:p>
      <w:r/>
      <w:r>
        <w:t>Explore the event that suits your mood, and check for updates before you leave.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9">
        <w:r>
          <w:rPr>
            <w:color w:val="0000EE"/>
            <w:u w:val="single"/>
          </w:rPr>
          <w:t>[2]</w:t>
        </w:r>
      </w:hyperlink>
      <w:r>
        <w:t xml:space="preserve">, </w:t>
      </w:r>
      <w:hyperlink r:id="rId11">
        <w:r>
          <w:rPr>
            <w:color w:val="0000EE"/>
            <w:u w:val="single"/>
          </w:rPr>
          <w:t>[7]</w:t>
        </w:r>
      </w:hyperlink>
      <w:r>
        <w:t xml:space="preserve">- Paragraph 3: </w:t>
      </w:r>
      <w:hyperlink r:id="rId9">
        <w:r>
          <w:rPr>
            <w:color w:val="0000EE"/>
            <w:u w:val="single"/>
          </w:rPr>
          <w:t>[2]</w:t>
        </w:r>
      </w:hyperlink>
      <w:r>
        <w:t xml:space="preserve">, </w:t>
      </w:r>
      <w:hyperlink r:id="rId10">
        <w:r>
          <w:rPr>
            <w:color w:val="0000EE"/>
            <w:u w:val="single"/>
          </w:rPr>
          <w:t>[6]</w:t>
        </w:r>
      </w:hyperlink>
      <w:r>
        <w:t xml:space="preserve">- Paragraph 4: </w:t>
      </w:r>
      <w:hyperlink r:id="rId9">
        <w:r>
          <w:rPr>
            <w:color w:val="0000EE"/>
            <w:u w:val="single"/>
          </w:rPr>
          <w:t>[2]</w:t>
        </w:r>
      </w:hyperlink>
      <w:r>
        <w:t xml:space="preserve">, </w:t>
      </w:r>
      <w:hyperlink r:id="rId12">
        <w:r>
          <w:rPr>
            <w:color w:val="0000EE"/>
            <w:u w:val="single"/>
          </w:rPr>
          <w:t>[3]</w:t>
        </w:r>
      </w:hyperlink>
      <w:r>
        <w:t xml:space="preserve">- Paragraph 5: </w:t>
      </w:r>
      <w:hyperlink r:id="rId9">
        <w:r>
          <w:rPr>
            <w:color w:val="0000EE"/>
            <w:u w:val="single"/>
          </w:rPr>
          <w:t>[2]</w:t>
        </w:r>
      </w:hyperlink>
      <w:r>
        <w:t xml:space="preserve">, </w:t>
      </w:r>
      <w:hyperlink r:id="rId13">
        <w:r>
          <w:rPr>
            <w:color w:val="0000EE"/>
            <w:u w:val="single"/>
          </w:rPr>
          <w:t>[4]</w:t>
        </w:r>
      </w:hyperlink>
      <w:r>
        <w:t xml:space="preserve">- Paragraph 6: </w:t>
      </w:r>
      <w:hyperlink r:id="rId14">
        <w:r>
          <w:rPr>
            <w:color w:val="0000EE"/>
            <w:u w:val="single"/>
          </w:rPr>
          <w:t>[5]</w:t>
        </w:r>
      </w:hyperlink>
      <w:r>
        <w:t xml:space="preserve">, </w:t>
      </w:r>
      <w:hyperlink r:id="rId9">
        <w:r>
          <w:rPr>
            <w:color w:val="0000EE"/>
            <w:u w:val="single"/>
          </w:rPr>
          <w:t>[2]</w:t>
        </w:r>
      </w:hyperlink>
      <w:r>
        <w:t xml:space="preserve">- Paragraph 7: </w:t>
      </w:r>
      <w:hyperlink r:id="rId13">
        <w:r>
          <w:rPr>
            <w:color w:val="0000EE"/>
            <w:u w:val="single"/>
          </w:rPr>
          <w:t>[4]</w:t>
        </w:r>
      </w:hyperlink>
      <w:r>
        <w:t xml:space="preserve">, </w:t>
      </w:r>
      <w:hyperlink r:id="rId14">
        <w:r>
          <w:rPr>
            <w:color w:val="0000EE"/>
            <w:u w:val="single"/>
          </w:rPr>
          <w:t>[5]</w:t>
        </w:r>
      </w:hyperlink>
      <w:r>
        <w:t xml:space="preserve">- Paragraph 8: </w:t>
      </w:r>
      <w:hyperlink r:id="rId9">
        <w:r>
          <w:rPr>
            <w:color w:val="0000EE"/>
            <w:u w:val="single"/>
          </w:rPr>
          <w:t>[2]</w:t>
        </w:r>
      </w:hyperlink>
      <w:r>
        <w:t xml:space="preserve">, </w:t>
      </w:r>
      <w:hyperlink r:id="rId14">
        <w:r>
          <w:rPr>
            <w:color w:val="0000EE"/>
            <w:u w:val="single"/>
          </w:rPr>
          <w:t>[5]</w:t>
        </w:r>
      </w:hyperlink>
      <w:r>
        <w:t xml:space="preserve">- Paragraph 9: </w:t>
      </w:r>
      <w:hyperlink r:id="rId9">
        <w:r>
          <w:rPr>
            <w:color w:val="0000EE"/>
            <w:u w:val="single"/>
          </w:rPr>
          <w:t>[2]</w:t>
        </w:r>
      </w:hyperlink>
      <w:r>
        <w:t xml:space="preserve">, </w:t>
      </w:r>
      <w:hyperlink r:id="rId12">
        <w:r>
          <w:rPr>
            <w:color w:val="0000EE"/>
            <w:u w:val="single"/>
          </w:rPr>
          <w:t>[3]</w:t>
        </w:r>
      </w:hyperlink>
      <w:r>
        <w:t xml:space="preserve">- Paragraph 10: </w:t>
      </w:r>
      <w:hyperlink r:id="rId12">
        <w:r>
          <w:rPr>
            <w:color w:val="0000EE"/>
            <w:u w:val="single"/>
          </w:rPr>
          <w:t>[3]</w:t>
        </w:r>
      </w:hyperlink>
      <w:r>
        <w:t xml:space="preserve">, </w:t>
      </w:r>
      <w:hyperlink r:id="rId13">
        <w:r>
          <w:rPr>
            <w:color w:val="0000EE"/>
            <w:u w:val="single"/>
          </w:rPr>
          <w:t>[4]</w:t>
        </w:r>
      </w:hyperlink>
      <w:r>
        <w:t xml:space="preserve">- Paragraph 11: </w:t>
      </w:r>
      <w:hyperlink r:id="rId9">
        <w:r>
          <w:rPr>
            <w:color w:val="0000EE"/>
            <w:u w:val="single"/>
          </w:rPr>
          <w:t>[2]</w:t>
        </w:r>
      </w:hyperlink>
      <w:r>
        <w:t xml:space="preserve">, </w:t>
      </w:r>
      <w:hyperlink r:id="rId14">
        <w:r>
          <w:rPr>
            <w:color w:val="0000EE"/>
            <w:u w:val="single"/>
          </w:rPr>
          <w:t>[5]</w:t>
        </w:r>
      </w:hyperlink>
      <w:r>
        <w:t xml:space="preserve">- Paragraph 12: </w:t>
      </w:r>
      <w:hyperlink r:id="rId9">
        <w:r>
          <w:rPr>
            <w:color w:val="0000EE"/>
            <w:u w:val="single"/>
          </w:rPr>
          <w:t>[2]</w:t>
        </w:r>
      </w:hyperlink>
      <w:r>
        <w:t xml:space="preserve">, </w:t>
      </w:r>
      <w:hyperlink r:id="rId10">
        <w:r>
          <w:rPr>
            <w:color w:val="0000EE"/>
            <w:u w:val="single"/>
          </w:rPr>
          <w:t>[6]</w:t>
        </w:r>
      </w:hyperlink>
      <w:r>
        <w:t xml:space="preserve">- Paragraph 13: </w:t>
      </w:r>
      <w:hyperlink r:id="rId9">
        <w:r>
          <w:rPr>
            <w:color w:val="0000EE"/>
            <w:u w:val="single"/>
          </w:rPr>
          <w:t>[2]</w:t>
        </w:r>
      </w:hyperlink>
      <w:r>
        <w:t xml:space="preserve">, </w:t>
      </w:r>
      <w:hyperlink r:id="rId11">
        <w:r>
          <w:rPr>
            <w:color w:val="0000EE"/>
            <w:u w:val="single"/>
          </w:rPr>
          <w:t>[7]</w:t>
        </w:r>
      </w:hyperlink>
      <w:r>
        <w:t xml:space="preserve">- Paragraph 14: </w:t>
      </w:r>
      <w:hyperlink r:id="rId9">
        <w:r>
          <w:rPr>
            <w:color w:val="0000EE"/>
            <w:u w:val="single"/>
          </w:rPr>
          <w:t>[2]</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https://www.starobserver.com.au/news/brisbane-pride-celebrations-continue-today-despite-postponing-fair-day/244718</w:t>
        </w:r>
      </w:hyperlink>
      <w:r>
        <w:t xml:space="preserve"> - Please view link - unable to able to access data</w:t>
      </w:r>
      <w:r/>
    </w:p>
    <w:p>
      <w:pPr>
        <w:pStyle w:val="ListNumber"/>
        <w:spacing w:line="240" w:lineRule="auto"/>
        <w:ind w:left="720"/>
      </w:pPr>
      <w:r/>
      <w:hyperlink r:id="rId9">
        <w:r>
          <w:rPr>
            <w:color w:val="0000EE"/>
            <w:u w:val="single"/>
          </w:rPr>
          <w:t>https://www.starobserver.com.au/news/brisbane-pride-celebrations-continue-today-despite-postponing-fair-day/244718</w:t>
        </w:r>
      </w:hyperlink>
      <w:r>
        <w:t xml:space="preserve"> - The article reports on Brisbane Pride's ongoing celebrations despite the postponement of Fair Day and the Rally &amp; March due to adverse weather conditions. A special free Pride Party is being held at The Wickham Hotel, featuring Drag Race favourites Vybe and Coco Jumbo, along with local performers. Additionally, Melt Festival's River Pride Parade and Onesie World are proceeding as planned, offering the LGBTQIA+ community opportunities to come together and celebrate.</w:t>
      </w:r>
      <w:r/>
    </w:p>
    <w:p>
      <w:pPr>
        <w:pStyle w:val="ListNumber"/>
        <w:spacing w:line="240" w:lineRule="auto"/>
        <w:ind w:left="720"/>
      </w:pPr>
      <w:r/>
      <w:hyperlink r:id="rId12">
        <w:r>
          <w:rPr>
            <w:color w:val="0000EE"/>
            <w:u w:val="single"/>
          </w:rPr>
          <w:t>https://australianpridenetwork.com.au/melt-festival-announces-2023-program/</w:t>
        </w:r>
      </w:hyperlink>
      <w:r>
        <w:t xml:space="preserve"> - This announcement details the MELT Festival's 2023 program, highlighting its return for an eighth edition with a vibrant and eclectic lineup. The festival is set to take over Brisbane Powerhouse from 11 to 26 November, featuring groundbreaking home-grown music artists alongside international sensations, provocative theatre, and exhibitions showcasing photography, textile art, and installations.</w:t>
      </w:r>
      <w:r/>
    </w:p>
    <w:p>
      <w:pPr>
        <w:pStyle w:val="ListNumber"/>
        <w:spacing w:line="240" w:lineRule="auto"/>
        <w:ind w:left="720"/>
      </w:pPr>
      <w:r/>
      <w:hyperlink r:id="rId13">
        <w:r>
          <w:rPr>
            <w:color w:val="0000EE"/>
            <w:u w:val="single"/>
          </w:rPr>
          <w:t>https://australianpridenetwork.com.au/melt-festival-takes-over-brisbane-powerhouse-this-november/</w:t>
        </w:r>
      </w:hyperlink>
      <w:r>
        <w:t xml:space="preserve"> - The article provides information about the MELT Festival's 2023 program, emphasizing its return for an eighth edition with a vibrant and eclectic lineup. The festival is scheduled to take over Brisbane Powerhouse from 11 to 26 November, featuring groundbreaking home-grown music artists alongside international sensations, provocative theatre, and exhibitions showcasing photography, textile art, and installations.</w:t>
      </w:r>
      <w:r/>
    </w:p>
    <w:p>
      <w:pPr>
        <w:pStyle w:val="ListNumber"/>
        <w:spacing w:line="240" w:lineRule="auto"/>
        <w:ind w:left="720"/>
      </w:pPr>
      <w:r/>
      <w:hyperlink r:id="rId14">
        <w:r>
          <w:rPr>
            <w:color w:val="0000EE"/>
            <w:u w:val="single"/>
          </w:rPr>
          <w:t>https://www.melt.org.au/events/brisbane-pride/</w:t>
        </w:r>
      </w:hyperlink>
      <w:r>
        <w:t xml:space="preserve"> - This page outlines the Brisbane Pride events, including the Rally &amp; March, Fair Day, and the River Pride Parade, scheduled for 7 November. It highlights the collaboration between Brisbane Pride and MELT Festival during the opening weekend, aiming to create a landmark day of Pride celebrations across the city, showcasing the diversity, creativity, and spirit of Brisbane’s LGBTQIA+ community.</w:t>
      </w:r>
      <w:r/>
    </w:p>
    <w:p>
      <w:pPr>
        <w:pStyle w:val="ListNumber"/>
        <w:spacing w:line="240" w:lineRule="auto"/>
        <w:ind w:left="720"/>
      </w:pPr>
      <w:r/>
      <w:hyperlink r:id="rId10">
        <w:r>
          <w:rPr>
            <w:color w:val="0000EE"/>
            <w:u w:val="single"/>
          </w:rPr>
          <w:t>https://www.brisbanepride.org.au/</w:t>
        </w:r>
      </w:hyperlink>
      <w:r>
        <w:t xml:space="preserve"> - The official website of Brisbane Pride Festival, providing information about the annual event in Brisbane, Queensland, Australia, which celebrates queer culture. The site offers details on upcoming events, history, and initiatives aimed at promoting visibility, equality, and resilience within the LGBTQIA+ community.</w:t>
      </w:r>
      <w:r/>
    </w:p>
    <w:p>
      <w:pPr>
        <w:pStyle w:val="ListNumber"/>
        <w:spacing w:line="240" w:lineRule="auto"/>
        <w:ind w:left="720"/>
      </w:pPr>
      <w:r/>
      <w:hyperlink r:id="rId11">
        <w:r>
          <w:rPr>
            <w:color w:val="0000EE"/>
            <w:u w:val="single"/>
          </w:rPr>
          <w:t>https://en.wikipedia.org/wiki/Brisbane_Pride_Festival</w:t>
        </w:r>
      </w:hyperlink>
      <w:r>
        <w:t xml:space="preserve"> - This Wikipedia page provides a comprehensive overview of the Brisbane Pride Festival, an annual event in Brisbane, Queensland, Australia, celebrating queer culture. It includes information on the festival's history, key events like Fair Day and the Rally &amp; March, and its significance in promoting acceptance and visibility of the LGBTQIA+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brisbane-pride-celebrations-continue-today-despite-postponing-fair-day/244718" TargetMode="External"/><Relationship Id="rId10" Type="http://schemas.openxmlformats.org/officeDocument/2006/relationships/hyperlink" Target="https://www.brisbanepride.org.au/" TargetMode="External"/><Relationship Id="rId11" Type="http://schemas.openxmlformats.org/officeDocument/2006/relationships/hyperlink" Target="https://en.wikipedia.org/wiki/Brisbane_Pride_Festival" TargetMode="External"/><Relationship Id="rId12" Type="http://schemas.openxmlformats.org/officeDocument/2006/relationships/hyperlink" Target="https://australianpridenetwork.com.au/melt-festival-announces-2023-program/" TargetMode="External"/><Relationship Id="rId13" Type="http://schemas.openxmlformats.org/officeDocument/2006/relationships/hyperlink" Target="https://australianpridenetwork.com.au/melt-festival-takes-over-brisbane-powerhouse-this-november/" TargetMode="External"/><Relationship Id="rId14" Type="http://schemas.openxmlformats.org/officeDocument/2006/relationships/hyperlink" Target="https://www.melt.org.au/events/brisbane-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