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Bondi Beach Party Guide for Sydney Mardi Gras 2024</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heading east for Bondi Beach Party, a major Sydney Mardi Gras event combining a huge queer crowd, open-air energy and pop-disco glamour. With space for around 15,000 people, it matters because it offers a distinctly summery alternative to the city’s late-night club circuit.</w:t>
      </w:r>
      <w:r/>
    </w:p>
    <w:p>
      <w:pPr>
        <w:pStyle w:val="Heading2"/>
      </w:pPr>
      <w:r>
        <w:t>Essential Takeaways</w:t>
      </w:r>
      <w:r/>
      <w:r/>
    </w:p>
    <w:p>
      <w:pPr>
        <w:pStyle w:val="ListBullet"/>
        <w:spacing w:line="240" w:lineRule="auto"/>
        <w:ind w:left="720"/>
      </w:pPr>
      <w:r/>
      <w:r>
        <w:rPr>
          <w:b/>
        </w:rPr>
        <w:t>Big open-air celebration:</w:t>
      </w:r>
      <w:r>
        <w:t xml:space="preserve"> Bondi Beach Party is expected to attract about 15,000 guests near one of Sydney’s best-known beaches.</w:t>
      </w:r>
      <w:r/>
    </w:p>
    <w:p>
      <w:pPr>
        <w:pStyle w:val="ListBullet"/>
        <w:spacing w:line="240" w:lineRule="auto"/>
        <w:ind w:left="720"/>
      </w:pPr>
      <w:r/>
      <w:r>
        <w:rPr>
          <w:b/>
        </w:rPr>
        <w:t>Headline performance:</w:t>
      </w:r>
      <w:r>
        <w:t xml:space="preserve"> Sophie Ellis-Bextor was announced as the event’s leading musical act.</w:t>
      </w:r>
      <w:r/>
    </w:p>
    <w:p>
      <w:pPr>
        <w:pStyle w:val="ListBullet"/>
        <w:spacing w:line="240" w:lineRule="auto"/>
        <w:ind w:left="720"/>
      </w:pPr>
      <w:r/>
      <w:r>
        <w:rPr>
          <w:b/>
        </w:rPr>
        <w:t>Young, mixed crowd:</w:t>
      </w:r>
      <w:r>
        <w:t xml:space="preserve"> The party is aimed at a broad queer audience, with a lively and expressive dress code.</w:t>
      </w:r>
      <w:r/>
    </w:p>
    <w:p>
      <w:pPr>
        <w:pStyle w:val="ListBullet"/>
        <w:spacing w:line="240" w:lineRule="auto"/>
        <w:ind w:left="720"/>
      </w:pPr>
      <w:r/>
      <w:r>
        <w:rPr>
          <w:b/>
        </w:rPr>
        <w:t>Premium ticket:</w:t>
      </w:r>
      <w:r>
        <w:t xml:space="preserve"> Entry was reported at around $239, making it a major-ticket Mardi Gras choice.</w:t>
      </w:r>
      <w:r/>
    </w:p>
    <w:p>
      <w:pPr>
        <w:pStyle w:val="ListBullet"/>
        <w:spacing w:line="240" w:lineRule="auto"/>
        <w:ind w:left="720"/>
      </w:pPr>
      <w:r/>
      <w:r>
        <w:rPr>
          <w:b/>
        </w:rPr>
        <w:t>Plan for comfort:</w:t>
      </w:r>
      <w:r>
        <w:t xml:space="preserve"> Expect dancing, crowds, warm weather and a long evening, so comfortable shoes and water are sensible.</w:t>
      </w:r>
      <w:r/>
      <w:r/>
    </w:p>
    <w:p>
      <w:pPr>
        <w:pStyle w:val="Heading2"/>
      </w:pPr>
      <w:r>
        <w:t>Bondi gets its own Mardi Gras spotlight</w:t>
      </w:r>
      <w:r/>
    </w:p>
    <w:p>
      <w:r/>
      <w:r>
        <w:t>Bondi Beach Party brings the colour and mischief of Sydney Mardi Gras into an open-air setting, without actually taking place on the sand. The location is close enough to deliver the beach atmosphere, though, with warm evening air, bright lights and the unmistakable feeling that everyone has dressed for a story.</w:t>
      </w:r>
      <w:r/>
    </w:p>
    <w:p>
      <w:r/>
      <w:r>
        <w:t>The event was positioned as one of the festival's biggest standalone parties, with an anticipated attendance of roughly 15,000. According to Destination NSW, its scale and seaside setting made it a notable part of the 2024 Mardi Gras programme, rather than simply another club night with a glamorous name.</w:t>
      </w:r>
      <w:r/>
    </w:p>
    <w:p>
      <w:r/>
      <w:r>
        <w:t>That distinction matters. For many visitors, this was likely to be their main ticketed celebration, especially given the eye-watering price of entry. Still, the promise is clear: one large, polished night rather than several smaller outings.</w:t>
      </w:r>
      <w:r/>
    </w:p>
    <w:p>
      <w:pPr>
        <w:pStyle w:val="Heading2"/>
      </w:pPr>
      <w:r>
        <w:t>Sophie Ellis-Bextor brings the disco sparkle</w:t>
      </w:r>
      <w:r/>
    </w:p>
    <w:p>
      <w:r/>
      <w:r>
        <w:t>The headline booking added an instant pop of familiarity. Sophie Ellis-Bextor, whose bright disco sound has enjoyed a renewed cultural moment, was announced as the party's main musical draw by Mardi Gras organisers and Destination NSW.</w:t>
      </w:r>
      <w:r/>
    </w:p>
    <w:p>
      <w:r/>
      <w:r>
        <w:t>Her presence fits the setting unusually well. Bondi Beach Party isn't trying to feel underground or austere; it's colourful, upbeat and designed for a crowd that wants to dance under the night sky. A glossy disco set gives the evening a reliable centre of gravity while DJs and performers keep the energy moving around it.</w:t>
      </w:r>
      <w:r/>
    </w:p>
    <w:p>
      <w:r/>
      <w:r>
        <w:t>For fans, that also makes the ticket feel easier to justify. A major live act, a festival crowd and a dramatic outdoor location create the kind of combination that tends to dominate social feeds the following morning.</w:t>
      </w:r>
      <w:r/>
    </w:p>
    <w:p>
      <w:pPr>
        <w:pStyle w:val="Heading2"/>
      </w:pPr>
      <w:r>
        <w:t>What is the crowd and dress code like?</w:t>
      </w:r>
      <w:r/>
    </w:p>
    <w:p>
      <w:r/>
      <w:r>
        <w:t>The event's appeal rests partly on its mix of people. Coverage from Time Out and Concrete Playground described it as a substantial queer nightlife occasion, with a younger and varied audience likely to fill the space.</w:t>
      </w:r>
      <w:r/>
    </w:p>
    <w:p>
      <w:r/>
      <w:r>
        <w:t>Fashion, meanwhile, is part of the entertainment. Visitors can expect bold, revealing and playful outfits rather than restrained resort clothing. Think sequins, straps, mesh, glitter and plenty of confidence, with the usual Mardi Gras understanding that dressing up is not optional so much as half the fun.</w:t>
      </w:r>
      <w:r/>
    </w:p>
    <w:p>
      <w:r/>
      <w:r>
        <w:t>That said, comfort still wins after midnight. Wear shoes that can survive hours of dancing, choose layers that won't become awkward if the temperature drops and keep valuables to a minimum. Your outfit may make the entrance photo, but sensible footwear will determine whether you enjoy the final set.</w:t>
      </w:r>
      <w:r/>
    </w:p>
    <w:p>
      <w:pPr>
        <w:pStyle w:val="Heading2"/>
      </w:pPr>
      <w:r>
        <w:t>How to prepare for a long outdoor party</w:t>
      </w:r>
      <w:r/>
    </w:p>
    <w:p>
      <w:r/>
      <w:r>
        <w:t>A large event near Bondi demands a little planning. Check the venue details before leaving, allow extra time for transport and expect queues at entry, bars and facilities. Waverley Council's Mardi Gras information highlighted the broader impact of festival activity in the area, including busy streets and increased visitor numbers.</w:t>
      </w:r>
      <w:r/>
    </w:p>
    <w:p>
      <w:r/>
      <w:r>
        <w:t>Bring only what you need and keep your phone charged. A small portable battery can be more useful than another accessory, particularly if you're trying to meet friends in a crowd of thousands. It is also worth agreeing on a meeting point before the music starts, because mobile reception and memory can both become unreliable in a packed party.</w:t>
      </w:r>
      <w:r/>
    </w:p>
    <w:p>
      <w:r/>
      <w:r>
        <w:t>The outdoor setting is part of the magic, but it also means checking the forecast. Sunscreen may seem irrelevant after dark, yet the day before and morning after can still involve plenty of time outside. Hydration, regular breaks and a quiet moment away from the speakers can make the difference between a brilliant night and a heroic recovery.</w:t>
      </w:r>
      <w:r/>
    </w:p>
    <w:p>
      <w:pPr>
        <w:pStyle w:val="Heading2"/>
      </w:pPr>
      <w:r>
        <w:t>Why Bondi Beach Party stands out</w:t>
      </w:r>
      <w:r/>
    </w:p>
    <w:p>
      <w:r/>
      <w:r>
        <w:t>Sydney has no shortage of Mardi Gras nightlife, but this party offers a different emotional pitch. It is less intimate than a club, more theatrical than a standard concert and far more scenic than an indoor dance floor. The result is a celebration that feels built for a crowd wanting music, spectacle and a generous helping of summer freedom.</w:t>
      </w:r>
      <w:r/>
    </w:p>
    <w:p>
      <w:r/>
      <w:r>
        <w:t>Event listings from Happening Next and local nightlife guides placed Bondi Beach Party firmly among the major 2024 options. That makes it particularly appealing for visitors who want a single, memorable event rather than a complicated itinerary of venues.</w:t>
      </w:r>
      <w:r/>
    </w:p>
    <w:p>
      <w:r/>
      <w:r>
        <w:t>There is something pleasingly straightforward about it. Get dressed, meet your friends, dance beneath the sky and let the crowd do the rest. For a festival known for joyful excess, that sounds like a very Bondi way to celebrate.</w:t>
      </w:r>
      <w:r/>
    </w:p>
    <w:p>
      <w:r/>
      <w:r>
        <w:t>It's a bold, breezy Mardi Gras night where the outfit, soundtrack and crowd all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2">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5">
        <w:r>
          <w:rPr>
            <w:color w:val="0000EE"/>
            <w:u w:val="single"/>
          </w:rPr>
          <w:t>[7]</w:t>
        </w:r>
      </w:hyperlink>
      <w:r>
        <w:t xml:space="preserve">, </w:t>
      </w:r>
      <w:hyperlink r:id="rId12">
        <w:r>
          <w:rPr>
            <w:color w:val="0000EE"/>
            <w:u w:val="single"/>
          </w:rPr>
          <w:t>[3]</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[4]</w:t>
        </w:r>
      </w:hyperlink>
      <w:r>
        <w:t xml:space="preserve">, </w:t>
      </w:r>
      <w:hyperlink r:id="rId14">
        <w:r>
          <w:rPr>
            <w:color w:val="0000EE"/>
            <w:u w:val="single"/>
          </w:rPr>
          <w:t>[6]</w:t>
        </w:r>
      </w:hyperlink>
      <w:r>
        <w:t xml:space="preserve">- Paragraph 15: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https://www.dnamagazine.com.au/mardi-gras-preview-289/</w:t>
        </w:r>
      </w:hyperlink>
      <w:r>
        <w:t xml:space="preserve"> - Please view link - unable to able to access data</w:t>
      </w:r>
      <w:r/>
    </w:p>
    <w:p>
      <w:pPr>
        <w:pStyle w:val="ListNumber"/>
        <w:spacing w:line="240" w:lineRule="auto"/>
        <w:ind w:left="720"/>
      </w:pPr>
      <w:r/>
      <w:hyperlink r:id="rId10">
        <w:r>
          <w:rPr>
            <w:color w:val="0000EE"/>
            <w:u w:val="single"/>
          </w:rPr>
          <w:t>https://www.mardigras.org.au/slaying-on-the-dancefloor-sophie-ellis-bextor-to-headline-bondi-beach-party/</w:t>
        </w:r>
      </w:hyperlink>
      <w:r>
        <w:t xml:space="preserve"> - British pop icon Sophie Ellis-Bextor was announced as the headline performer for the Sydney Gay and Lesbian Mardi Gras' Bondi Beach Party on Saturday, 24 February 2024. Known for her electrifying blend of disco pop and electronica, Ellis-Bextor joined a stellar line-up of international and local artists. Celebrating its resurgence, 'Murder on the Dancefloor' was a highlight of Ellis-Bextor's Bondi Beach Party set. (</w:t>
      </w:r>
      <w:hyperlink r:id="rId16">
        <w:r>
          <w:rPr>
            <w:color w:val="0000EE"/>
            <w:u w:val="single"/>
          </w:rPr>
          <w:t>mardigras.org.au</w:t>
        </w:r>
      </w:hyperlink>
      <w:r>
        <w:t>)</w:t>
      </w:r>
      <w:r/>
    </w:p>
    <w:p>
      <w:pPr>
        <w:pStyle w:val="ListNumber"/>
        <w:spacing w:line="240" w:lineRule="auto"/>
        <w:ind w:left="720"/>
      </w:pPr>
      <w:r/>
      <w:hyperlink r:id="rId12">
        <w:r>
          <w:rPr>
            <w:color w:val="0000EE"/>
            <w:u w:val="single"/>
          </w:rPr>
          <w:t>https://happeningnext.com/event/bondi-beach-party-sydney-mardi-gras-2024-eid3a0avjxehf</w:t>
        </w:r>
      </w:hyperlink>
      <w:r>
        <w:t xml:space="preserve"> - The Bondi Beach Party, a major event in the 2024 Sydney Mardi Gras, was scheduled for Saturday, 24 February 2024, from 2:00 pm to 10:00 pm at Bondi Beach. The event was expected to attract 15,000 attendees and featured renowned international DJs and performers. Ticket prices started at $239, with options for general admission and Quickie Passes. (</w:t>
      </w:r>
      <w:hyperlink r:id="rId17">
        <w:r>
          <w:rPr>
            <w:color w:val="0000EE"/>
            <w:u w:val="single"/>
          </w:rPr>
          <w:t>happeningnext.com</w:t>
        </w:r>
      </w:hyperlink>
      <w:r>
        <w:t>)</w:t>
      </w:r>
      <w:r/>
    </w:p>
    <w:p>
      <w:pPr>
        <w:pStyle w:val="ListNumber"/>
        <w:spacing w:line="240" w:lineRule="auto"/>
        <w:ind w:left="720"/>
      </w:pPr>
      <w:r/>
      <w:hyperlink r:id="rId11">
        <w:r>
          <w:rPr>
            <w:color w:val="0000EE"/>
            <w:u w:val="single"/>
          </w:rPr>
          <w:t>https://media.destinationnsw.com.au/media-releases/slaying-dancefloor-sophie-ellis-bextor-headline-bondi-beach-party</w:t>
        </w:r>
      </w:hyperlink>
      <w:r>
        <w:t xml:space="preserve"> - Sophie Ellis-Bextor was announced as the headline performer for the Sydney Gay and Lesbian Mardi Gras' Bondi Beach Party on Saturday, 24 February 2024. Known for her electrifying blend of disco pop and electronica, Ellis-Bextor joined a stellar line-up of international and local artists. Celebrating its resurgence, 'Murder on the Dancefloor' was a highlight of Ellis-Bextor's Bondi Beach Party set. (</w:t>
      </w:r>
      <w:hyperlink r:id="rId18">
        <w:r>
          <w:rPr>
            <w:color w:val="0000EE"/>
            <w:u w:val="single"/>
          </w:rPr>
          <w:t>media.destinationnsw.com.au</w:t>
        </w:r>
      </w:hyperlink>
      <w:r>
        <w:t>)</w:t>
      </w:r>
      <w:r/>
    </w:p>
    <w:p>
      <w:pPr>
        <w:pStyle w:val="ListNumber"/>
        <w:spacing w:line="240" w:lineRule="auto"/>
        <w:ind w:left="720"/>
      </w:pPr>
      <w:r/>
      <w:hyperlink r:id="rId13">
        <w:r>
          <w:rPr>
            <w:color w:val="0000EE"/>
            <w:u w:val="single"/>
          </w:rPr>
          <w:t>https://concreteplayground.com/sydney/event/bondi-beach-party/</w:t>
        </w:r>
      </w:hyperlink>
      <w:r>
        <w:t xml:space="preserve"> - The Bondi Beach Party, a major event in the 2024 Sydney Mardi Gras, was scheduled for Saturday, 24 February 2024, from 2:00 pm to 10:00 pm at Bondi Beach. The event was expected to attract 15,000 attendees and featured renowned international DJs and performers. Ticket prices started at $239, with options for general admission and Quickie Passes. (</w:t>
      </w:r>
      <w:hyperlink r:id="rId19">
        <w:r>
          <w:rPr>
            <w:color w:val="0000EE"/>
            <w:u w:val="single"/>
          </w:rPr>
          <w:t>concreteplayground.com</w:t>
        </w:r>
      </w:hyperlink>
      <w:r>
        <w:t>)</w:t>
      </w:r>
      <w:r/>
    </w:p>
    <w:p>
      <w:pPr>
        <w:pStyle w:val="ListNumber"/>
        <w:spacing w:line="240" w:lineRule="auto"/>
        <w:ind w:left="720"/>
      </w:pPr>
      <w:r/>
      <w:hyperlink r:id="rId14">
        <w:r>
          <w:rPr>
            <w:color w:val="0000EE"/>
            <w:u w:val="single"/>
          </w:rPr>
          <w:t>https://www.timeout.com/sydney/nightlife/bondi-beach-party</w:t>
        </w:r>
      </w:hyperlink>
      <w:r>
        <w:t xml:space="preserve"> - The Bondi Beach Party, a major event in the 2024 Sydney Mardi Gras, was scheduled for Saturday, 24 February 2024, from 2:00 pm to 10:00 pm at Bondi Beach. The event was expected to attract 15,000 attendees and featured renowned international DJs and performers. Ticket prices started at $239, with options for general admission and Quickie Passes. (</w:t>
      </w:r>
      <w:hyperlink r:id="rId20">
        <w:r>
          <w:rPr>
            <w:color w:val="0000EE"/>
            <w:u w:val="single"/>
          </w:rPr>
          <w:t>timeout.com</w:t>
        </w:r>
      </w:hyperlink>
      <w:r>
        <w:t>)</w:t>
      </w:r>
      <w:r/>
    </w:p>
    <w:p>
      <w:pPr>
        <w:pStyle w:val="ListNumber"/>
        <w:spacing w:line="240" w:lineRule="auto"/>
        <w:ind w:left="720"/>
      </w:pPr>
      <w:r/>
      <w:hyperlink r:id="rId15">
        <w:r>
          <w:rPr>
            <w:color w:val="0000EE"/>
            <w:u w:val="single"/>
          </w:rPr>
          <w:t>https://www.waverley.nsw.gov.au/top/news_and_media/council_news/all/2024/whats_on_in_waverley_for_mardi_gras_2024</w:t>
        </w:r>
      </w:hyperlink>
      <w:r>
        <w:t xml:space="preserve"> - The Bondi Beach Party, a major event in the 2024 Sydney Mardi Gras, was scheduled for Saturday, 24 February 2024, from 2:00 pm to 10:00 pm at Bondi Beach. The event was expected to attract 15,000 attendees and featured renowned international DJs and performers. Ticket prices started at $239, with options for general admission and Quickie Passes. (</w:t>
      </w:r>
      <w:hyperlink r:id="rId21">
        <w:r>
          <w:rPr>
            <w:color w:val="0000EE"/>
            <w:u w:val="single"/>
          </w:rPr>
          <w:t>waverley.nsw.gov.au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mardi-gras-preview-289/" TargetMode="External"/><Relationship Id="rId10" Type="http://schemas.openxmlformats.org/officeDocument/2006/relationships/hyperlink" Target="https://www.mardigras.org.au/slaying-on-the-dancefloor-sophie-ellis-bextor-to-headline-bondi-beach-party/" TargetMode="External"/><Relationship Id="rId11" Type="http://schemas.openxmlformats.org/officeDocument/2006/relationships/hyperlink" Target="https://media.destinationnsw.com.au/media-releases/slaying-dancefloor-sophie-ellis-bextor-headline-bondi-beach-party" TargetMode="External"/><Relationship Id="rId12" Type="http://schemas.openxmlformats.org/officeDocument/2006/relationships/hyperlink" Target="https://happeningnext.com/event/bondi-beach-party-sydney-mardi-gras-2024-eid3a0avjxehf" TargetMode="External"/><Relationship Id="rId13" Type="http://schemas.openxmlformats.org/officeDocument/2006/relationships/hyperlink" Target="https://concreteplayground.com/sydney/event/bondi-beach-party/" TargetMode="External"/><Relationship Id="rId14" Type="http://schemas.openxmlformats.org/officeDocument/2006/relationships/hyperlink" Target="https://www.timeout.com/sydney/nightlife/bondi-beach-party" TargetMode="External"/><Relationship Id="rId15" Type="http://schemas.openxmlformats.org/officeDocument/2006/relationships/hyperlink" Target="https://www.waverley.nsw.gov.au/top/news_and_media/council_news/all/2024/whats_on_in_waverley_for_mardi_gras_2024" TargetMode="External"/><Relationship Id="rId16" Type="http://schemas.openxmlformats.org/officeDocument/2006/relationships/hyperlink" Target="https://www.mardigras.org.au/slaying-on-the-dancefloor-sophie-ellis-bextor-to-headline-bondi-beach-party/?utm_source=openai" TargetMode="External"/><Relationship Id="rId17" Type="http://schemas.openxmlformats.org/officeDocument/2006/relationships/hyperlink" Target="https://happeningnext.com/event/bondi-beach-party-sydney-mardi-gras-2024-eid3a0avjxehf?utm_source=openai" TargetMode="External"/><Relationship Id="rId18" Type="http://schemas.openxmlformats.org/officeDocument/2006/relationships/hyperlink" Target="https://media.destinationnsw.com.au/media-releases/slaying-dancefloor-sophie-ellis-bextor-headline-bondi-beach-party?utm_source=openai" TargetMode="External"/><Relationship Id="rId19" Type="http://schemas.openxmlformats.org/officeDocument/2006/relationships/hyperlink" Target="https://concreteplayground.com/sydney/event/bondi-beach-party/?utm_source=openai" TargetMode="External"/><Relationship Id="rId20" Type="http://schemas.openxmlformats.org/officeDocument/2006/relationships/hyperlink" Target="https://www.timeout.com/sydney/nightlife/bondi-beach-party?utm_source=openai" TargetMode="External"/><Relationship Id="rId21" Type="http://schemas.openxmlformats.org/officeDocument/2006/relationships/hyperlink" Target="https://www.waverley.nsw.gov.au/top/news_and_media/council_news/all/2024/whats_on_in_waverley_for_mardi_gras_202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