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Adelaide film festival condemns alleged homophobic attack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 organisers have condemned an alleged homophobic attack in Adelaide after a patron attending a queer cinema celebration was reportedly assaulted while travelling home. The incident has prompted solidarity from Adelaide Film Festival and Feast Festival, a police appeal for information, and renewed calls for LGBTQIA+ people to feel safe across the city.</w:t>
      </w:r>
      <w:r/>
    </w:p>
    <w:p>
      <w:pPr>
        <w:pStyle w:val="Heading2"/>
      </w:pPr>
      <w:r>
        <w:t>Essential Takeaways</w:t>
      </w:r>
      <w:r/>
      <w:r/>
    </w:p>
    <w:p>
      <w:pPr>
        <w:pStyle w:val="ListBullet"/>
        <w:spacing w:line="240" w:lineRule="auto"/>
        <w:ind w:left="720"/>
      </w:pPr>
      <w:r/>
      <w:r>
        <w:rPr>
          <w:b/>
        </w:rPr>
        <w:t>A serious alleged assault:</w:t>
      </w:r>
      <w:r>
        <w:t xml:space="preserve"> Police say a man was attacked by a group of men in Adelaide’s CBD and suffered injuries requiring hospital treatment.</w:t>
      </w:r>
      <w:r/>
    </w:p>
    <w:p>
      <w:pPr>
        <w:pStyle w:val="ListBullet"/>
        <w:spacing w:line="240" w:lineRule="auto"/>
        <w:ind w:left="720"/>
      </w:pPr>
      <w:r/>
      <w:r>
        <w:rPr>
          <w:b/>
        </w:rPr>
        <w:t>Reported homophobic abuse:</w:t>
      </w:r>
      <w:r>
        <w:t xml:space="preserve"> Festival organisers described the incident as apparently homophobic, while police have not publicly confirmed a motive.</w:t>
      </w:r>
      <w:r/>
    </w:p>
    <w:p>
      <w:pPr>
        <w:pStyle w:val="ListBullet"/>
        <w:spacing w:line="240" w:lineRule="auto"/>
        <w:ind w:left="720"/>
      </w:pPr>
      <w:r/>
      <w:r>
        <w:rPr>
          <w:b/>
        </w:rPr>
        <w:t>Festivals stand together:</w:t>
      </w:r>
      <w:r>
        <w:t xml:space="preserve"> Adelaide Film Festival and Feast Festival condemned homophobia, violence and discrimination.</w:t>
      </w:r>
      <w:r/>
    </w:p>
    <w:p>
      <w:pPr>
        <w:pStyle w:val="ListBullet"/>
        <w:spacing w:line="240" w:lineRule="auto"/>
        <w:ind w:left="720"/>
      </w:pPr>
      <w:r/>
      <w:r>
        <w:rPr>
          <w:b/>
        </w:rPr>
        <w:t>Police want information:</w:t>
      </w:r>
      <w:r>
        <w:t xml:space="preserve"> Anyone who knows more is encouraged to contact South Australia’s Crime Stoppers anonymously.</w:t>
      </w:r>
      <w:r/>
    </w:p>
    <w:p>
      <w:pPr>
        <w:pStyle w:val="ListBullet"/>
        <w:spacing w:line="240" w:lineRule="auto"/>
        <w:ind w:left="720"/>
      </w:pPr>
      <w:r/>
      <w:r>
        <w:rPr>
          <w:b/>
        </w:rPr>
        <w:t>A wider concern:</w:t>
      </w:r>
      <w:r>
        <w:t xml:space="preserve"> The incident has raised difficult questions about safety after LGBTQIA+ events, particularly when audiences are making their way home late at night.</w:t>
      </w:r>
      <w:r/>
      <w:r/>
    </w:p>
    <w:p>
      <w:pPr>
        <w:pStyle w:val="Heading2"/>
      </w:pPr>
      <w:r>
        <w:t>A night celebrating queer cinema ended in violence</w:t>
      </w:r>
      <w:r/>
    </w:p>
    <w:p>
      <w:r/>
      <w:r>
        <w:t xml:space="preserve">A celebration of queer film in Adelaide was followed by an alleged attack that left one patron with broken bones and in hospital. According to the ABC, the man had attended the Adelaide Film Festival’s Saturday Night Party screening of </w:t>
      </w:r>
      <w:r>
        <w:rPr>
          <w:i/>
        </w:rPr>
        <w:t>Jim Queen</w:t>
      </w:r>
      <w:r>
        <w:t xml:space="preserve"> before continuing his evening elsewhere.</w:t>
      </w:r>
      <w:r/>
    </w:p>
    <w:p>
      <w:r/>
      <w:r>
        <w:t>Police said the assault happened at about 3.50am near North Terrace and Bank Street in the city centre. The man was reportedly attacked by several men who did not know him, giving an otherwise celebratory night a deeply unsettling ending.</w:t>
      </w:r>
      <w:r/>
    </w:p>
    <w:p>
      <w:r/>
      <w:r>
        <w:t>Festival chief executive Mat Kesting told the ABC that the incident was reported to the organisation in the days afterwards. He said the man had allegedly experienced homophobic verbal abuse before the violence became physical, and had since left hospital to recover.</w:t>
      </w:r>
      <w:r/>
    </w:p>
    <w:p>
      <w:pPr>
        <w:pStyle w:val="Heading2"/>
      </w:pPr>
      <w:r>
        <w:t>Organisers condemn an apparent homophobic attack</w:t>
      </w:r>
      <w:r/>
    </w:p>
    <w:p>
      <w:r/>
      <w:r>
        <w:t>Adelaide Film Festival and Feast Festival issued a joint statement expressing distress and solidarity with the injured patron and Adelaide’s LGBTQIA+ community. The organisations said the reported nature of the abuse indicated that the incident appeared to be homophobic.</w:t>
      </w:r>
      <w:r/>
    </w:p>
    <w:p>
      <w:r/>
      <w:r>
        <w:t>Their response also stressed that festivals should offer more than entertainment. They can be places where people meet, feel represented and find community, so an attack linked to leaving such an event carries an especially painful sting.</w:t>
      </w:r>
      <w:r/>
    </w:p>
    <w:p>
      <w:r/>
      <w:r>
        <w:t>The festivals said they stood with the person attacked and against homophobic violence and violence of any kind. They also shared support and advocacy resources, including information from the South Australian Rainbow Advocacy Alliance, according to the festivals’ statement.</w:t>
      </w:r>
      <w:r/>
    </w:p>
    <w:p>
      <w:pPr>
        <w:pStyle w:val="Heading2"/>
      </w:pPr>
      <w:r>
        <w:t>Police are still investigating what happened</w:t>
      </w:r>
      <w:r/>
    </w:p>
    <w:p>
      <w:r/>
      <w:r>
        <w:t>South Australia Police are seeking information to help identify those responsible. Investigators have not publicly established a motive, and the police account refers to an assault rather than confirming that it was driven by homophobia.</w:t>
      </w:r>
      <w:r/>
    </w:p>
    <w:p>
      <w:r/>
      <w:r>
        <w:t>That distinction matters, even as the reported abuse has prompted festival organisers to describe the incident as apparently homophobic. Keeping the investigation factual while supporting the victim allows police to pursue evidence without minimising the community’s concerns.</w:t>
      </w:r>
      <w:r/>
    </w:p>
    <w:p>
      <w:r/>
      <w:r>
        <w:t>Anyone with information can contact Crime Stoppers South Australia online or by calling 1800 333 000 anonymously. People with relevant footage, including material captured around North Terrace, Bank Street or nearby transport routes, may be able to assist the investigation.</w:t>
      </w:r>
      <w:r/>
    </w:p>
    <w:p>
      <w:pPr>
        <w:pStyle w:val="Heading2"/>
      </w:pPr>
      <w:r>
        <w:t>Government leaders join the condemnation</w:t>
      </w:r>
      <w:r/>
    </w:p>
    <w:p>
      <w:r/>
      <w:r>
        <w:t>The alleged attack has also drawn criticism from South Australian ministers. Attorney General Kyam Maher said there was no place for homophobic abuse in the state, while Emergency Services Minister Rhiannon Pearce described the reported assault as appalling, the ABC reported.</w:t>
      </w:r>
      <w:r/>
    </w:p>
    <w:p>
      <w:r/>
      <w:r>
        <w:t>Their comments reflect a broader expectation that public spaces should be safe for everyone, including people leaving LGBTQIA+ events late at night. That sounds basic, but incidents like this show how quickly a shared sense of safety can disappear once crowds thin and people are travelling alone.</w:t>
      </w:r>
      <w:r/>
    </w:p>
    <w:p>
      <w:r/>
      <w:r>
        <w:t>For event organisers, the episode is a reminder that audience care doesn't end when the screening does. Clear travel information, visible support contacts and partnerships with local services can all help, although responsibility for violence always rests with those who commit it.</w:t>
      </w:r>
      <w:r/>
    </w:p>
    <w:p>
      <w:pPr>
        <w:pStyle w:val="Heading2"/>
      </w:pPr>
      <w:r>
        <w:t>Why queer festivals remain important</w:t>
      </w:r>
      <w:r/>
    </w:p>
    <w:p>
      <w:r/>
      <w:r>
        <w:t>The screening itself was described as a warmly received celebration of gay pride. That contrast is striking: a room built around empathy and shared experience, followed by alleged hostility outside it.</w:t>
      </w:r>
      <w:r/>
    </w:p>
    <w:p>
      <w:r/>
      <w:r>
        <w:t>Adelaide Film Festival’s wider 2026 programme is being presented as a space for varied voices and experiences, with Feast Festival helping connect the event to queer culture and community. According to festival announcements, the programme includes dedicated queer cinema and a Saturday night event designed to bring audiences together.</w:t>
      </w:r>
      <w:r/>
    </w:p>
    <w:p>
      <w:r/>
      <w:r>
        <w:t>Film can't prevent violence on its own, but it can challenge the assumptions that allow prejudice to thrive. As organisers look ahead, the hope is that audiences can keep gathering, laughing and heading home without having to calculate whether being visibly themselves makes them less safe.</w:t>
      </w:r>
      <w:r/>
    </w:p>
    <w:p>
      <w:r/>
      <w:r>
        <w:t>It's a small comfort, but standing together is still where safer public spaces begin.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[5]</w:t>
        </w:r>
      </w:hyperlink>
      <w:r>
        <w:t xml:space="preserve">- Paragraph 12: </w:t>
      </w:r>
      <w:hyperlink r:id="rId12">
        <w:r>
          <w:rPr>
            <w:color w:val="0000EE"/>
            <w:u w:val="single"/>
          </w:rPr>
          <w:t>[4]</w:t>
        </w:r>
      </w:hyperlink>
      <w:r>
        <w:t xml:space="preserve">, </w:t>
      </w:r>
      <w:hyperlink r:id="rId14">
        <w:r>
          <w:rPr>
            <w:color w:val="0000EE"/>
            <w:u w:val="single"/>
          </w:rPr>
          <w:t>[5]</w:t>
        </w:r>
      </w:hyperlink>
      <w:r>
        <w:t xml:space="preserve">- Paragraph 13: </w:t>
      </w:r>
      <w:hyperlink r:id="rId11">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https://www.starobserver.com.au/news/everyone-has-the-right-to-feel-safe-adelaide-film-festival-condemns-alleged-homophobic-attack/244722</w:t>
        </w:r>
      </w:hyperlink>
      <w:r>
        <w:t xml:space="preserve"> - Please view link - unable to able to access data</w:t>
      </w:r>
      <w:r/>
    </w:p>
    <w:p>
      <w:pPr>
        <w:pStyle w:val="ListNumber"/>
        <w:spacing w:line="240" w:lineRule="auto"/>
        <w:ind w:left="720"/>
      </w:pPr>
      <w:r/>
      <w:hyperlink r:id="rId10">
        <w:r>
          <w:rPr>
            <w:color w:val="0000EE"/>
            <w:u w:val="single"/>
          </w:rPr>
          <w:t>https://www.abc.net.au/news/2026-10-24/adelaide-film-festival-says-assault-was-homophobic-attack/107301804</w:t>
        </w:r>
      </w:hyperlink>
      <w:r>
        <w:t xml:space="preserve"> - The Adelaide Film Festival has described an assault on a patron in Adelaide's CBD as a 'homophobic attack'. The incident occurred after a screening of the film 'Jim Queen' on October 18, 2026. The victim sustained serious injuries, including broken bones, and was hospitalised. Police are investigating and seeking public assistance. (</w:t>
      </w:r>
      <w:hyperlink r:id="rId15">
        <w:r>
          <w:rPr>
            <w:color w:val="0000EE"/>
            <w:u w:val="single"/>
          </w:rPr>
          <w:t>abc.net.au</w:t>
        </w:r>
      </w:hyperlink>
      <w:r>
        <w:t>)</w:t>
      </w:r>
      <w:r/>
    </w:p>
    <w:p>
      <w:pPr>
        <w:pStyle w:val="ListNumber"/>
        <w:spacing w:line="240" w:lineRule="auto"/>
        <w:ind w:left="720"/>
      </w:pPr>
      <w:r/>
      <w:hyperlink r:id="rId11">
        <w:r>
          <w:rPr>
            <w:color w:val="0000EE"/>
            <w:u w:val="single"/>
          </w:rPr>
          <w:t>https://www.adelaidefilmfestival.org/news/statement-from-adelaide-film-festival-and-feast-festival</w:t>
        </w:r>
      </w:hyperlink>
      <w:r>
        <w:t xml:space="preserve"> - In a joint statement, Adelaide Film Festival and Feast Festival condemned the alleged homophobic attack on a patron following the 'Jim Queen' screening. They expressed solidarity with the injured individual and the LGBTQIA+ community, emphasising the right to safety and respect in Adelaide. (</w:t>
      </w:r>
      <w:hyperlink r:id="rId16">
        <w:r>
          <w:rPr>
            <w:color w:val="0000EE"/>
            <w:u w:val="single"/>
          </w:rPr>
          <w:t>adelaidefilmfestival.org</w:t>
        </w:r>
      </w:hyperlink>
      <w:r>
        <w:t>)</w:t>
      </w:r>
      <w:r/>
    </w:p>
    <w:p>
      <w:pPr>
        <w:pStyle w:val="ListNumber"/>
        <w:spacing w:line="240" w:lineRule="auto"/>
        <w:ind w:left="720"/>
      </w:pPr>
      <w:r/>
      <w:hyperlink r:id="rId12">
        <w:r>
          <w:rPr>
            <w:color w:val="0000EE"/>
            <w:u w:val="single"/>
          </w:rPr>
          <w:t>https://www.adelaidefilmfestival.org/news/aff-announces-first-affif-films-and-saturday-night-party-for-2026</w:t>
        </w:r>
      </w:hyperlink>
      <w:r>
        <w:t xml:space="preserve"> - The Adelaide Film Festival announced the first five films for its 2026 program, including the French animated film 'Jim Queen', which was featured at the Saturday Night Party. The festival also highlighted the AFF Investment Fund-supported films, showcasing diverse storytelling. (</w:t>
      </w:r>
      <w:hyperlink r:id="rId17">
        <w:r>
          <w:rPr>
            <w:color w:val="0000EE"/>
            <w:u w:val="single"/>
          </w:rPr>
          <w:t>new.adelaidefilmfestival.org</w:t>
        </w:r>
      </w:hyperlink>
      <w:r>
        <w:t>)</w:t>
      </w:r>
      <w:r/>
    </w:p>
    <w:p>
      <w:pPr>
        <w:pStyle w:val="ListNumber"/>
        <w:spacing w:line="240" w:lineRule="auto"/>
        <w:ind w:left="720"/>
      </w:pPr>
      <w:r/>
      <w:hyperlink r:id="rId14">
        <w:r>
          <w:rPr>
            <w:color w:val="0000EE"/>
            <w:u w:val="single"/>
          </w:rPr>
          <w:t>https://www.adelaidefilmfestival.org/news/aff-announces-first-ten-films-for-2026</w:t>
        </w:r>
      </w:hyperlink>
      <w:r>
        <w:t xml:space="preserve"> - The Adelaide Film Festival unveiled the first ten films for its 2026 program, featuring a mix of award-winning directors and emerging talents. The lineup includes 'Everytime', 'Josephine', and 'Yo (Love Is A Rebellious Bird)', exploring themes of grief, memory, and creativity. (</w:t>
      </w:r>
      <w:hyperlink r:id="rId18">
        <w:r>
          <w:rPr>
            <w:color w:val="0000EE"/>
            <w:u w:val="single"/>
          </w:rPr>
          <w:t>new.adelaidefilmfestival.org</w:t>
        </w:r>
      </w:hyperlink>
      <w:r>
        <w:t>)</w:t>
      </w:r>
      <w:r/>
    </w:p>
    <w:p>
      <w:pPr>
        <w:pStyle w:val="ListNumber"/>
        <w:spacing w:line="240" w:lineRule="auto"/>
        <w:ind w:left="720"/>
      </w:pPr>
      <w:r/>
      <w:hyperlink r:id="rId13">
        <w:r>
          <w:rPr>
            <w:color w:val="0000EE"/>
            <w:u w:val="single"/>
          </w:rPr>
          <w:t>https://www.adelaidefilmfestival.org/news/aff-launches-2026-program</w:t>
        </w:r>
      </w:hyperlink>
      <w:r>
        <w:t xml:space="preserve"> - The Adelaide Film Festival launched its full 2026 program, presenting 122 films from 52 countries. Highlights include the Opening Night Gala film 'Wild Horse Nine' by Martin McDonagh and the Saturday Night Party screening of 'Jim Queen', a French animated film. (</w:t>
      </w:r>
      <w:hyperlink r:id="rId19">
        <w:r>
          <w:rPr>
            <w:color w:val="0000EE"/>
            <w:u w:val="single"/>
          </w:rPr>
          <w:t>adelaidefilmfestival.org</w:t>
        </w:r>
      </w:hyperlink>
      <w:r>
        <w:t>)</w:t>
      </w:r>
      <w:r/>
    </w:p>
    <w:p>
      <w:pPr>
        <w:pStyle w:val="ListNumber"/>
        <w:spacing w:line="240" w:lineRule="auto"/>
        <w:ind w:left="720"/>
      </w:pPr>
      <w:r/>
      <w:hyperlink r:id="rId12">
        <w:r>
          <w:rPr>
            <w:color w:val="0000EE"/>
            <w:u w:val="single"/>
          </w:rPr>
          <w:t>https://www.adelaidefilmfestival.org/news/aff-announces-first-affif-films-and-saturday-night-party-for-2026</w:t>
        </w:r>
      </w:hyperlink>
      <w:r>
        <w:t xml:space="preserve"> - The Adelaide Film Festival announced the first five films for its 2026 program, including the French animated film 'Jim Queen', which was featured at the Saturday Night Party. The festival also highlighted the AFF Investment Fund-supported films, showcasing diverse storytelling. (</w:t>
      </w:r>
      <w:hyperlink r:id="rId17">
        <w:r>
          <w:rPr>
            <w:color w:val="0000EE"/>
            <w:u w:val="single"/>
          </w:rPr>
          <w:t>new.adelaidefilmfestival.org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everyone-has-the-right-to-feel-safe-adelaide-film-festival-condemns-alleged-homophobic-attack/244722" TargetMode="External"/><Relationship Id="rId10" Type="http://schemas.openxmlformats.org/officeDocument/2006/relationships/hyperlink" Target="https://www.abc.net.au/news/2026-10-24/adelaide-film-festival-says-assault-was-homophobic-attack/107301804" TargetMode="External"/><Relationship Id="rId11" Type="http://schemas.openxmlformats.org/officeDocument/2006/relationships/hyperlink" Target="https://www.adelaidefilmfestival.org/news/statement-from-adelaide-film-festival-and-feast-festival" TargetMode="External"/><Relationship Id="rId12" Type="http://schemas.openxmlformats.org/officeDocument/2006/relationships/hyperlink" Target="https://www.adelaidefilmfestival.org/news/aff-announces-first-affif-films-and-saturday-night-party-for-2026" TargetMode="External"/><Relationship Id="rId13" Type="http://schemas.openxmlformats.org/officeDocument/2006/relationships/hyperlink" Target="https://www.adelaidefilmfestival.org/news/aff-launches-2026-program" TargetMode="External"/><Relationship Id="rId14" Type="http://schemas.openxmlformats.org/officeDocument/2006/relationships/hyperlink" Target="https://www.adelaidefilmfestival.org/news/aff-announces-first-ten-films-for-2026" TargetMode="External"/><Relationship Id="rId15" Type="http://schemas.openxmlformats.org/officeDocument/2006/relationships/hyperlink" Target="https://www.abc.net.au/news/2026-10-24/adelaide-film-festival-says-assault-was-homophobic-attack/107301804?utm_source=openai" TargetMode="External"/><Relationship Id="rId16" Type="http://schemas.openxmlformats.org/officeDocument/2006/relationships/hyperlink" Target="https://www.adelaidefilmfestival.org/news/statement-from-adelaide-film-festival-and-feast-festival?utm_source=openai" TargetMode="External"/><Relationship Id="rId17" Type="http://schemas.openxmlformats.org/officeDocument/2006/relationships/hyperlink" Target="https://new.adelaidefilmfestival.org/news/aff-announces-first-affif-films-and-saturday-night-party-for-2026?utm_source=openai" TargetMode="External"/><Relationship Id="rId18" Type="http://schemas.openxmlformats.org/officeDocument/2006/relationships/hyperlink" Target="https://new.adelaidefilmfestival.org/news/aff-announces-first-ten-films-for-2026?utm_source=openai" TargetMode="External"/><Relationship Id="rId19" Type="http://schemas.openxmlformats.org/officeDocument/2006/relationships/hyperlink" Target="https://www.adelaidefilmfestival.org/news/aff-launches-2026-program?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