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Calling WNBA Bigotry a Culture War Misses the Point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increasingly seeing the WNBA described as a “culture war” battleground, but that phrase can blur the difference between genuine disagreement and targeted abuse. As the league draws bigger audiences and louder political attention, the language used around players matters more than ever, especially when Black and queer athletes are in the spotlight.</w:t>
      </w:r>
      <w:r/>
    </w:p>
    <w:p>
      <w:pPr>
        <w:pStyle w:val="Heading2"/>
      </w:pPr>
      <w:r>
        <w:t>Essential Takeaways</w:t>
      </w:r>
      <w:r/>
      <w:r/>
    </w:p>
    <w:p>
      <w:pPr>
        <w:pStyle w:val="ListBullet"/>
        <w:spacing w:line="240" w:lineRule="auto"/>
        <w:ind w:left="720"/>
      </w:pPr>
      <w:r/>
      <w:r>
        <w:rPr>
          <w:b/>
        </w:rPr>
        <w:t>Euphemisms can obscure harm:</w:t>
      </w:r>
      <w:r>
        <w:t xml:space="preserve"> “Culture war” may make racism, homophobia and transphobia sound like balanced political debate.</w:t>
      </w:r>
      <w:r/>
    </w:p>
    <w:p>
      <w:pPr>
        <w:pStyle w:val="ListBullet"/>
        <w:spacing w:line="240" w:lineRule="auto"/>
        <w:ind w:left="720"/>
      </w:pPr>
      <w:r/>
      <w:r>
        <w:rPr>
          <w:b/>
        </w:rPr>
        <w:t>The WNBA is highly visible:</w:t>
      </w:r>
      <w:r>
        <w:t xml:space="preserve"> Bigger audiences and lucrative deals have brought fresh scrutiny to a league long associated with progressive activism.</w:t>
      </w:r>
      <w:r/>
    </w:p>
    <w:p>
      <w:pPr>
        <w:pStyle w:val="ListBullet"/>
        <w:spacing w:line="240" w:lineRule="auto"/>
        <w:ind w:left="720"/>
      </w:pPr>
      <w:r/>
      <w:r>
        <w:rPr>
          <w:b/>
        </w:rPr>
        <w:t>Security became a spectacle:</w:t>
      </w:r>
      <w:r>
        <w:t xml:space="preserve"> Enes Kanter Freedom’s appearance at the WNBA Finals drew competing accounts over access, protection and publicity.</w:t>
      </w:r>
      <w:r/>
    </w:p>
    <w:p>
      <w:pPr>
        <w:pStyle w:val="ListBullet"/>
        <w:spacing w:line="240" w:lineRule="auto"/>
        <w:ind w:left="720"/>
      </w:pPr>
      <w:r/>
      <w:r>
        <w:rPr>
          <w:b/>
        </w:rPr>
        <w:t>The league has a proud history:</w:t>
      </w:r>
      <w:r>
        <w:t xml:space="preserve"> WNBA players have repeatedly used their platforms to support racial justice and political causes.</w:t>
      </w:r>
      <w:r/>
    </w:p>
    <w:p>
      <w:pPr>
        <w:pStyle w:val="ListBullet"/>
        <w:spacing w:line="240" w:lineRule="auto"/>
        <w:ind w:left="720"/>
      </w:pPr>
      <w:r/>
      <w:r>
        <w:rPr>
          <w:b/>
        </w:rPr>
        <w:t>Context matters:</w:t>
      </w:r>
      <w:r>
        <w:t xml:space="preserve"> Good sports journalism should explain power, identity and safety, not simply package hostility as controversy.</w:t>
      </w:r>
      <w:r/>
      <w:r/>
    </w:p>
    <w:p>
      <w:pPr>
        <w:pStyle w:val="Heading2"/>
      </w:pPr>
      <w:r>
        <w:t>The phrase sounds neutral, but the stakes aren't</w:t>
      </w:r>
      <w:r/>
    </w:p>
    <w:p>
      <w:r/>
      <w:r>
        <w:t>The word “culture” can make almost any confrontation sound abstract, even cosy. Add “war” and the result feels like a clash between two equally matched camps, rather than harassment aimed at particular people. That distinction matters when the target is a Black or queer athlete simply trying to work.</w:t>
      </w:r>
      <w:r/>
    </w:p>
    <w:p>
      <w:r/>
      <w:r>
        <w:t>Coverage examined by NewsOne argues that calling WNBA racism or homophobia a “culture war” launders hostility into something more respectable. The phrase can suggest that one side is defending human rights while the other is merely expressing a different opinion, an equivalence that collapses under closer inspection.</w:t>
      </w:r>
      <w:r/>
    </w:p>
    <w:p>
      <w:r/>
      <w:r>
        <w:t>There is, of course, room for fair criticism of fouls, officiating, tactics and league policy. But criticism of a basketball play is not the same thing as a campaign that questions whether certain players belong. The vocabulary should be able to tell the difference.</w:t>
      </w:r>
      <w:r/>
    </w:p>
    <w:p>
      <w:pPr>
        <w:pStyle w:val="Heading2"/>
      </w:pPr>
      <w:r>
        <w:t>Why the WNBA became such a loud political target</w:t>
      </w:r>
      <w:r/>
    </w:p>
    <w:p>
      <w:r/>
      <w:r>
        <w:t>The league's growth has changed its visibility. More viewers, larger commercial deals and a wave of attention around high-profile players have brought new fans, but they've also made the WNBA more useful to commentators looking for a symbolic political arena.</w:t>
      </w:r>
      <w:r/>
    </w:p>
    <w:p>
      <w:r/>
      <w:r>
        <w:t>That tension is especially sharp because the league's culture has long been shaped by Black women, queer athletes and players who have spoken openly about social justice. The Guardian and other outlets reported on the incident involving former NBA player Enes Kanter Freedom at the Finals, showing how quickly a security dispute could be folded into a broader political performance.</w:t>
      </w:r>
      <w:r/>
    </w:p>
    <w:p>
      <w:r/>
      <w:r>
        <w:t>The basic pattern is familiar: a sports story starts with an ordinary question, then becomes a proxy argument about gender, race, authority or national identity. By the end, the basketball itself can feel like the least discussed part of the evening.</w:t>
      </w:r>
      <w:r/>
    </w:p>
    <w:p>
      <w:pPr>
        <w:pStyle w:val="Heading2"/>
      </w:pPr>
      <w:r>
        <w:t>A security dispute became political theatre</w:t>
      </w:r>
      <w:r/>
    </w:p>
    <w:p>
      <w:r/>
      <w:r>
        <w:t>According to CBS Sports, Kanter Freedom's Game 3 appearance involved a dispute over security arrangements and his access to the arena. Reports said he had raised personal safety concerns, was offered a more secure viewing arrangement, and later objected to what he described publicly as exclusion.</w:t>
      </w:r>
      <w:r/>
    </w:p>
    <w:p>
      <w:r/>
      <w:r>
        <w:t>The Daily Beast and The Guardian also covered the episode, which quickly spread beyond the venue and into social media. That escalation is worth noting because public safety isn't a prop. When security resources are requested, changed or challenged in front of cameras, genuine concerns can become tangled with personal branding and political messaging.</w:t>
      </w:r>
      <w:r/>
    </w:p>
    <w:p>
      <w:r/>
      <w:r>
        <w:t>For players, the consequences are more serious. A busy arena, a hostile online audience and heightened media attention can create a different working environment from the one fans see on court. The sensible response is not to assume every claim is true or false, but to demand clear reporting and consistent standards.</w:t>
      </w:r>
      <w:r/>
    </w:p>
    <w:p>
      <w:pPr>
        <w:pStyle w:val="Heading2"/>
      </w:pPr>
      <w:r>
        <w:t>The league's identity was built long before the latest argument</w:t>
      </w:r>
      <w:r/>
    </w:p>
    <w:p>
      <w:r/>
      <w:r>
        <w:t>The WNBA didn't suddenly become political because commentators discovered its players' views. From the league's early years, athletes have pushed against narrow expectations about femininity, appearance and acceptable public behaviour.</w:t>
      </w:r>
      <w:r/>
    </w:p>
    <w:p>
      <w:r/>
      <w:r>
        <w:t>That evolution is visible in the tunnel before games, where tailored suits, bold styling and high-fashion looks have become part of the spectacle. It isn't merely decoration. Clothing, presentation and confidence can be ways for players to control how they're seen in a sporting culture that has often tried to define women for them.</w:t>
      </w:r>
      <w:r/>
    </w:p>
    <w:p>
      <w:r/>
      <w:r>
        <w:t>The league's history of activism is just as established. During the 2020 season, players supported Black Lives Matter and honoured Breonna Taylor, while their confrontation with then-Atlanta Dream owner Kelly Loeffler helped turn a basketball platform into a significant political force. Treating today's debates as an unexpected disruption ignores that history.</w:t>
      </w:r>
      <w:r/>
    </w:p>
    <w:p>
      <w:pPr>
        <w:pStyle w:val="Heading2"/>
      </w:pPr>
      <w:r>
        <w:t>Better coverage starts with more precise language</w:t>
      </w:r>
      <w:r/>
    </w:p>
    <w:p>
      <w:r/>
      <w:r>
        <w:t>Sports journalism has a difficult job: it must describe the action, investigate the institutions around it and explain why a story matters. That requires more than repeating the loudest framing from a television panel or social-media campaign.</w:t>
      </w:r>
      <w:r/>
    </w:p>
    <w:p>
      <w:r/>
      <w:r>
        <w:t>A useful test is simple. What exactly happened, who was affected and what power was involved? If the answer is racial harassment, call it racial harassment. If it's homophobia, say so. If it's a legitimate policy dispute, explain the policy rather than hiding behind a broad phrase that makes every argument sound symmetrical.</w:t>
      </w:r>
      <w:r/>
    </w:p>
    <w:p>
      <w:r/>
      <w:r>
        <w:t>That precision will matter as the WNBA grows. New fans deserve the excitement, style and fierce competition, but they also deserve the context behind the noise. The league's future shouldn't require players to surrender their identity in exchange for mainstream approval.</w:t>
      </w:r>
      <w:r/>
    </w:p>
    <w:p>
      <w:r/>
      <w:r>
        <w:t>Choose language that describes the behaviour, not just the controversy.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2">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https://newsone.com/6874696/culture-war-euphemism-camouflages-bigotry-wnba/</w:t>
        </w:r>
      </w:hyperlink>
      <w:r>
        <w:t xml:space="preserve"> - Please view link - unable to able to access data</w:t>
      </w:r>
      <w:r/>
    </w:p>
    <w:p>
      <w:pPr>
        <w:pStyle w:val="ListNumber"/>
        <w:spacing w:line="240" w:lineRule="auto"/>
        <w:ind w:left="720"/>
      </w:pPr>
      <w:r/>
      <w:hyperlink r:id="rId10">
        <w:r>
          <w:rPr>
            <w:color w:val="0000EE"/>
            <w:u w:val="single"/>
          </w:rPr>
          <w:t>https://www.apnews.com/article/fd3c82431629126c274a971a6ba8eb54</w:t>
        </w:r>
      </w:hyperlink>
      <w:r>
        <w:t xml:space="preserve"> - Former NBA player Enes Kanter Freedom announced his intention to attend Game 3 of the WNBA Finals in Atlanta. This follows a previous incident in August where he was ejected from a WNBA game after a confrontation with Chicago Sky guard Natasha Cloud. Freedom's decision to identify as a woman and declare for the WNBA Draft was inspired by comments from Golden State Valkyries player Gabby Williams supporting transgender athletes. The WNBA has not commented on Freedom's potential attendance at the Finals.</w:t>
      </w:r>
      <w:r/>
    </w:p>
    <w:p>
      <w:pPr>
        <w:pStyle w:val="ListNumber"/>
        <w:spacing w:line="240" w:lineRule="auto"/>
        <w:ind w:left="720"/>
      </w:pPr>
      <w:r/>
      <w:hyperlink r:id="rId11">
        <w:r>
          <w:rPr>
            <w:color w:val="0000EE"/>
            <w:u w:val="single"/>
          </w:rPr>
          <w:t>https://www.apnews.com/article/b4c1533903a91bef9b48a2274799b154</w:t>
        </w:r>
      </w:hyperlink>
      <w:r>
        <w:t xml:space="preserve"> - Many WNBA teams, including the Golden State Valkyries and Atlanta Dream, have not been on the court for the national anthem before the first two games of the 2026 Finals. This practice has been common for at least six seasons, with teams leaving during the final 10 minutes of warm-ups either to continue preparing or to highlight social justice issues. The league's policy on anthem procedures remains unclear, as it defers decisions to individual teams.</w:t>
      </w:r>
      <w:r/>
    </w:p>
    <w:p>
      <w:pPr>
        <w:pStyle w:val="ListNumber"/>
        <w:spacing w:line="240" w:lineRule="auto"/>
        <w:ind w:left="720"/>
      </w:pPr>
      <w:r/>
      <w:hyperlink r:id="rId12">
        <w:r>
          <w:rPr>
            <w:color w:val="0000EE"/>
            <w:u w:val="single"/>
          </w:rPr>
          <w:t>https://www.cbssports.com/wnba/news/enes-kanter-freedom-game-3-wnba-finals/</w:t>
        </w:r>
      </w:hyperlink>
      <w:r>
        <w:t xml:space="preserve"> - Former NBA player Enes Kanter Freedom claims he was denied entry into Game 3 of the WNBA Finals after refusing to sit in a private suite offered by the Atlanta Dream and State Farm Arena for safety reasons. Freedom had previously been ejected from a WNBA game in August after a confrontation with Chicago Sky guard Natasha Cloud. The WNBA has not commented on Freedom's potential attendance at the Finals.</w:t>
      </w:r>
      <w:r/>
    </w:p>
    <w:p>
      <w:pPr>
        <w:pStyle w:val="ListNumber"/>
        <w:spacing w:line="240" w:lineRule="auto"/>
        <w:ind w:left="720"/>
      </w:pPr>
      <w:r/>
      <w:hyperlink r:id="rId13">
        <w:r>
          <w:rPr>
            <w:color w:val="0000EE"/>
            <w:u w:val="single"/>
          </w:rPr>
          <w:t>https://www.thedailybeast.com/obsessed/ex-nba-star-enes-kanter-freedom-hauled-out-of-sophie-maga-barbie-cunninggham-game/</w:t>
        </w:r>
      </w:hyperlink>
      <w:r>
        <w:t xml:space="preserve"> - Former NBA center and activist Enes Kanter Freedom was ejected from a WNBA game between the Chicago Sky and Indiana Fever after confronting Sky guard Natasha Cloud. Freedom, wearing a shirt reading 'WOMAN. Noun. Adult human female,' stepped onto the court and argued with Cloud following her third-quarter score before security escorted him from Wintrust Arena amid jeers. The incident followed a broader culture-war dispute involving Freedom and Fever guard Sophie Cunningham over whether transgender women should compete in women's sports.</w:t>
      </w:r>
      <w:r/>
    </w:p>
    <w:p>
      <w:pPr>
        <w:pStyle w:val="ListNumber"/>
        <w:spacing w:line="240" w:lineRule="auto"/>
        <w:ind w:left="720"/>
      </w:pPr>
      <w:r/>
      <w:hyperlink r:id="rId14">
        <w:r>
          <w:rPr>
            <w:color w:val="0000EE"/>
            <w:u w:val="single"/>
          </w:rPr>
          <w:t>https://www.theguardian.com/sport/2026/oct/21/enes-kanter-freedom-ejected-wnba-finals-atlanta-dream</w:t>
        </w:r>
      </w:hyperlink>
      <w:r>
        <w:t xml:space="preserve"> - Former NBA player Enes Kanter Freedom was ejected from Game 3 of the WNBA Finals between the Golden State Valkyries and Atlanta Dream after a disagreement over seating arrangements at State Farm Arena. Arena officials had arranged a private suite for Freedom due to safety concerns, but he refused to sit there, leading to his removal from the game. This incident marked the second time this season that Freedom was ejected from a WNBA game.</w:t>
      </w:r>
      <w:r/>
    </w:p>
    <w:p>
      <w:pPr>
        <w:pStyle w:val="ListNumber"/>
        <w:spacing w:line="240" w:lineRule="auto"/>
        <w:ind w:left="720"/>
      </w:pPr>
      <w:r/>
      <w:hyperlink r:id="rId12">
        <w:r>
          <w:rPr>
            <w:color w:val="0000EE"/>
            <w:u w:val="single"/>
          </w:rPr>
          <w:t>https://www.cbssports.com/wnba/news/enes-kanter-freedom-game-3-wnba-finals/</w:t>
        </w:r>
      </w:hyperlink>
      <w:r>
        <w:t xml:space="preserve"> - Former NBA player Enes Kanter Freedom claims he was denied entry into Game 3 of the WNBA Finals after refusing to sit in a private suite offered by the Atlanta Dream and State Farm Arena for safety reasons. Freedom had previously been ejected from a WNBA game in August after a confrontation with Chicago Sky guard Natasha Cloud. The WNBA has not commented on Freedom's potential attendance at the Finals.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one.com/6874696/culture-war-euphemism-camouflages-bigotry-wnba/" TargetMode="External"/><Relationship Id="rId10" Type="http://schemas.openxmlformats.org/officeDocument/2006/relationships/hyperlink" Target="https://www.apnews.com/article/fd3c82431629126c274a971a6ba8eb54" TargetMode="External"/><Relationship Id="rId11" Type="http://schemas.openxmlformats.org/officeDocument/2006/relationships/hyperlink" Target="https://www.apnews.com/article/b4c1533903a91bef9b48a2274799b154" TargetMode="External"/><Relationship Id="rId12" Type="http://schemas.openxmlformats.org/officeDocument/2006/relationships/hyperlink" Target="https://www.cbssports.com/wnba/news/enes-kanter-freedom-game-3-wnba-finals/" TargetMode="External"/><Relationship Id="rId13" Type="http://schemas.openxmlformats.org/officeDocument/2006/relationships/hyperlink" Target="https://www.thedailybeast.com/obsessed/ex-nba-star-enes-kanter-freedom-hauled-out-of-sophie-maga-barbie-cunninggham-game/" TargetMode="External"/><Relationship Id="rId14" Type="http://schemas.openxmlformats.org/officeDocument/2006/relationships/hyperlink" Target="https://www.theguardian.com/sport/2026/oct/21/enes-kanter-freedom-ejected-wnba-finals-atlanta-dre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