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Three Queer Films Worth Adding to Your Autumn Watchlist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a striking trio of queer films this autumn, from a bleak survival drama and a Bolivian prison story to a tender documentary about generational healing. Together, they move beyond familiar formulas, offering tense, intimate and deeply human stories about identity, endurance and the people who help us carry on.</w:t>
      </w:r>
      <w:r/>
    </w:p>
    <w:p>
      <w:pPr>
        <w:pStyle w:val="Heading2"/>
      </w:pPr>
      <w:r>
        <w:t>Essential Takeaways</w:t>
      </w:r>
      <w:r/>
      <w:r/>
    </w:p>
    <w:p>
      <w:pPr>
        <w:pStyle w:val="ListBullet"/>
        <w:spacing w:line="240" w:lineRule="auto"/>
        <w:ind w:left="720"/>
      </w:pPr>
      <w:r/>
      <w:r>
        <w:rPr>
          <w:b/>
        </w:rPr>
        <w:t>Scorch Marks:</w:t>
      </w:r>
      <w:r>
        <w:t xml:space="preserve"> A tense two-hander about survival, abuse and the danger that refuses to stay buried.</w:t>
      </w:r>
      <w:r/>
    </w:p>
    <w:p>
      <w:pPr>
        <w:pStyle w:val="ListBullet"/>
        <w:spacing w:line="240" w:lineRule="auto"/>
        <w:ind w:left="720"/>
      </w:pPr>
      <w:r/>
      <w:r>
        <w:rPr>
          <w:b/>
        </w:rPr>
        <w:t>10 Kilos:</w:t>
      </w:r>
      <w:r>
        <w:t xml:space="preserve"> A prison drama inspired by a real memoir, with an unexpected queer bond at its centre.</w:t>
      </w:r>
      <w:r/>
    </w:p>
    <w:p>
      <w:pPr>
        <w:pStyle w:val="ListBullet"/>
        <w:spacing w:line="240" w:lineRule="auto"/>
        <w:ind w:left="720"/>
      </w:pPr>
      <w:r/>
      <w:r>
        <w:rPr>
          <w:b/>
        </w:rPr>
        <w:t>River of Life, LGBTQ+:</w:t>
      </w:r>
      <w:r>
        <w:t xml:space="preserve"> A documentary bringing queer elders and younger people together through drama therapy.</w:t>
      </w:r>
      <w:r/>
    </w:p>
    <w:p>
      <w:pPr>
        <w:pStyle w:val="ListBullet"/>
        <w:spacing w:line="240" w:lineRule="auto"/>
        <w:ind w:left="720"/>
      </w:pPr>
      <w:r/>
      <w:r>
        <w:rPr>
          <w:b/>
        </w:rPr>
        <w:t>Where to watch:</w:t>
      </w:r>
      <w:r>
        <w:t xml:space="preserve"> The films are arriving across Dekkoo, major streaming platforms and the documentary's official website.</w:t>
      </w:r>
      <w:r/>
      <w:r/>
    </w:p>
    <w:p>
      <w:pPr>
        <w:pStyle w:val="Heading2"/>
      </w:pPr>
      <w:r>
        <w:t>Three very different films, one emotional thread</w:t>
      </w:r>
      <w:r/>
    </w:p>
    <w:p>
      <w:r/>
      <w:r>
        <w:t>This autumn's queer film line-up has plenty of range, but these three titles share a central question: what does it take to survive without losing yourself? The answer looks very different in each film, whether it's hiding in a damaged landscape, navigating a brutal prison or revisiting painful community history.</w:t>
      </w:r>
      <w:r/>
    </w:p>
    <w:p>
      <w:r/>
      <w:r>
        <w:t>The result is a watchlist that feels less like a collection of neat genre exercises and more like a conversation. There are scares, crime-film tension and moments of genuine warmth, but the strongest element is the way each story treats resilience as complicated, costly and often shared.</w:t>
      </w:r>
      <w:r/>
    </w:p>
    <w:p>
      <w:pPr>
        <w:pStyle w:val="Heading2"/>
      </w:pPr>
      <w:r>
        <w:t>Scorch Marks makes survival intensely personal</w:t>
      </w:r>
      <w:r/>
    </w:p>
    <w:p>
      <w:r/>
      <w:r>
        <w:t>In Scorch Marks, Beckett wakes to a world that appears to have collapsed. The more frightening discovery, however, is that Joel, his abusive former husband, is still there. As a larger threat approaches, the pair are pushed into a confrontation that turns the film's post-apocalyptic setting into something close, claustrophobic and painfully personal.</w:t>
      </w:r>
      <w:r/>
    </w:p>
    <w:p>
      <w:r/>
      <w:r>
        <w:t>Brandon Shypkowski gives Beckett a bruised, grounded presence, while Chris Salvatore brings a colder edge to Joel. Dekkoo announced that the film is streaming exclusively on its service, making it a natural pick for viewers after a queer thriller with a sharp psychological bite.</w:t>
      </w:r>
      <w:r/>
    </w:p>
    <w:p>
      <w:r/>
      <w:r>
        <w:t>The film's appeal lies in that contrast between enormous stakes and intimate damage. The ruined world may look dramatic, but the real tension comes from watching someone decide whether survival can mean more than simply staying alive.</w:t>
      </w:r>
      <w:r/>
    </w:p>
    <w:p>
      <w:pPr>
        <w:pStyle w:val="Heading2"/>
      </w:pPr>
      <w:r>
        <w:t>10 Kilos turns a crime story into an unlikely alliance</w:t>
      </w:r>
      <w:r/>
    </w:p>
    <w:p>
      <w:r/>
      <w:r>
        <w:t>10 Kilos begins with a shocking premise. Inspired by Sharon Yitzhaki's memoir, it follows a young woman arrested at La Paz airport after being caught carrying ten kilos of cocaine and sent to Bolivia's Miraflores prison.</w:t>
      </w:r>
      <w:r/>
    </w:p>
    <w:p>
      <w:r/>
      <w:r>
        <w:t>That set-up promises a conventional crime thriller, yet the story takes a more surprising route. Inside prison, Sharon forms a bond with a transgender inmate who becomes both a source of protection and a reflection of the person she might become. Their relationship gives the film an emotional centre, rather than leaving it as a simple tale of criminal danger.</w:t>
      </w:r>
      <w:r/>
    </w:p>
    <w:p>
      <w:r/>
      <w:r>
        <w:t>The film is being distributed by Breaking Glass Pictures and is listed for release across major streaming platforms. For viewers choosing a queer prison drama, the most compelling reason to watch may be its interest in transformation: Sharon doesn't merely learn how to endure the prison system, she changes within it.</w:t>
      </w:r>
      <w:r/>
    </w:p>
    <w:p>
      <w:pPr>
        <w:pStyle w:val="Heading2"/>
      </w:pPr>
      <w:r>
        <w:t>River of Life, LGBTQ+ finds hope between generations</w:t>
      </w:r>
      <w:r/>
    </w:p>
    <w:p>
      <w:r/>
      <w:r>
        <w:t>River of Life, LGBTQ+ takes a gentler but no less powerful approach. The documentary uses drama therapy to bring queer elders and young people into the same space, allowing them to revisit bar raids, the AIDS crisis, protest movements and the backlash still facing LGBTQ+ communities.</w:t>
      </w:r>
      <w:r/>
    </w:p>
    <w:p>
      <w:r/>
      <w:r>
        <w:t>Its participants span several generations and experiences, including a non-binary elder, a trans therapist and a young Black queer person wrestling with how different parts of their identity are understood within LGBTQ+ spaces. That breadth gives the film a textured feel, rather than presenting the community as a single, simplified experience.</w:t>
      </w:r>
      <w:r/>
    </w:p>
    <w:p>
      <w:r/>
      <w:r>
        <w:t>The documentary is scheduled to release on National Coming Out Day, 11 October 2026, through its official website. Its most affecting idea is also its simplest: history can hurt, but conversation may help people inherit more than trauma.</w:t>
      </w:r>
      <w:r/>
    </w:p>
    <w:p>
      <w:pPr>
        <w:pStyle w:val="Heading2"/>
      </w:pPr>
      <w:r>
        <w:t>How to choose your next queer film</w:t>
      </w:r>
      <w:r/>
    </w:p>
    <w:p>
      <w:r/>
      <w:r>
        <w:t>If you're after tension, Scorch Marks is the obvious first stop. It's compact, uneasy and built around the kind of relationship where every exchange feels loaded. Viewers who prefer a story rooted in real events may find 10 Kilos more gripping, particularly if prison dramas and transformation narratives are already in their comfort zone.</w:t>
      </w:r>
      <w:r/>
    </w:p>
    <w:p>
      <w:r/>
      <w:r>
        <w:t>River of Life, LGBTQ+ suits a different mood. It's reflective rather than relentlessly suspenseful, with space for grief, disagreement and laughter. In other words, this is a watchlist that works whether you want something unsettling, emotionally intense or quietly restorative.</w:t>
      </w:r>
      <w:r/>
    </w:p>
    <w:p>
      <w:r/>
      <w:r>
        <w:t>Taken together, the films also reflect a wider appetite for queer stories that don't fit into one shelf. The characters aren't defined only by romance, and their identities aren't treated as decorative details. Instead, queerness shapes how they understand danger, community, memory and the possibility of a future.</w:t>
      </w:r>
      <w:r/>
    </w:p>
    <w:p>
      <w:pPr>
        <w:pStyle w:val="Heading2"/>
      </w:pPr>
      <w:r>
        <w:t>The autumn watchlist is refreshingly hard to predict</w:t>
      </w:r>
      <w:r/>
    </w:p>
    <w:p>
      <w:r/>
      <w:r>
        <w:t>The strongest common thread here is not genre but persistence. Each film asks what happens after the obvious crisis, when characters must decide who they are once fear, shame or isolation has changed the landscape around them.</w:t>
      </w:r>
      <w:r/>
    </w:p>
    <w:p>
      <w:r/>
      <w:r>
        <w:t>That makes this trio especially appealing for viewers looking beyond predictable seasonal viewing. One may leave you tense, another shaken and the third unexpectedly hopeful. Sometimes that's exactly what a good watchlist should do.</w:t>
      </w:r>
      <w:r/>
    </w:p>
    <w:p>
      <w:r/>
      <w:r>
        <w:t>Explore the three films according to your mood, and make room for stories that stay with you after the credits.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https://hotspotsmagazine.com/2026/10/23/three-queer-films-worth-your-watchlist-this-fall/</w:t>
        </w:r>
      </w:hyperlink>
      <w:r>
        <w:t xml:space="preserve"> - Please view link - unable to able to access data</w:t>
      </w:r>
      <w:r/>
    </w:p>
    <w:p>
      <w:pPr>
        <w:pStyle w:val="ListNumber"/>
        <w:spacing w:line="240" w:lineRule="auto"/>
        <w:ind w:left="720"/>
      </w:pPr>
      <w:r/>
      <w:hyperlink r:id="rId10">
        <w:r>
          <w:rPr>
            <w:color w:val="0000EE"/>
            <w:u w:val="single"/>
          </w:rPr>
          <w:t>https://dekkoo.com/scorch-marks</w:t>
        </w:r>
      </w:hyperlink>
      <w:r>
        <w:t xml:space="preserve"> - 'Scorch Marks' is a queer horror film that follows Beckett, who awakens to a devastated world and confronts the ghost of his abusive ex-husband, Joel. The film explores themes of trauma, survival, and confronting one's past. It is available for streaming exclusively on Dekkoo. (</w:t>
      </w:r>
      <w:hyperlink r:id="rId16">
        <w:r>
          <w:rPr>
            <w:color w:val="0000EE"/>
            <w:u w:val="single"/>
          </w:rPr>
          <w:t>dekkoo.com</w:t>
        </w:r>
      </w:hyperlink>
      <w:r>
        <w:t>)</w:t>
      </w:r>
      <w:r/>
    </w:p>
    <w:p>
      <w:pPr>
        <w:pStyle w:val="ListNumber"/>
        <w:spacing w:line="240" w:lineRule="auto"/>
        <w:ind w:left="720"/>
      </w:pPr>
      <w:r/>
      <w:hyperlink r:id="rId11">
        <w:r>
          <w:rPr>
            <w:color w:val="0000EE"/>
            <w:u w:val="single"/>
          </w:rPr>
          <w:t>https://dekkoo.blog/2026/10/01/scorch-marks-is-now-streaming-exclusively-on-dekkoo/</w:t>
        </w:r>
      </w:hyperlink>
      <w:r>
        <w:t xml:space="preserve"> - This article announces the release of 'Scorch Marks,' a queer horror film blending psychological terror, supernatural horror, and post-apocalyptic suspense. The film is now streaming exclusively on Dekkoo. (</w:t>
      </w:r>
      <w:hyperlink r:id="rId17">
        <w:r>
          <w:rPr>
            <w:color w:val="0000EE"/>
            <w:u w:val="single"/>
          </w:rPr>
          <w:t>dekkoo.blog</w:t>
        </w:r>
      </w:hyperlink>
      <w:r>
        <w:t>)</w:t>
      </w:r>
      <w:r/>
    </w:p>
    <w:p>
      <w:pPr>
        <w:pStyle w:val="ListNumber"/>
        <w:spacing w:line="240" w:lineRule="auto"/>
        <w:ind w:left="720"/>
      </w:pPr>
      <w:r/>
      <w:hyperlink r:id="rId12">
        <w:r>
          <w:rPr>
            <w:color w:val="0000EE"/>
            <w:u w:val="single"/>
          </w:rPr>
          <w:t>https://www.rottentomatoes.com/m/10_kilos</w:t>
        </w:r>
      </w:hyperlink>
      <w:r>
        <w:t xml:space="preserve"> - '10 Kilos' is a drama based on the true story of a young Israeli woman arrested in Bolivia and sent to the notorious Miraflores prison. The film delves into themes of survival, courage, and resilience. It is distributed by Breaking Glass Pictures. (</w:t>
      </w:r>
      <w:hyperlink r:id="rId18">
        <w:r>
          <w:rPr>
            <w:color w:val="0000EE"/>
            <w:u w:val="single"/>
          </w:rPr>
          <w:t>rottentomatoes.com</w:t>
        </w:r>
      </w:hyperlink>
      <w:r>
        <w:t>)</w:t>
      </w:r>
      <w:r/>
    </w:p>
    <w:p>
      <w:pPr>
        <w:pStyle w:val="ListNumber"/>
        <w:spacing w:line="240" w:lineRule="auto"/>
        <w:ind w:left="720"/>
      </w:pPr>
      <w:r/>
      <w:hyperlink r:id="rId14">
        <w:r>
          <w:rPr>
            <w:color w:val="0000EE"/>
            <w:u w:val="single"/>
          </w:rPr>
          <w:t>https://www.celluloidz.com/cinema/scorch-marks-la-gagnante-de-dragula-vander-von-odd-devient-tiamat/</w:t>
        </w:r>
      </w:hyperlink>
      <w:r>
        <w:t xml:space="preserve"> - This article reveals that Vander Von Odd, winner of the first season of the drag horror show 'Dragula,' portrays Tiamat in 'Scorch Marks.' The film is available for streaming on Dekkoo in France. (</w:t>
      </w:r>
      <w:hyperlink r:id="rId19">
        <w:r>
          <w:rPr>
            <w:color w:val="0000EE"/>
            <w:u w:val="single"/>
          </w:rPr>
          <w:t>celluloidz.com</w:t>
        </w:r>
      </w:hyperlink>
      <w:r>
        <w:t>)</w:t>
      </w:r>
      <w:r/>
    </w:p>
    <w:p>
      <w:pPr>
        <w:pStyle w:val="ListNumber"/>
        <w:spacing w:line="240" w:lineRule="auto"/>
        <w:ind w:left="720"/>
      </w:pPr>
      <w:r/>
      <w:hyperlink r:id="rId15">
        <w:r>
          <w:rPr>
            <w:color w:val="0000EE"/>
            <w:u w:val="single"/>
          </w:rPr>
          <w:t>https://www.metroweekly.com/2026/10/scorch-marks-review/</w:t>
        </w:r>
      </w:hyperlink>
      <w:r>
        <w:t xml:space="preserve"> - A review of 'Scorch Marks' describes it as a queer apocalyptic horror film that focuses on the relationship between Beckett and his abusive ex-husband, Joel. The review notes the film's exploration of trauma and survival. (</w:t>
      </w:r>
      <w:hyperlink r:id="rId20">
        <w:r>
          <w:rPr>
            <w:color w:val="0000EE"/>
            <w:u w:val="single"/>
          </w:rPr>
          <w:t>metroweekly.com</w:t>
        </w:r>
      </w:hyperlink>
      <w:r>
        <w:t>)</w:t>
      </w:r>
      <w:r/>
    </w:p>
    <w:p>
      <w:pPr>
        <w:pStyle w:val="ListNumber"/>
        <w:spacing w:line="240" w:lineRule="auto"/>
        <w:ind w:left="720"/>
      </w:pPr>
      <w:r/>
      <w:hyperlink r:id="rId13">
        <w:r>
          <w:rPr>
            <w:color w:val="0000EE"/>
            <w:u w:val="single"/>
          </w:rPr>
          <w:t>https://www.imdb.com/title/tt37059678/</w:t>
        </w:r>
      </w:hyperlink>
      <w:r>
        <w:t xml:space="preserve"> - 'Scorch Marks' is a 2026 drama-horror-thriller film directed by Brendan Haley. The IMDb page provides information about the cast, including Tiffany Shepis, Chris Salvatore, and Peter Stickles. (</w:t>
      </w:r>
      <w:hyperlink r:id="rId21">
        <w:r>
          <w:rPr>
            <w:color w:val="0000EE"/>
            <w:u w:val="single"/>
          </w:rPr>
          <w:t>imdb.com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tspotsmagazine.com/2026/10/23/three-queer-films-worth-your-watchlist-this-fall/" TargetMode="External"/><Relationship Id="rId10" Type="http://schemas.openxmlformats.org/officeDocument/2006/relationships/hyperlink" Target="https://dekkoo.com/scorch-marks" TargetMode="External"/><Relationship Id="rId11" Type="http://schemas.openxmlformats.org/officeDocument/2006/relationships/hyperlink" Target="https://dekkoo.blog/2026/10/01/scorch-marks-is-now-streaming-exclusively-on-dekkoo/" TargetMode="External"/><Relationship Id="rId12" Type="http://schemas.openxmlformats.org/officeDocument/2006/relationships/hyperlink" Target="https://www.rottentomatoes.com/m/10_kilos" TargetMode="External"/><Relationship Id="rId13" Type="http://schemas.openxmlformats.org/officeDocument/2006/relationships/hyperlink" Target="https://www.imdb.com/title/tt37059678/" TargetMode="External"/><Relationship Id="rId14" Type="http://schemas.openxmlformats.org/officeDocument/2006/relationships/hyperlink" Target="https://www.celluloidz.com/cinema/scorch-marks-la-gagnante-de-dragula-vander-von-odd-devient-tiamat/" TargetMode="External"/><Relationship Id="rId15" Type="http://schemas.openxmlformats.org/officeDocument/2006/relationships/hyperlink" Target="https://www.metroweekly.com/2026/10/scorch-marks-review/" TargetMode="External"/><Relationship Id="rId16" Type="http://schemas.openxmlformats.org/officeDocument/2006/relationships/hyperlink" Target="https://dekkoo.com/scorch-marks?utm_source=openai" TargetMode="External"/><Relationship Id="rId17" Type="http://schemas.openxmlformats.org/officeDocument/2006/relationships/hyperlink" Target="https://dekkoo.blog/2026/10/01/scorch-marks-is-now-streaming-exclusively-on-dekkoo/?utm_source=openai" TargetMode="External"/><Relationship Id="rId18" Type="http://schemas.openxmlformats.org/officeDocument/2006/relationships/hyperlink" Target="https://www.rottentomatoes.com/m/10_kilos?utm_source=openai" TargetMode="External"/><Relationship Id="rId19" Type="http://schemas.openxmlformats.org/officeDocument/2006/relationships/hyperlink" Target="https://www.celluloidz.com/cinema/scorch-marks-la-gagnante-de-dragula-vander-von-odd-devient-tiamat/?utm_source=openai" TargetMode="External"/><Relationship Id="rId20" Type="http://schemas.openxmlformats.org/officeDocument/2006/relationships/hyperlink" Target="https://www.metroweekly.com/2026/10/scorch-marks-review/?utm_source=openai" TargetMode="External"/><Relationship Id="rId21" Type="http://schemas.openxmlformats.org/officeDocument/2006/relationships/hyperlink" Target="https://www.imdb.com/title/tt3705967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