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MCM Comic Con London 2026: A Queer-Friendly Cosplay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heading to MCM Comic Con London at ExCeL from 23 to 25 October 2026 for a weekend of cosplay, gaming and pop-culture fun. This year, the event's LGBTQ+ focus is especially visible, with drag performances, queer-led panels and a dedicated drag zone helping visitors find community while celebrating the characters and stories they love.</w:t>
      </w:r>
      <w:r/>
    </w:p>
    <w:p>
      <w:pPr>
        <w:pStyle w:val="Heading2"/>
      </w:pPr>
      <w:r>
        <w:t>Essential Takeaways</w:t>
      </w:r>
      <w:r/>
      <w:r/>
    </w:p>
    <w:p>
      <w:pPr>
        <w:pStyle w:val="ListBullet"/>
        <w:spacing w:line="240" w:lineRule="auto"/>
        <w:ind w:left="720"/>
      </w:pPr>
      <w:r/>
      <w:r>
        <w:rPr>
          <w:b/>
        </w:rPr>
        <w:t>Dates and venue:</w:t>
      </w:r>
      <w:r>
        <w:t xml:space="preserve"> MCM Comic Con London runs from Friday 23 to Sunday 25 October 2026 at ExCeL London.</w:t>
      </w:r>
      <w:r/>
    </w:p>
    <w:p>
      <w:pPr>
        <w:pStyle w:val="ListBullet"/>
        <w:spacing w:line="240" w:lineRule="auto"/>
        <w:ind w:left="720"/>
      </w:pPr>
      <w:r/>
      <w:r>
        <w:rPr>
          <w:b/>
        </w:rPr>
        <w:t>Queer representation:</w:t>
      </w:r>
      <w:r>
        <w:t xml:space="preserve"> The programme includes drag artists, LGBTQ+ panellists and community-focused activities.</w:t>
      </w:r>
      <w:r/>
    </w:p>
    <w:p>
      <w:pPr>
        <w:pStyle w:val="ListBullet"/>
        <w:spacing w:line="240" w:lineRule="auto"/>
        <w:ind w:left="720"/>
      </w:pPr>
      <w:r/>
      <w:r>
        <w:rPr>
          <w:b/>
        </w:rPr>
        <w:t>Fringe entertainment:</w:t>
      </w:r>
      <w:r>
        <w:t xml:space="preserve"> Expect performances including Shrektacular, SlayStation and Gallifrey Cabaret.</w:t>
      </w:r>
      <w:r/>
    </w:p>
    <w:p>
      <w:pPr>
        <w:pStyle w:val="ListBullet"/>
        <w:spacing w:line="240" w:lineRule="auto"/>
        <w:ind w:left="720"/>
      </w:pPr>
      <w:r/>
      <w:r>
        <w:rPr>
          <w:b/>
        </w:rPr>
        <w:t>Tickets:</w:t>
      </w:r>
      <w:r>
        <w:t xml:space="preserve"> Visitors should check the official MCM Comic Con ticket page for current availability, prices and entry information.</w:t>
      </w:r>
      <w:r/>
    </w:p>
    <w:p>
      <w:pPr>
        <w:pStyle w:val="ListBullet"/>
        <w:spacing w:line="240" w:lineRule="auto"/>
        <w:ind w:left="720"/>
      </w:pPr>
      <w:r/>
      <w:r>
        <w:rPr>
          <w:b/>
        </w:rPr>
        <w:t>Cosplay welcome:</w:t>
      </w:r>
      <w:r>
        <w:t xml:space="preserve"> Elaborate costumes are part of the atmosphere, so guests can dress up, admire the craftsmanship and meet fellow fans.</w:t>
      </w:r>
      <w:r/>
      <w:r/>
    </w:p>
    <w:p>
      <w:pPr>
        <w:pStyle w:val="Heading2"/>
      </w:pPr>
      <w:r>
        <w:t>Cosplay feels more at home here</w:t>
      </w:r>
      <w:r/>
    </w:p>
    <w:p>
      <w:r/>
      <w:r>
        <w:t>There’s something wonderfully joyful about spotting a cosplayer on the Tube, especially when everyone else is hurrying through an ordinary morning. A shimmering wig, painted armour or enormous fantasy weapon can turn a routine journey into a tiny parade, and MCM Comic Con London thrives on that sense of playful escape.</w:t>
      </w:r>
      <w:r/>
    </w:p>
    <w:p>
      <w:r/>
      <w:r>
        <w:t xml:space="preserve">The event’s official listings position the London show as a major gathering for fans of comics, games, film, television and anime. ExCeL’s event information also confirms the October 2026 dates, making it one of the capital’s big autumn fixtures for pop-culture fans. </w:t>
      </w:r>
      <w:hyperlink r:id="rId9">
        <w:r>
          <w:rPr>
            <w:color w:val="0000EE"/>
            <w:u w:val="single"/>
          </w:rPr>
          <w:t>[4]</w:t>
        </w:r>
      </w:hyperlink>
      <w:r/>
    </w:p>
    <w:p>
      <w:r/>
      <w:r>
        <w:t>For many visitors, though, the appeal isn’t only the celebrities or shopping halls. It’s the chance to spend a weekend among people who understand why a costume matters, even when it took weeks to build and is slightly too warm for the train home.</w:t>
      </w:r>
      <w:r/>
    </w:p>
    <w:p>
      <w:pPr>
        <w:pStyle w:val="Heading2"/>
      </w:pPr>
      <w:r>
        <w:t>Why queer fans are finding a stronger community</w:t>
      </w:r>
      <w:r/>
    </w:p>
    <w:p>
      <w:r/>
      <w:r>
        <w:t>MCM’s LGBTQ+ presence has grown through a mix of panels, performances and collaborations with community organisations. That matters because fan conventions can offer something increasingly precious: a place where people can be visibly themselves without having to explain every part of who they are.</w:t>
      </w:r>
      <w:r/>
    </w:p>
    <w:p>
      <w:r/>
      <w:r>
        <w:t xml:space="preserve">The official MCM London site highlights the show’s broad programme and varied fan community, while the surrounding ExCeL listings underline the event’s scale. Together, they help explain why the convention has become a useful meeting point for different subcultures, from competitive gaming to drag and cosplay. </w:t>
      </w:r>
      <w:hyperlink r:id="rId10">
        <w:r>
          <w:rPr>
            <w:color w:val="0000EE"/>
            <w:u w:val="single"/>
          </w:rPr>
          <w:t>[2]</w:t>
        </w:r>
      </w:hyperlink>
      <w:r>
        <w:t xml:space="preserve"> </w:t>
      </w:r>
      <w:hyperlink r:id="rId9">
        <w:r>
          <w:rPr>
            <w:color w:val="0000EE"/>
            <w:u w:val="single"/>
          </w:rPr>
          <w:t>[4]</w:t>
        </w:r>
      </w:hyperlink>
      <w:r/>
    </w:p>
    <w:p>
      <w:r/>
      <w:r>
        <w:t>That overlap is particularly natural. Drag and cosplay both play with transformation, character, costume and performance, so bringing them into the same space feels less like a novelty and more like an overdue collaboration.</w:t>
      </w:r>
      <w:r/>
    </w:p>
    <w:p>
      <w:pPr>
        <w:pStyle w:val="Heading2"/>
      </w:pPr>
      <w:r>
        <w:t>Drag gets its own stage</w:t>
      </w:r>
      <w:r/>
    </w:p>
    <w:p>
      <w:r/>
      <w:r>
        <w:t xml:space="preserve">The 2026 programme is set to include MCM Fringe entertainment, with acts such as Shrektacular, SlayStation and Gallifrey Cabaret. Those names suggest a deliberately camp, high-energy mix of comedy, music and genre fandom rather than a conventional stage show. </w:t>
      </w:r>
      <w:hyperlink r:id="rId10">
        <w:r>
          <w:rPr>
            <w:color w:val="0000EE"/>
            <w:u w:val="single"/>
          </w:rPr>
          <w:t>[2]</w:t>
        </w:r>
      </w:hyperlink>
      <w:r/>
    </w:p>
    <w:p>
      <w:r/>
      <w:r>
        <w:t>A dedicated drag zone is another notable development. It gives performers a place to meet fans, sell merchandise and connect with the audience during the day, rather than being treated solely as evening entertainment.</w:t>
      </w:r>
      <w:r/>
    </w:p>
    <w:p>
      <w:r/>
      <w:r>
        <w:t>That distinction is important. A drag performer at a convention isn’t just there to deliver a quick spectacle; they can also be part of the wider fan conversation, swapping costume ideas, discussing favourite characters and enjoying the same nerdy passions as everyone else.</w:t>
      </w:r>
      <w:r/>
    </w:p>
    <w:p>
      <w:pPr>
        <w:pStyle w:val="Heading2"/>
      </w:pPr>
      <w:r>
        <w:t>What visitors should plan before arriving</w:t>
      </w:r>
      <w:r/>
    </w:p>
    <w:p>
      <w:r/>
      <w:r>
        <w:t xml:space="preserve">If you’re considering your first MCM Comic Con, start with the practical details. Check the official ticket page before travelling, as entry options, prices and availability can change, and popular days may sell more quickly than quieter sessions. </w:t>
      </w:r>
      <w:hyperlink r:id="rId11">
        <w:r>
          <w:rPr>
            <w:color w:val="0000EE"/>
            <w:u w:val="single"/>
          </w:rPr>
          <w:t>[3]</w:t>
        </w:r>
      </w:hyperlink>
      <w:r/>
    </w:p>
    <w:p>
      <w:r/>
      <w:r>
        <w:t>Cosplayers should think about comfort as well as impact. Wear shoes you can manage for several hours, bring plasters, and make sure large props comply with the event’s rules. A costume that looks spectacular in photographs is less fun when it becomes a heavy, itchy obstacle by lunchtime.</w:t>
      </w:r>
      <w:r/>
    </w:p>
    <w:p>
      <w:r/>
      <w:r>
        <w:t>It’s also worth planning meeting points in advance. ExCeL is a large venue, mobile signals can be temperamental in crowded spaces, and the person in the impressive Cyberman costume may be harder to spot than expected.</w:t>
      </w:r>
      <w:r/>
    </w:p>
    <w:p>
      <w:pPr>
        <w:pStyle w:val="Heading2"/>
      </w:pPr>
      <w:r>
        <w:t>A bigger picture for fan conventions</w:t>
      </w:r>
      <w:r/>
    </w:p>
    <w:p>
      <w:r/>
      <w:r>
        <w:t xml:space="preserve">MCM Comic Con sits within a wider European convention circuit, attracting gaming, comics and cosplay audiences to London each year. Event listings from Royal Docks and other industry calendars reflect its importance to the area, where major exhibitions bring together visitors from across the UK and beyond. </w:t>
      </w:r>
      <w:hyperlink r:id="rId12">
        <w:r>
          <w:rPr>
            <w:color w:val="0000EE"/>
            <w:u w:val="single"/>
          </w:rPr>
          <w:t>[5]</w:t>
        </w:r>
      </w:hyperlink>
      <w:r>
        <w:t xml:space="preserve"> </w:t>
      </w:r>
      <w:hyperlink r:id="rId13">
        <w:r>
          <w:rPr>
            <w:color w:val="0000EE"/>
            <w:u w:val="single"/>
          </w:rPr>
          <w:t>[6]</w:t>
        </w:r>
      </w:hyperlink>
      <w:r/>
    </w:p>
    <w:p>
      <w:r/>
      <w:r>
        <w:t>The convention’s growing queer programming also reflects a broader shift in what fans expect from large events. People want strong guests and good shopping, of course, but they’re increasingly looking for representation, belonging and spaces that feel welcoming rather than merely busy.</w:t>
      </w:r>
      <w:r/>
    </w:p>
    <w:p>
      <w:r/>
      <w:r>
        <w:t>That may be the real strength of MCM’s drag and LGBTQ+ programming. It doesn’t ask fans to leave their identities at the entrance; it gives them more ways to bring those identities into the celebration. For many visitors, that can make a crowded convention feel surprisingly personal.</w:t>
      </w:r>
      <w:r/>
    </w:p>
    <w:p>
      <w:r/>
      <w:r>
        <w:t>MCM Comic Con London returns to ExCeL from 23 to 25 October 2026.</w:t>
      </w:r>
      <w:r/>
    </w:p>
    <w:p>
      <w:r/>
      <w:r>
        <w:t>It’s a weekend where dressing up, finding your people and loving something wholeheartedly all belong in the same place.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[2]</w:t>
        </w:r>
      </w:hyperlink>
      <w:r>
        <w:t xml:space="preserve">, </w:t>
      </w:r>
      <w:hyperlink r:id="rId9">
        <w:r>
          <w:rPr>
            <w:color w:val="0000EE"/>
            <w:u w:val="single"/>
          </w:rPr>
          <w:t>[4]</w:t>
        </w:r>
      </w:hyperlink>
      <w:r>
        <w:t xml:space="preserve">- Paragraph 3: </w:t>
      </w:r>
      <w:hyperlink r:id="rId15">
        <w:r>
          <w:rPr>
            <w:color w:val="0000EE"/>
            <w:u w:val="single"/>
          </w:rPr>
          <w:t>[7]</w:t>
        </w:r>
      </w:hyperlink>
      <w:r>
        <w:t xml:space="preserve">- Paragraph 4: </w:t>
      </w:r>
      <w:hyperlink r:id="rId10">
        <w:r>
          <w:rPr>
            <w:color w:val="0000EE"/>
            <w:u w:val="single"/>
          </w:rPr>
          <w:t>[2]</w:t>
        </w:r>
      </w:hyperlink>
      <w:r>
        <w:t xml:space="preserve">- Paragraph 5: </w:t>
      </w:r>
      <w:hyperlink r:id="rId9">
        <w:r>
          <w:rPr>
            <w:color w:val="0000EE"/>
            <w:u w:val="single"/>
          </w:rPr>
          <w:t>[4]</w:t>
        </w:r>
      </w:hyperlink>
      <w:r>
        <w:t xml:space="preserve">, </w:t>
      </w:r>
      <w:hyperlink r:id="rId12">
        <w:r>
          <w:rPr>
            <w:color w:val="0000EE"/>
            <w:u w:val="single"/>
          </w:rPr>
          <w:t>[5]</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1">
        <w:r>
          <w:rPr>
            <w:color w:val="0000EE"/>
            <w:u w:val="single"/>
          </w:rPr>
          <w:t>[3]</w:t>
        </w:r>
      </w:hyperlink>
      <w:r>
        <w:t xml:space="preserve">- Paragraph 9: </w:t>
      </w:r>
      <w:hyperlink r:id="rId11">
        <w:r>
          <w:rPr>
            <w:color w:val="0000EE"/>
            <w:u w:val="single"/>
          </w:rPr>
          <w:t>[3]</w:t>
        </w:r>
      </w:hyperlink>
      <w:r>
        <w:t xml:space="preserve">- Paragraph 10: </w:t>
      </w:r>
      <w:hyperlink r:id="rId9">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https://www.thepinknews.com/2026/10/23/mcm-comic-con-london-cosplay-fringe-lgbtq-queer/</w:t>
        </w:r>
      </w:hyperlink>
      <w:r>
        <w:t xml:space="preserve"> - Please view link - unable to able to access data</w:t>
      </w:r>
      <w:r/>
    </w:p>
    <w:p>
      <w:pPr>
        <w:pStyle w:val="ListNumber"/>
        <w:spacing w:line="240" w:lineRule="auto"/>
        <w:ind w:left="720"/>
      </w:pPr>
      <w:r/>
      <w:hyperlink r:id="rId10">
        <w:r>
          <w:rPr>
            <w:color w:val="0000EE"/>
            <w:u w:val="single"/>
          </w:rPr>
          <w:t>https://www.mcmcomiccon.com/london/en-us/home.html</w:t>
        </w:r>
      </w:hyperlink>
      <w:r>
        <w:t xml:space="preserve"> - The official website for MCM London Comic Con provides comprehensive information about the event, including dates, ticket options, and details about the venue. The convention is scheduled to take place from 23 to 25 October 2026 at ExCeL London, offering a three-day celebration of pop culture with a focus on comics, gaming, anime, and more. The site also features links to purchase tickets and access the event schedule.</w:t>
      </w:r>
      <w:r/>
    </w:p>
    <w:p>
      <w:pPr>
        <w:pStyle w:val="ListNumber"/>
        <w:spacing w:line="240" w:lineRule="auto"/>
        <w:ind w:left="720"/>
      </w:pPr>
      <w:r/>
      <w:hyperlink r:id="rId11">
        <w:r>
          <w:rPr>
            <w:color w:val="0000EE"/>
            <w:u w:val="single"/>
          </w:rPr>
          <w:t>https://www.mcmcomiccon.com/london/en-us/tickets.html</w:t>
        </w:r>
      </w:hyperlink>
      <w:r>
        <w:t xml:space="preserve"> - This page on the MCM London Comic Con website outlines ticket options and pricing for the upcoming event. It details various ticket types, including Priority Entry and VIP passes, as well as general entry tickets. The page also provides information on ticket availability, with some options marked as sold out, and offers guidance on purchasing tickets in advance to ensure entry to the convention.</w:t>
      </w:r>
      <w:r/>
    </w:p>
    <w:p>
      <w:pPr>
        <w:pStyle w:val="ListNumber"/>
        <w:spacing w:line="240" w:lineRule="auto"/>
        <w:ind w:left="720"/>
      </w:pPr>
      <w:r/>
      <w:hyperlink r:id="rId9">
        <w:r>
          <w:rPr>
            <w:color w:val="0000EE"/>
            <w:u w:val="single"/>
          </w:rPr>
          <w:t>https://www.excel.london/visitor/whats-on/mcm-comic-con-2026</w:t>
        </w:r>
      </w:hyperlink>
      <w:r>
        <w:t xml:space="preserve"> - ExCeL London's official page for MCM Comic Con 2026 highlights the event's schedule, including opening times for each day and ticketing information. The page emphasizes the convention's focus on pop culture, featuring guests from anime, gaming, TV, and film, as well as independent creators. It also provides practical details such as venue location, accessibility, and transportation options for attendees.</w:t>
      </w:r>
      <w:r/>
    </w:p>
    <w:p>
      <w:pPr>
        <w:pStyle w:val="ListNumber"/>
        <w:spacing w:line="240" w:lineRule="auto"/>
        <w:ind w:left="720"/>
      </w:pPr>
      <w:r/>
      <w:hyperlink r:id="rId12">
        <w:r>
          <w:rPr>
            <w:color w:val="0000EE"/>
            <w:u w:val="single"/>
          </w:rPr>
          <w:t>https://www.royaldocks.london/whats-on/mcm-comic-con-london</w:t>
        </w:r>
      </w:hyperlink>
      <w:r>
        <w:t xml:space="preserve"> - The Royal Docks' website features a listing for MCM Comic Con London 2026, emphasizing the event's role as a major pop culture celebration in the UK. The page provides essential details such as dates, ticket prices, and a brief overview of the convention's offerings, including opportunities to meet voice actors, TV and film stars, and independent creators.</w:t>
      </w:r>
      <w:r/>
    </w:p>
    <w:p>
      <w:pPr>
        <w:pStyle w:val="ListNumber"/>
        <w:spacing w:line="240" w:lineRule="auto"/>
        <w:ind w:left="720"/>
      </w:pPr>
      <w:r/>
      <w:hyperlink r:id="rId13">
        <w:r>
          <w:rPr>
            <w:color w:val="0000EE"/>
            <w:u w:val="single"/>
          </w:rPr>
          <w:t>https://www.stadiongaming.eu/en/events/mcm-comic-con-london-october-2026</w:t>
        </w:r>
      </w:hyperlink>
      <w:r>
        <w:t xml:space="preserve"> - Stadion Gaming's event page for MCM Comic Con London 2026 outlines the convention's focus on pop culture and gaming. It highlights the inclusion of the EGX video game zone, cosplay activities, guest appearances, and hands-on play experiences. The page also notes the event's family-friendly atmosphere and advises attendees to plan their visit in advance due to the large crowds expected.</w:t>
      </w:r>
      <w:r/>
    </w:p>
    <w:p>
      <w:pPr>
        <w:pStyle w:val="ListNumber"/>
        <w:spacing w:line="240" w:lineRule="auto"/>
        <w:ind w:left="720"/>
      </w:pPr>
      <w:r/>
      <w:hyperlink r:id="rId15">
        <w:r>
          <w:rPr>
            <w:color w:val="0000EE"/>
            <w:u w:val="single"/>
          </w:rPr>
          <w:t>https://www.pcgamer.com/gaming-industry/events-conferences/mcm-comic-con-cosplayers-never-fail-to-amaze-me-with-their-outfits-and-hopefully-next-year-my-inspiration-manifests-into-my-own-weekend-pass/</w:t>
        </w:r>
      </w:hyperlink>
      <w:r>
        <w:t xml:space="preserve"> - PC Gamer's article reflects on the impressive cosplay at MCM London Comic Con, highlighting the creativity and dedication of attendees. The piece showcases memorable costumes from the 2025 convention, including detailed outfits from popular franchises. It emphasizes the inclusive nature of cosplay, encouraging fans of all backgrounds and skill levels to participate in future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xcel.london/visitor/whats-on/mcm-comic-con-2026" TargetMode="External"/><Relationship Id="rId10" Type="http://schemas.openxmlformats.org/officeDocument/2006/relationships/hyperlink" Target="https://www.mcmcomiccon.com/london/en-us/home.html" TargetMode="External"/><Relationship Id="rId11" Type="http://schemas.openxmlformats.org/officeDocument/2006/relationships/hyperlink" Target="https://www.mcmcomiccon.com/london/en-us/tickets.html" TargetMode="External"/><Relationship Id="rId12" Type="http://schemas.openxmlformats.org/officeDocument/2006/relationships/hyperlink" Target="https://www.royaldocks.london/whats-on/mcm-comic-con-london" TargetMode="External"/><Relationship Id="rId13" Type="http://schemas.openxmlformats.org/officeDocument/2006/relationships/hyperlink" Target="https://www.stadiongaming.eu/en/events/mcm-comic-con-london-october-2026" TargetMode="External"/><Relationship Id="rId14" Type="http://schemas.openxmlformats.org/officeDocument/2006/relationships/hyperlink" Target="https://www.thepinknews.com/2026/10/23/mcm-comic-con-london-cosplay-fringe-lgbtq-queer/" TargetMode="External"/><Relationship Id="rId15" Type="http://schemas.openxmlformats.org/officeDocument/2006/relationships/hyperlink" Target="https://www.pcgamer.com/gaming-industry/events-conferences/mcm-comic-con-cosplayers-never-fail-to-amaze-me-with-their-outfits-and-hopefully-next-year-my-inspiration-manifests-into-my-own-weekend-pa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