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Georges St-Pierre’s Sex Question Sparks Debate About Gay Identity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Georges St-Pierre’s question about whether sex between men automatically makes someone gay has ignited a lively online debate, after the former UFC champion promoted a podcast conversation with sex therapist Dr Laurie Betito. The discussion matters because sexual behaviour and sexual identity aren’t always the same thing.</w:t>
      </w:r>
      <w:r/>
    </w:p>
    <w:p>
      <w:pPr>
        <w:pStyle w:val="Heading2"/>
      </w:pPr>
      <w:r>
        <w:t>Essential Takeaways</w:t>
      </w:r>
      <w:r/>
      <w:r/>
    </w:p>
    <w:p>
      <w:pPr>
        <w:pStyle w:val="ListBullet"/>
        <w:spacing w:line="240" w:lineRule="auto"/>
        <w:ind w:left="720"/>
      </w:pPr>
      <w:r/>
      <w:r>
        <w:rPr>
          <w:b/>
        </w:rPr>
        <w:t>The question:</w:t>
      </w:r>
      <w:r>
        <w:t xml:space="preserve"> St-Pierre asked whether a man who has sex with men is automatically gay.</w:t>
      </w:r>
      <w:r/>
    </w:p>
    <w:p>
      <w:pPr>
        <w:pStyle w:val="ListBullet"/>
        <w:spacing w:line="240" w:lineRule="auto"/>
        <w:ind w:left="720"/>
      </w:pPr>
      <w:r/>
      <w:r>
        <w:rPr>
          <w:b/>
        </w:rPr>
        <w:t>The setting:</w:t>
      </w:r>
      <w:r>
        <w:t xml:space="preserve"> The post promoted an episode of his podcast featuring sex therapist Dr Laurie Betito.</w:t>
      </w:r>
      <w:r/>
    </w:p>
    <w:p>
      <w:pPr>
        <w:pStyle w:val="ListBullet"/>
        <w:spacing w:line="240" w:lineRule="auto"/>
        <w:ind w:left="720"/>
      </w:pPr>
      <w:r/>
      <w:r>
        <w:rPr>
          <w:b/>
        </w:rPr>
        <w:t>The key distinction:</w:t>
      </w:r>
      <w:r>
        <w:t xml:space="preserve"> Behaviour, attraction and identity can overlap, but they aren’t identical for everyone.</w:t>
      </w:r>
      <w:r/>
    </w:p>
    <w:p>
      <w:pPr>
        <w:pStyle w:val="ListBullet"/>
        <w:spacing w:line="240" w:lineRule="auto"/>
        <w:ind w:left="720"/>
      </w:pPr>
      <w:r/>
      <w:r>
        <w:rPr>
          <w:b/>
        </w:rPr>
        <w:t>The wider context:</w:t>
      </w:r>
      <w:r>
        <w:t xml:space="preserve"> Public-health organisations commonly describe behaviour separately from personal identity.</w:t>
      </w:r>
      <w:r/>
    </w:p>
    <w:p>
      <w:pPr>
        <w:pStyle w:val="ListBullet"/>
        <w:spacing w:line="240" w:lineRule="auto"/>
        <w:ind w:left="720"/>
      </w:pPr>
      <w:r/>
      <w:r>
        <w:rPr>
          <w:b/>
        </w:rPr>
        <w:t>The online reaction:</w:t>
      </w:r>
      <w:r>
        <w:t xml:space="preserve"> Fans split between those who saw the answer as obvious and those who welcomed a more nuanced discussion.</w:t>
      </w:r>
      <w:r/>
      <w:r/>
    </w:p>
    <w:p>
      <w:pPr>
        <w:pStyle w:val="Heading2"/>
      </w:pPr>
      <w:r>
        <w:t>A simple question with a surprisingly complicated answer</w:t>
      </w:r>
      <w:r/>
    </w:p>
    <w:p>
      <w:r/>
      <w:r>
        <w:t>The question arrived with a raised-eyebrow emoji and quickly travelled far beyond the podcast that inspired it. Georges St-Pierre, one of mixed martial arts’ best-known figures, asked his followers whether having sex with men automatically makes a man gay, prompting a familiar but often uncomfortable argument about labels and identity.</w:t>
      </w:r>
      <w:r/>
    </w:p>
    <w:p>
      <w:r/>
      <w:r>
        <w:t>Some people treated the question as straightforward. Others pointed out that a person’s sexual behaviour doesn’t always match the label they use for themselves. MMA Mania reported that the post attracted attention because it opened a debate many people have had privately, even if they’ve rarely discussed it so publicly.</w:t>
      </w:r>
      <w:r/>
    </w:p>
    <w:p>
      <w:r/>
      <w:r>
        <w:t>The important point is that St-Pierre’s post wasn’t presented as a disclosure about his own sexuality. Athlon Sports reported that it related to the podcast discussion rather than offering a statement about the fighter’s personal identity.</w:t>
      </w:r>
      <w:r/>
    </w:p>
    <w:p>
      <w:pPr>
        <w:pStyle w:val="Heading2"/>
      </w:pPr>
      <w:r>
        <w:t>Why behaviour and identity aren’t interchangeable</w:t>
      </w:r>
      <w:r/>
    </w:p>
    <w:p>
      <w:r/>
      <w:r>
        <w:t>In everyday conversation, people often use sexual behaviour as shorthand for identity. Real life is less tidy. A man may have sex with men and identify as gay, bisexual, queer, straight, questioning or with no label at all. Some may also avoid labels because they don’t feel any single word fits.</w:t>
      </w:r>
      <w:r/>
    </w:p>
    <w:p>
      <w:r/>
      <w:r>
        <w:t>That distinction is reflected in public-health language. Organisations such as the US Centers for Disease Control and Prevention use the phrase “men who have sex with men” when discussing behaviour, without assuming how those men identify. Sports coverage from Yahoo also highlighted the difference between what someone does and how they describe themselves.</w:t>
      </w:r>
      <w:r/>
    </w:p>
    <w:p>
      <w:r/>
      <w:r>
        <w:t>It can sound like a technical distinction, but it has practical value. Health advice, testing and support should be based on behaviour and circumstances, not on assumptions about a person’s label.</w:t>
      </w:r>
      <w:r/>
    </w:p>
    <w:p>
      <w:pPr>
        <w:pStyle w:val="Heading2"/>
      </w:pPr>
      <w:r>
        <w:t>What Dr Laurie Betito said on the podcast</w:t>
      </w:r>
      <w:r/>
    </w:p>
    <w:p>
      <w:r/>
      <w:r>
        <w:t>Dr Laurie Betito, the sex therapist featured on the episode, pushed the conversation towards self-identification. According to MMA Weekly, she asked whether the people being discussed identify as homosexual, making the point that sexual contact alone doesn’t determine someone’s identity.</w:t>
      </w:r>
      <w:r/>
    </w:p>
    <w:p>
      <w:r/>
      <w:r>
        <w:t>That answer may seem obvious to some listeners, while others may find it challenging because everyday language often treats behaviour and identity as the same thing. The podcast appears to have used examples including men who have sex with men in prison, a scenario that has long featured in discussions about sexuality and identity.</w:t>
      </w:r>
      <w:r/>
    </w:p>
    <w:p>
      <w:r/>
      <w:r>
        <w:t>The subject needs care, though. Prison experiences can involve coercion, survival, power and limited choice, so they shouldn’t be treated as a neat test of someone’s sexuality. Outsports noted that the debate around St-Pierre’s comments quickly moved into wider questions about how people interpret sexual experiences.</w:t>
      </w:r>
      <w:r/>
    </w:p>
    <w:p>
      <w:pPr>
        <w:pStyle w:val="Heading2"/>
      </w:pPr>
      <w:r>
        <w:t>Why the internet divided so quickly</w:t>
      </w:r>
      <w:r/>
    </w:p>
    <w:p>
      <w:r/>
      <w:r>
        <w:t>Celebrity questions about sexuality rarely stay small, particularly when they come from a famous athlete with a large following. St-Pierre’s standing in combat sports brought the issue to audiences who might not normally seek out conversations about sexual identity, while the wording left plenty of room for argument.</w:t>
      </w:r>
      <w:r/>
    </w:p>
    <w:p>
      <w:r/>
      <w:r>
        <w:t>Athlon Sports reported that fans split over whether the answer was self-evident or more complicated. Some focused on the act itself, while others argued that identity belongs to the person involved. Meanwhile, Kimura reported that clips connected with the discussion drew substantial online attention, showing how quickly a short exchange can become a wider culture-war talking point.</w:t>
      </w:r>
      <w:r/>
    </w:p>
    <w:p>
      <w:r/>
      <w:r>
        <w:t>There’s also a slightly awkward lesson here: asking a question can look neutral, but the framing still shapes the conversation. A more useful discussion would ask how people understand their own identity, how social pressure affects labels and why assumptions about sexuality can cause harm.</w:t>
      </w:r>
      <w:r/>
    </w:p>
    <w:p>
      <w:pPr>
        <w:pStyle w:val="Heading2"/>
      </w:pPr>
      <w:r>
        <w:t>How to discuss sexuality without making assumptions</w:t>
      </w:r>
      <w:r/>
    </w:p>
    <w:p>
      <w:r/>
      <w:r>
        <w:t>The safest approach is remarkably simple: don’t assign someone a sexual identity based only on what you think you know about their behaviour. If a person chooses a label, use it. If they don’t, there’s no obligation to fill the silence with one.</w:t>
      </w:r>
      <w:r/>
    </w:p>
    <w:p>
      <w:r/>
      <w:r>
        <w:t>For health conversations, focus on relevant behaviour, consent, protection and testing. That’s why public-health professionals often separate behaviour from identity: the distinction helps people receive accurate advice without forcing them into a category.</w:t>
      </w:r>
      <w:r/>
    </w:p>
    <w:p>
      <w:r/>
      <w:r>
        <w:t>St-Pierre hasn’t issued a follow-up explaining the post, and the online debate will probably continue in familiar circles. Still, the conversation offers a useful reminder that sexuality is personal, labels are chosen rather than imposed, and a tidy answer isn’t always the most accurate one.</w:t>
      </w:r>
      <w:r/>
    </w:p>
    <w:p>
      <w:r/>
      <w:r>
        <w:t>A label should describe someone’s experience, not be handed to them by strangers online.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1">
        <w:r>
          <w:rPr>
            <w:color w:val="0000EE"/>
            <w:u w:val="single"/>
          </w:rPr>
          <w:t>[4]</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2">
        <w:r>
          <w:rPr>
            <w:color w:val="0000EE"/>
            <w:u w:val="single"/>
          </w:rPr>
          <w:t>[3]</w:t>
        </w:r>
      </w:hyperlink>
      <w:r>
        <w:t xml:space="preserve">, </w:t>
      </w:r>
      <w:hyperlink r:id="rId14">
        <w:r>
          <w:rPr>
            <w:color w:val="0000EE"/>
            <w:u w:val="single"/>
          </w:rPr>
          <w:t>[6]</w:t>
        </w:r>
      </w:hyperlink>
      <w:r>
        <w:t xml:space="preserve">- Paragraph 10: </w:t>
      </w:r>
      <w:hyperlink r:id="rId11">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1">
        <w:r>
          <w:rPr>
            <w:color w:val="0000EE"/>
            <w:u w:val="single"/>
          </w:rPr>
          <w:t>[4]</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3">
        <w:r>
          <w:rPr>
            <w:color w:val="0000EE"/>
            <w:u w:val="single"/>
          </w:rPr>
          <w:t>[5]</w:t>
        </w:r>
      </w:hyperlink>
      <w:r>
        <w:t xml:space="preserve">, </w:t>
      </w:r>
      <w:hyperlink r:id="rId14">
        <w:r>
          <w:rPr>
            <w:color w:val="0000EE"/>
            <w:u w:val="single"/>
          </w:rPr>
          <w:t>[6]</w:t>
        </w:r>
      </w:hyperlink>
      <w:r>
        <w:t xml:space="preserve">- Paragraph 16: </w:t>
      </w:r>
      <w:hyperlink r:id="rId11">
        <w:r>
          <w:rPr>
            <w:color w:val="0000EE"/>
            <w:u w:val="single"/>
          </w:rPr>
          <w:t>[4]</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3">
        <w:r>
          <w:rPr>
            <w:color w:val="0000EE"/>
            <w:u w:val="single"/>
          </w:rPr>
          <w:t>[5]</w:t>
        </w:r>
      </w:hyperlink>
      <w:r>
        <w:t xml:space="preserve">- Paragraph 18: </w:t>
      </w:r>
      <w:hyperlink r:id="rId12">
        <w:r>
          <w:rPr>
            <w:color w:val="0000EE"/>
            <w:u w:val="single"/>
          </w:rPr>
          <w:t>[3]</w:t>
        </w:r>
      </w:hyperlink>
      <w:r>
        <w:t xml:space="preserve">, </w:t>
      </w:r>
      <w:hyperlink r:id="rId14">
        <w:r>
          <w:rPr>
            <w:color w:val="0000EE"/>
            <w:u w:val="single"/>
          </w:rPr>
          <w:t>[6]</w:t>
        </w:r>
      </w:hyperlink>
      <w:r>
        <w:t xml:space="preserve">- Paragraph 19: </w:t>
      </w:r>
      <w:hyperlink r:id="rId11">
        <w:r>
          <w:rPr>
            <w:color w:val="0000EE"/>
            <w:u w:val="single"/>
          </w:rPr>
          <w:t>[4]</w:t>
        </w:r>
      </w:hyperlink>
      <w:r>
        <w:t xml:space="preserve">, </w:t>
      </w:r>
      <w:hyperlink r:id="rId15">
        <w:r>
          <w:rPr>
            <w:color w:val="0000EE"/>
            <w:u w:val="single"/>
          </w:rPr>
          <w:t>[7]</w:t>
        </w:r>
      </w:hyperlink>
      <w:r>
        <w:t xml:space="preserve">- Paragraph 20: </w:t>
      </w:r>
      <w:hyperlink r:id="rId10">
        <w:r>
          <w:rPr>
            <w:color w:val="0000EE"/>
            <w:u w:val="single"/>
          </w:rPr>
          <w:t>[2]</w:t>
        </w:r>
      </w:hyperlink>
      <w:r>
        <w:t xml:space="preserve">, </w:t>
      </w:r>
      <w:hyperlink r:id="rId12">
        <w:r>
          <w:rPr>
            <w:color w:val="0000EE"/>
            <w:u w:val="single"/>
          </w:rPr>
          <w:t>[3]</w:t>
        </w:r>
      </w:hyperlink>
      <w:r>
        <w:t xml:space="preserve">- Paragraph 21: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https://www.dnamagazine.com.au/georges-st-pierre-sex-with-men-gay-question/</w:t>
        </w:r>
      </w:hyperlink>
      <w:r>
        <w:t xml:space="preserve"> - Please view link - unable to able to access data</w:t>
      </w:r>
      <w:r/>
    </w:p>
    <w:p>
      <w:pPr>
        <w:pStyle w:val="ListNumber"/>
        <w:spacing w:line="240" w:lineRule="auto"/>
        <w:ind w:left="720"/>
      </w:pPr>
      <w:r/>
      <w:hyperlink r:id="rId10">
        <w:r>
          <w:rPr>
            <w:color w:val="0000EE"/>
            <w:u w:val="single"/>
          </w:rPr>
          <w:t>https://www.mmamania.com/ufc-news/480406/gsp-goes-viral-for-asking-is-sex-with-men-automatically-gay</w:t>
        </w:r>
      </w:hyperlink>
      <w:r>
        <w:t xml:space="preserve"> - Georges St-Pierre's recent podcast episode, featuring sex therapist Dr. Laurie Betito, delved into the question of whether a man who engages in sexual activity with other men is automatically considered gay. The discussion highlighted the distinction between sexual behaviour and sexual identity, with Betito emphasising that such behaviour doesn't necessarily define one's sexual orientation. The episode has sparked widespread conversation and garnered significant attention online.</w:t>
      </w:r>
      <w:r/>
    </w:p>
    <w:p>
      <w:pPr>
        <w:pStyle w:val="ListNumber"/>
        <w:spacing w:line="240" w:lineRule="auto"/>
        <w:ind w:left="720"/>
      </w:pPr>
      <w:r/>
      <w:hyperlink r:id="rId12">
        <w:r>
          <w:rPr>
            <w:color w:val="0000EE"/>
            <w:u w:val="single"/>
          </w:rPr>
          <w:t>https://sports.yahoo.com/articles/gsp-goes-viral-asking-sex-101230279.html</w:t>
        </w:r>
      </w:hyperlink>
      <w:r>
        <w:t xml:space="preserve"> - Georges St-Pierre's provocative question on social media—'Is a man who has sex with men automatically gay?'—has ignited extensive debate among fans. The query, linked to a podcast episode with Dr. Laurie Betito, explores the nuances of sexual behaviour versus identity. The discussion also touched upon instances like men engaging in sexual activities with other men while incarcerated, prompting further reflection on societal perceptions of sexuality.</w:t>
      </w:r>
      <w:r/>
    </w:p>
    <w:p>
      <w:pPr>
        <w:pStyle w:val="ListNumber"/>
        <w:spacing w:line="240" w:lineRule="auto"/>
        <w:ind w:left="720"/>
      </w:pPr>
      <w:r/>
      <w:hyperlink r:id="rId11">
        <w:r>
          <w:rPr>
            <w:color w:val="0000EE"/>
            <w:u w:val="single"/>
          </w:rPr>
          <w:t>https://athlonsports.com/mma/georges-st-pierre-sexuality-question-fans</w:t>
        </w:r>
      </w:hyperlink>
      <w:r>
        <w:t xml:space="preserve"> - Former UFC champion Georges St-Pierre's unexpected question about sexuality—'Is a man who has sex with men automatically gay?'—has elicited diverse reactions from fans. The query, stemming from a podcast discussion with Dr. Laurie Betito, delves into the complexities of sexual behaviour and identity. The conversation also addressed scenarios such as men engaging in sexual activities with other men while incarcerated, prompting further reflection on societal perceptions of sexuality.</w:t>
      </w:r>
      <w:r/>
    </w:p>
    <w:p>
      <w:pPr>
        <w:pStyle w:val="ListNumber"/>
        <w:spacing w:line="240" w:lineRule="auto"/>
        <w:ind w:left="720"/>
      </w:pPr>
      <w:r/>
      <w:hyperlink r:id="rId13">
        <w:r>
          <w:rPr>
            <w:color w:val="0000EE"/>
            <w:u w:val="single"/>
          </w:rPr>
          <w:t>https://www.outsports.com/2026/10/20/24145671/georges-st-pierre-mma-legend-gay-questions-podcast/</w:t>
        </w:r>
      </w:hyperlink>
      <w:r>
        <w:t xml:space="preserve"> - Georges St-Pierre's candid questions about gay sex during a recent podcast with Dr. Laurie Betito have garnered attention. The discussion delved into the complexities of male same-sex behaviour, particularly in contexts like incarceration, and its implications on sexual identity. St-Pierre's openness in addressing these topics has been both praised and critiqued, highlighting the ongoing conversations about sexuality within the sports community.</w:t>
      </w:r>
      <w:r/>
    </w:p>
    <w:p>
      <w:pPr>
        <w:pStyle w:val="ListNumber"/>
        <w:spacing w:line="240" w:lineRule="auto"/>
        <w:ind w:left="720"/>
      </w:pPr>
      <w:r/>
      <w:hyperlink r:id="rId14">
        <w:r>
          <w:rPr>
            <w:color w:val="0000EE"/>
            <w:u w:val="single"/>
          </w:rPr>
          <w:t>https://www.mmaweekly.com/news/georges-st-pierre-left-stunned-by-homosexual-sex-debate</w:t>
        </w:r>
      </w:hyperlink>
      <w:r>
        <w:t xml:space="preserve"> - Georges St-Pierre's recent podcast episode with Dr. Laurie Betito delved into the complexities of male same-sex behaviour and its implications on sexual identity. The discussion addressed scenarios such as men engaging in sexual activities with other men while incarcerated, prompting further reflection on societal perceptions of sexuality. St-Pierre's openness in addressing these topics has been both praised and critiqued, highlighting the ongoing conversations about sexuality within the sports community.</w:t>
      </w:r>
      <w:r/>
    </w:p>
    <w:p>
      <w:pPr>
        <w:pStyle w:val="ListNumber"/>
        <w:spacing w:line="240" w:lineRule="auto"/>
        <w:ind w:left="720"/>
      </w:pPr>
      <w:r/>
      <w:hyperlink r:id="rId15">
        <w:r>
          <w:rPr>
            <w:color w:val="0000EE"/>
            <w:u w:val="single"/>
          </w:rPr>
          <w:t>https://www.kimura.se/georges-st-pierre-podcastklipp-sexualitet-miljon-visningar/</w:t>
        </w:r>
      </w:hyperlink>
      <w:r>
        <w:t xml:space="preserve"> - Georges St-Pierre's recent podcast episode, featuring sex therapist Dr. Laurie Betito, has gone viral, amassing over a million views. The discussion centred on the question of whether a man who engages in sexual activity with other men is automatically considered gay. The conversation delved into the nuances of sexual behaviour versus identity, with Betito emphasising that such behaviour doesn't necessarily define one's sexual orientation. The episode has sparked widespread conversation and garnered significant attention online.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georges-st-pierre-sex-with-men-gay-question/" TargetMode="External"/><Relationship Id="rId10" Type="http://schemas.openxmlformats.org/officeDocument/2006/relationships/hyperlink" Target="https://www.mmamania.com/ufc-news/480406/gsp-goes-viral-for-asking-is-sex-with-men-automatically-gay" TargetMode="External"/><Relationship Id="rId11" Type="http://schemas.openxmlformats.org/officeDocument/2006/relationships/hyperlink" Target="https://athlonsports.com/mma/georges-st-pierre-sexuality-question-fans" TargetMode="External"/><Relationship Id="rId12" Type="http://schemas.openxmlformats.org/officeDocument/2006/relationships/hyperlink" Target="https://sports.yahoo.com/articles/gsp-goes-viral-asking-sex-101230279.html" TargetMode="External"/><Relationship Id="rId13" Type="http://schemas.openxmlformats.org/officeDocument/2006/relationships/hyperlink" Target="https://www.outsports.com/2026/10/20/24145671/georges-st-pierre-mma-legend-gay-questions-podcast/" TargetMode="External"/><Relationship Id="rId14" Type="http://schemas.openxmlformats.org/officeDocument/2006/relationships/hyperlink" Target="https://www.mmaweekly.com/news/georges-st-pierre-left-stunned-by-homosexual-sex-debate" TargetMode="External"/><Relationship Id="rId15" Type="http://schemas.openxmlformats.org/officeDocument/2006/relationships/hyperlink" Target="https://www.kimura.se/georges-st-pierre-podcastklipp-sexualitet-miljon-visning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