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Street Fighter Cosplay Moments Bringing the Film to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turning the latest Street Fighter film into a full-on visual playground, from muscular character portrayals and cheeky fan art to striking cosplay in Paris and beyond. The result is a colourful mix of cinema, gaming nostalgia and queer internet creativity that gives the franchise’s familiar fighters a playful new pulse.</w:t>
      </w:r>
      <w:r/>
    </w:p>
    <w:p>
      <w:pPr>
        <w:pStyle w:val="Heading2"/>
      </w:pPr>
      <w:r>
        <w:t>Essential Takeaways</w:t>
      </w:r>
      <w:r/>
      <w:r/>
    </w:p>
    <w:p>
      <w:pPr>
        <w:pStyle w:val="ListBullet"/>
        <w:spacing w:line="240" w:lineRule="auto"/>
        <w:ind w:left="720"/>
      </w:pPr>
      <w:r/>
      <w:r>
        <w:rPr>
          <w:b/>
        </w:rPr>
        <w:t>The film’s cast is getting attention:</w:t>
      </w:r>
      <w:r>
        <w:t xml:space="preserve"> Characters including Dhalsim, Zangief, Guile and Vega are inspiring plenty of online discussion.</w:t>
      </w:r>
      <w:r/>
    </w:p>
    <w:p>
      <w:pPr>
        <w:pStyle w:val="ListBullet"/>
        <w:spacing w:line="240" w:lineRule="auto"/>
        <w:ind w:left="720"/>
      </w:pPr>
      <w:r/>
      <w:r>
        <w:rPr>
          <w:b/>
        </w:rPr>
        <w:t>Cosplay takes centre stage:</w:t>
      </w:r>
      <w:r>
        <w:t xml:space="preserve"> Cammy, Chun-Li and other recognisable looks have been recreated with bold, street-ready energy.</w:t>
      </w:r>
      <w:r/>
    </w:p>
    <w:p>
      <w:pPr>
        <w:pStyle w:val="ListBullet"/>
        <w:spacing w:line="240" w:lineRule="auto"/>
        <w:ind w:left="720"/>
      </w:pPr>
      <w:r/>
      <w:r>
        <w:rPr>
          <w:b/>
        </w:rPr>
        <w:t>Fan art pushes the limits:</w:t>
      </w:r>
      <w:r>
        <w:t xml:space="preserve"> Artists are reimagining rivalries and friendships with a distinctly flirtatious twist.</w:t>
      </w:r>
      <w:r/>
    </w:p>
    <w:p>
      <w:pPr>
        <w:pStyle w:val="ListBullet"/>
        <w:spacing w:line="240" w:lineRule="auto"/>
        <w:ind w:left="720"/>
      </w:pPr>
      <w:r/>
      <w:r>
        <w:rPr>
          <w:b/>
        </w:rPr>
        <w:t>The franchise is expanding its visual language:</w:t>
      </w:r>
      <w:r>
        <w:t xml:space="preserve"> Anime-inspired backstory is being used instead of digitally de-aged flashback performances.</w:t>
      </w:r>
      <w:r/>
    </w:p>
    <w:p>
      <w:pPr>
        <w:pStyle w:val="ListBullet"/>
        <w:spacing w:line="240" w:lineRule="auto"/>
        <w:ind w:left="720"/>
      </w:pPr>
      <w:r/>
      <w:r>
        <w:rPr>
          <w:b/>
        </w:rPr>
        <w:t>Accuracy remains under scrutiny:</w:t>
      </w:r>
      <w:r>
        <w:t xml:space="preserve"> Fans are already debating whether the new film is handling key game details correctly.</w:t>
      </w:r>
      <w:r/>
      <w:r/>
    </w:p>
    <w:p>
      <w:pPr>
        <w:pStyle w:val="Heading2"/>
      </w:pPr>
      <w:r>
        <w:t>Street Fighter’s new film is proving irresistible to fans</w:t>
      </w:r>
      <w:r/>
    </w:p>
    <w:p>
      <w:r/>
      <w:r>
        <w:t>The latest live-action Street Fighter film isn't only being judged on punches, costumes and franchise accuracy. It's also becoming a glossy showcase for the characters' physicality, with fans focusing on the fighters' silhouettes, costumes and larger-than-life performances.</w:t>
      </w:r>
      <w:r/>
    </w:p>
    <w:p>
      <w:r/>
      <w:r>
        <w:t>That attention is hardly surprising. Street Fighter has always treated its roster as a collection of instantly recognisable archetypes, from Dhalsim's extraordinary reach to Zangief's imposing build. According to Queerty, the new film has given fans plenty of material for playful edits, artwork and social-media tributes.</w:t>
      </w:r>
      <w:r/>
    </w:p>
    <w:p>
      <w:r/>
      <w:r>
        <w:t>There’s a strong sense that the film is being watched as much for its spectacle as its story. In other words, the fight choreography is only part of the fun.</w:t>
      </w:r>
      <w:r/>
    </w:p>
    <w:p>
      <w:pPr>
        <w:pStyle w:val="Heading2"/>
      </w:pPr>
      <w:r>
        <w:t>The cast brings a fresh kind of heat</w:t>
      </w:r>
      <w:r/>
    </w:p>
    <w:p>
      <w:r/>
      <w:r>
        <w:t>Vidyut Jammwal's Dhalsim is one of the most visually distinctive performances highlighted by fans, thanks to the character's famously elastic combat style. Meanwhile, Olivier Richters' Zangief has attracted attention for the sheer scale and physical presence he brings to the role.</w:t>
      </w:r>
      <w:r/>
    </w:p>
    <w:p>
      <w:r/>
      <w:r>
        <w:t>Queerty's roundup also points towards the chemistry and visual contrast between several characters, including Guile and Vega. Their rivalry has long offered fan artists plenty to work with, and the new film appears to have encouraged an even more openly playful response.</w:t>
      </w:r>
      <w:r/>
    </w:p>
    <w:p>
      <w:r/>
      <w:r>
        <w:t>The appeal isn't simply about appearance. It’s about how superhero cinema, wrestling aesthetics and video-game fantasy collide when these fighters are translated into live action.</w:t>
      </w:r>
      <w:r/>
    </w:p>
    <w:p>
      <w:pPr>
        <w:pStyle w:val="Heading2"/>
      </w:pPr>
      <w:r>
        <w:t>Why the film’s anime-inspired backstory matters</w:t>
      </w:r>
      <w:r/>
    </w:p>
    <w:p>
      <w:r/>
      <w:r>
        <w:t>One of the more interesting creative choices is the decision to use anime-style storytelling for the characters' pasts, rather than digitally making the actors look younger in flashback scenes. GamesRadar reported that the director felt conventional de-ageing didn't suit the material and that the chosen approach better captured the world’s heightened tone.</w:t>
      </w:r>
      <w:r/>
    </w:p>
    <w:p>
      <w:r/>
      <w:r>
        <w:t>That decision could help the film avoid the slightly uncanny feeling that often comes with digital rejuvenation. Instead of pretending the characters exist in a realistic timeline, it leans into Street Fighter's graphic, stylised identity.</w:t>
      </w:r>
      <w:r/>
    </w:p>
    <w:p>
      <w:r/>
      <w:r>
        <w:t>For viewers, that means the film may feel closer to the games' spirit even when it takes liberties. It’s a bold choice, although one that won't silence every lore debate.</w:t>
      </w:r>
      <w:r/>
    </w:p>
    <w:p>
      <w:pPr>
        <w:pStyle w:val="Heading2"/>
      </w:pPr>
      <w:r>
        <w:t>Cosplay turns familiar fighters into street fashion</w:t>
      </w:r>
      <w:r/>
    </w:p>
    <w:p>
      <w:r/>
      <w:r>
        <w:t>Away from the cinema, fans are giving the characters their own visual spin. Kickxy Vixen's Cammy and Chun-Li-inspired looks bring the franchise into a real-world setting, where polished costumes meet the energy of a night out in Hillcrest.</w:t>
      </w:r>
      <w:r/>
    </w:p>
    <w:p>
      <w:r/>
      <w:r>
        <w:t>Other creators are taking a more theatrical route. Parisian protesters have reportedly used superhero imagery, including figures such as Spider-Man and Goku, while making wider points about education and living conditions. That gives cosplay a more unexpected role: not just dressing up, but using recognisable characters to make public space feel louder and more expressive.</w:t>
      </w:r>
      <w:r/>
    </w:p>
    <w:p>
      <w:r/>
      <w:r>
        <w:t>There’s something wonderfully direct about it. A familiar cape, wig or fighting stance can turn a protest, photograph or social post into a tiny piece of pop-culture performance.</w:t>
      </w:r>
      <w:r/>
    </w:p>
    <w:p>
      <w:pPr>
        <w:pStyle w:val="Heading2"/>
      </w:pPr>
      <w:r>
        <w:t>Fan art keeps the franchise deliberately cheeky</w:t>
      </w:r>
      <w:r/>
    </w:p>
    <w:p>
      <w:r/>
      <w:r>
        <w:t>Street Fighter's exaggerated designs have always invited fan interpretation, but the latest wave is particularly comfortable with innuendo. Queerty highlights playful artwork, provocative character pairings and a tongue-in-cheek "Strip Street Fighter" concept that treats the roster as a source of fantasy as much as combat.</w:t>
      </w:r>
      <w:r/>
    </w:p>
    <w:p>
      <w:r/>
      <w:r>
        <w:t>That response fits the franchise's long-standing visual language. These are characters built around dramatic poses, revealing costumes and intense rivalries, so fans don't have to work very hard to find a flirtatious angle.</w:t>
      </w:r>
      <w:r/>
    </w:p>
    <w:p>
      <w:r/>
      <w:r>
        <w:t>At the same time, GamesRadar's reporting suggests the new film is making choices that could reshape how audiences understand the characters. If the adaptation gets the balance right, its greatest success may be giving fans more to argue about, remix and celebrate.</w:t>
      </w:r>
      <w:r/>
    </w:p>
    <w:p>
      <w:pPr>
        <w:pStyle w:val="Heading2"/>
      </w:pPr>
      <w:r>
        <w:t>Will the new film win over longtime players?</w:t>
      </w:r>
      <w:r/>
    </w:p>
    <w:p>
      <w:r/>
      <w:r>
        <w:t>The cast and release plans have already generated excitement, but GamesRadar has also reported concerns about possible changes to important game details. For devoted players, that matters. A new costume or altered backstory can feel minor to casual viewers, yet enormous to someone who has spent years learning the roster.</w:t>
      </w:r>
      <w:r/>
    </w:p>
    <w:p>
      <w:r/>
      <w:r>
        <w:t>Still, Street Fighter has never been a quiet or restrained property. Its appeal comes from theatrical fighters, impossible techniques and a world where style is part of the attack. The most successful adaptation will probably be the one that understands this flamboyance rather than sanding it down.</w:t>
      </w:r>
      <w:r/>
    </w:p>
    <w:p>
      <w:r/>
      <w:r>
        <w:t>For now, fans are doing what they do best: watching closely, dressing boldly and turning every new character moment into another round of creative ammunition.</w:t>
      </w:r>
      <w:r/>
    </w:p>
    <w:p>
      <w:r/>
      <w:r>
        <w:t>A good Street Fighter adaptation doesn’t just start arguments, it gives fans something irresistible to remix.</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[5]</w:t>
        </w:r>
      </w:hyperlink>
      <w:r>
        <w:t xml:space="preserve">- Paragraph 5: </w:t>
      </w:r>
      <w:hyperlink r:id="rId11">
        <w:r>
          <w:rPr>
            <w:color w:val="0000EE"/>
            <w:u w:val="single"/>
          </w:rPr>
          <w:t>[3]</w:t>
        </w:r>
      </w:hyperlink>
      <w:r>
        <w:t xml:space="preserve">, </w:t>
      </w:r>
      <w:hyperlink r:id="rId10">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[5]</w:t>
        </w:r>
      </w:hyperlink>
      <w:r>
        <w:t xml:space="preserve">- Paragraph 9: </w:t>
      </w:r>
      <w:hyperlink r:id="rId11">
        <w:r>
          <w:rPr>
            <w:color w:val="0000EE"/>
            <w:u w:val="single"/>
          </w:rPr>
          <w:t>[3]</w:t>
        </w:r>
      </w:hyperlink>
      <w:r>
        <w:t xml:space="preserve">, </w:t>
      </w:r>
      <w:hyperlink r:id="rId10">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[7]</w:t>
        </w:r>
      </w:hyperlink>
      <w:r>
        <w:t xml:space="preserve">- Paragraph 12: </w:t>
      </w:r>
      <w:hyperlink r:id="rId11">
        <w:r>
          <w:rPr>
            <w:color w:val="0000EE"/>
            <w:u w:val="single"/>
          </w:rPr>
          <w:t>[3]</w:t>
        </w:r>
      </w:hyperlink>
      <w:r>
        <w:t xml:space="preserve">, </w:t>
      </w:r>
      <w:hyperlink r:id="rId10">
        <w:r>
          <w:rPr>
            <w:color w:val="0000EE"/>
            <w:u w:val="single"/>
          </w:rPr>
          <w:t>[5]</w:t>
        </w:r>
      </w:hyperlink>
      <w:r>
        <w:t xml:space="preserve">- Paragraph 13: </w:t>
      </w:r>
      <w:hyperlink r:id="rId10">
        <w:r>
          <w:rPr>
            <w:color w:val="0000EE"/>
            <w:u w:val="single"/>
          </w:rPr>
          <w:t>[4]</w:t>
        </w:r>
      </w:hyperlink>
      <w:r>
        <w:t xml:space="preserve">, </w:t>
      </w:r>
      <w:hyperlink r:id="rId10">
        <w:r>
          <w:rPr>
            <w:color w:val="0000EE"/>
            <w:u w:val="single"/>
          </w:rPr>
          <w:t>[6]</w:t>
        </w:r>
      </w:hyperlink>
      <w:r>
        <w:t xml:space="preserve">- Paragraph 14: </w:t>
      </w:r>
      <w:hyperlink r:id="rId11">
        <w:r>
          <w:rPr>
            <w:color w:val="0000EE"/>
            <w:u w:val="single"/>
          </w:rPr>
          <w:t>[3]</w:t>
        </w:r>
      </w:hyperlink>
      <w:r>
        <w:t xml:space="preserve">, </w:t>
      </w:r>
      <w:hyperlink r:id="rId10">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[4]</w:t>
        </w:r>
      </w:hyperlink>
      <w:r>
        <w:t xml:space="preserve">- Paragraph 16: </w:t>
      </w:r>
      <w:hyperlink r:id="rId11">
        <w:r>
          <w:rPr>
            <w:color w:val="0000EE"/>
            <w:u w:val="single"/>
          </w:rPr>
          <w:t>[3]</w:t>
        </w:r>
      </w:hyperlink>
      <w:r>
        <w:t xml:space="preserve">, </w:t>
      </w:r>
      <w:hyperlink r:id="rId10">
        <w:r>
          <w:rPr>
            <w:color w:val="0000EE"/>
            <w:u w:val="single"/>
          </w:rPr>
          <w:t>[5]</w:t>
        </w:r>
      </w:hyperlink>
      <w:r>
        <w:t xml:space="preserve">- Paragraph 17: </w:t>
      </w:r>
      <w:hyperlink r:id="rId10">
        <w:r>
          <w:rPr>
            <w:color w:val="0000EE"/>
            <w:u w:val="single"/>
          </w:rPr>
          <w:t>[4]</w:t>
        </w:r>
      </w:hyperlink>
      <w:r>
        <w:t xml:space="preserve">, </w:t>
      </w:r>
      <w:hyperlink r:id="rId10">
        <w:r>
          <w:rPr>
            <w:color w:val="0000EE"/>
            <w:u w:val="single"/>
          </w:rPr>
          <w:t>[6]</w:t>
        </w:r>
      </w:hyperlink>
      <w:r>
        <w:t xml:space="preserve">- Paragraph 18: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https://www.queerty.com/baku-taru-plays-strip-street-fighter-kickxy-vixen-hits-the-streets-a-spider-man-menage-a-trois-20261023/</w:t>
        </w:r>
      </w:hyperlink>
      <w:r>
        <w:t xml:space="preserve"> - Please view link - unable to able to access data</w:t>
      </w:r>
      <w:r/>
    </w:p>
    <w:p>
      <w:pPr>
        <w:pStyle w:val="ListNumber"/>
        <w:spacing w:line="240" w:lineRule="auto"/>
        <w:ind w:left="720"/>
      </w:pPr>
      <w:r/>
      <w:hyperlink r:id="rId9">
        <w:r>
          <w:rPr>
            <w:color w:val="0000EE"/>
            <w:u w:val="single"/>
          </w:rPr>
          <w:t>https://www.queerty.com/baku-taru-plays-strip-street-fighter-kickxy-vixen-hits-the-streets-a-spider-man-menage-a-trois-20261023/</w:t>
        </w:r>
      </w:hyperlink>
      <w:r>
        <w:t xml:space="preserve"> - This article from Queerty celebrates the recent release of the live-action 'Street Fighter' movie by highlighting various cosplay and fan art inspired by the film. It features Baku Taru teaching 'Strip Street Fighter', Kickxy Vixen showcasing Cammy and Chun-Li looks in Hillcrest, and Ochibrochi's slash fiction art between Guile and Vega. Additionally, it discusses Parisian protesters adopting superhero personas like Spider-Man and Goku to advocate for better education and living conditions.</w:t>
      </w:r>
      <w:r/>
    </w:p>
    <w:p>
      <w:pPr>
        <w:pStyle w:val="ListNumber"/>
        <w:spacing w:line="240" w:lineRule="auto"/>
        <w:ind w:left="720"/>
      </w:pPr>
      <w:r/>
      <w:hyperlink r:id="rId11">
        <w:r>
          <w:rPr>
            <w:color w:val="0000EE"/>
            <w:u w:val="single"/>
          </w:rPr>
          <w:t>https://www.gamesradar.com/entertainment/live-action-movies/street-fighter-director-explains-why-the-movie-is-filled-with-anime-backstory-instead-of-de-aging-actors-for-flashbacks-none-of-that-was-feeling-right/</w:t>
        </w:r>
      </w:hyperlink>
      <w:r>
        <w:t xml:space="preserve"> - Director Kitao Sakurai explains the creative decision to use extensive hand-drawn anime sequences in the new 'Street Fighter' movie to depict character backstories, rather than traditional live-action flashbacks. This approach honours both the video game franchise and the legacy of the 1994 'Street Fighter II: The Animated Movie', drawing inspiration from classic anime such as 'Ghost in the Shell', 'Akira', and 'Dragon Ball Z'.</w:t>
      </w:r>
      <w:r/>
    </w:p>
    <w:p>
      <w:pPr>
        <w:pStyle w:val="ListNumber"/>
        <w:spacing w:line="240" w:lineRule="auto"/>
        <w:ind w:left="720"/>
      </w:pPr>
      <w:r/>
      <w:hyperlink r:id="rId10">
        <w:r>
          <w:rPr>
            <w:color w:val="0000EE"/>
            <w:u w:val="single"/>
          </w:rPr>
          <w:t>https://www.gamesradar.com/entertainment/live-action-movies/street-fighter-movie-gets-confirmed-release-date-and-cast-but-is-it-already-messing-up-major-game-details/</w:t>
        </w:r>
      </w:hyperlink>
      <w:r>
        <w:t xml:space="preserve"> - This article discusses the confirmed release date and cast for the new 'Street Fighter' live-action movie, set for October 16, 2026. It highlights concerns from fans regarding discrepancies between the film's promotional materials and the original game details, including differences in the world map and character portrayals. The piece emphasises the need for the adaptation to balance the game's exaggerated tone with serious drama to satisfy both fans and a broader audience.</w:t>
      </w:r>
      <w:r/>
    </w:p>
    <w:p>
      <w:pPr>
        <w:pStyle w:val="ListNumber"/>
        <w:spacing w:line="240" w:lineRule="auto"/>
        <w:ind w:left="720"/>
      </w:pPr>
      <w:r/>
      <w:hyperlink r:id="rId10">
        <w:r>
          <w:rPr>
            <w:color w:val="0000EE"/>
            <w:u w:val="single"/>
          </w:rPr>
          <w:t>https://www.gamesradar.com/entertainment/live-action-movies/street-fighter-movie-gets-confirmed-release-date-and-cast-but-is-it-already-messing-up-major-game-details/</w:t>
        </w:r>
      </w:hyperlink>
      <w:r>
        <w:t xml:space="preserve"> - This article discusses the confirmed release date and cast for the new 'Street Fighter' live-action movie, set for October 16, 2026. It highlights concerns from fans regarding discrepancies between the film's promotional materials and the original game details, including differences in the world map and character portrayals. The piece emphasises the need for the adaptation to balance the game's exaggerated tone with serious drama to satisfy both fans and a broader audience.</w:t>
      </w:r>
      <w:r/>
    </w:p>
    <w:p>
      <w:pPr>
        <w:pStyle w:val="ListNumber"/>
        <w:spacing w:line="240" w:lineRule="auto"/>
        <w:ind w:left="720"/>
      </w:pPr>
      <w:r/>
      <w:hyperlink r:id="rId10">
        <w:r>
          <w:rPr>
            <w:color w:val="0000EE"/>
            <w:u w:val="single"/>
          </w:rPr>
          <w:t>https://www.gamesradar.com/entertainment/live-action-movies/street-fighter-movie-gets-confirmed-release-date-and-cast-but-is-it-already-messing-up-major-game-details/</w:t>
        </w:r>
      </w:hyperlink>
      <w:r>
        <w:t xml:space="preserve"> - This article discusses the confirmed release date and cast for the new 'Street Fighter' live-action movie, set for October 16, 2026. It highlights concerns from fans regarding discrepancies between the film's promotional materials and the original game details, including differences in the world map and character portrayals. The piece emphasises the need for the adaptation to balance the game's exaggerated tone with serious drama to satisfy both fans and a broader audience.</w:t>
      </w:r>
      <w:r/>
    </w:p>
    <w:p>
      <w:pPr>
        <w:pStyle w:val="ListNumber"/>
        <w:spacing w:line="240" w:lineRule="auto"/>
        <w:ind w:left="720"/>
      </w:pPr>
      <w:r/>
      <w:hyperlink r:id="rId10">
        <w:r>
          <w:rPr>
            <w:color w:val="0000EE"/>
            <w:u w:val="single"/>
          </w:rPr>
          <w:t>https://www.gamesradar.com/entertainment/live-action-movies/street-fighter-movie-gets-confirmed-release-date-and-cast-but-is-it-already-messing-up-major-game-details/</w:t>
        </w:r>
      </w:hyperlink>
      <w:r>
        <w:t xml:space="preserve"> - This article discusses the confirmed release date and cast for the new 'Street Fighter' live-action movie, set for October 16, 2026. It highlights concerns from fans regarding discrepancies between the film's promotional materials and the original game details, including differences in the world map and character portrayals. The piece emphasises the need for the adaptation to balance the game's exaggerated tone with serious drama to satisfy both fans and a broader audience.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baku-taru-plays-strip-street-fighter-kickxy-vixen-hits-the-streets-a-spider-man-menage-a-trois-20261023/" TargetMode="External"/><Relationship Id="rId10" Type="http://schemas.openxmlformats.org/officeDocument/2006/relationships/hyperlink" Target="https://www.gamesradar.com/entertainment/live-action-movies/street-fighter-movie-gets-confirmed-release-date-and-cast-but-is-it-already-messing-up-major-game-details/" TargetMode="External"/><Relationship Id="rId11" Type="http://schemas.openxmlformats.org/officeDocument/2006/relationships/hyperlink" Target="https://www.gamesradar.com/entertainment/live-action-movies/street-fighter-director-explains-why-the-movie-is-filled-with-anime-backstory-instead-of-de-aging-actors-for-flashbacks-none-of-that-was-feeling-righ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