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Books for Gothic, Psychological and Slasher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horror books for stories where LGBTQ+ characters aren't the victims waiting in the shadows, but the people confronting the darkness head-on. From lesbian vampires and haunted schools to conversion camps and body horror, this growing shelf offers fresh scares with plenty of emotional bite.</w:t>
      </w:r>
      <w:r/>
    </w:p>
    <w:p>
      <w:pPr>
        <w:pStyle w:val="Heading2"/>
      </w:pPr>
      <w:r>
        <w:t>Essential Takeaways</w:t>
      </w:r>
      <w:r/>
      <w:r/>
    </w:p>
    <w:p>
      <w:pPr>
        <w:pStyle w:val="ListBullet"/>
        <w:spacing w:line="240" w:lineRule="auto"/>
        <w:ind w:left="720"/>
      </w:pPr>
      <w:r/>
      <w:r>
        <w:rPr>
          <w:b/>
        </w:rPr>
        <w:t>Queer horror has deep roots:</w:t>
      </w:r>
      <w:r>
        <w:t xml:space="preserve"> Classic gothic fiction, including lesbian vampire tales, helped shape the genre's uneasy relationship with identity and desire.</w:t>
      </w:r>
      <w:r/>
    </w:p>
    <w:p>
      <w:pPr>
        <w:pStyle w:val="ListBullet"/>
        <w:spacing w:line="240" w:lineRule="auto"/>
        <w:ind w:left="720"/>
      </w:pPr>
      <w:r/>
      <w:r>
        <w:rPr>
          <w:b/>
        </w:rPr>
        <w:t>The modern shelf is wide-ranging:</w:t>
      </w:r>
      <w:r>
        <w:t xml:space="preserve"> Picks span gothic horror, supernatural suspense, slashers, psychological terror and unsettling fantasy.</w:t>
      </w:r>
      <w:r/>
    </w:p>
    <w:p>
      <w:pPr>
        <w:pStyle w:val="ListBullet"/>
        <w:spacing w:line="240" w:lineRule="auto"/>
        <w:ind w:left="720"/>
      </w:pPr>
      <w:r/>
      <w:r>
        <w:rPr>
          <w:b/>
        </w:rPr>
        <w:t>Representation changes the fear:</w:t>
      </w:r>
      <w:r>
        <w:t xml:space="preserve"> LGBTQ+ characters are given agency, complicated desires and the chance to fight back.</w:t>
      </w:r>
      <w:r/>
    </w:p>
    <w:p>
      <w:pPr>
        <w:pStyle w:val="ListBullet"/>
        <w:spacing w:line="240" w:lineRule="auto"/>
        <w:ind w:left="720"/>
      </w:pPr>
      <w:r/>
      <w:r>
        <w:rPr>
          <w:b/>
        </w:rPr>
        <w:t>Start with your preferred flavour:</w:t>
      </w:r>
      <w:r>
        <w:t xml:space="preserve"> Choose atmospheric dread, graphic body horror or fast-moving survival horror depending on your tolerance for nightmares.</w:t>
      </w:r>
      <w:r/>
    </w:p>
    <w:p>
      <w:pPr>
        <w:pStyle w:val="ListBullet"/>
        <w:spacing w:line="240" w:lineRule="auto"/>
        <w:ind w:left="720"/>
      </w:pPr>
      <w:r/>
      <w:r>
        <w:rPr>
          <w:b/>
        </w:rPr>
        <w:t>Check content warnings:</w:t>
      </w:r>
      <w:r>
        <w:t xml:space="preserve"> Themes can include abuse, conversion therapy, cannibalism, family violence and disordered eating.</w:t>
      </w:r>
      <w:r/>
      <w:r/>
    </w:p>
    <w:p>
      <w:pPr>
        <w:pStyle w:val="Heading2"/>
      </w:pPr>
      <w:r>
        <w:t>Queer horror is rewriting the monster story</w:t>
      </w:r>
      <w:r/>
    </w:p>
    <w:p>
      <w:r/>
      <w:r>
        <w:t>For decades, queer identity was often coded through the figure of the monster. The vampire, the decadent outsider and the beautiful danger at the window all carried suggestions of forbidden desire, even when the text couldn't say so plainly.</w:t>
      </w:r>
      <w:r/>
    </w:p>
    <w:p>
      <w:r/>
      <w:r>
        <w:t>Today's queer horror books are doing something more interesting. They keep the old gothic atmosphere - misty houses, locked rooms and things moving just beyond the light - but give LGBTQ+ characters the perspective, agency and language that earlier stories denied them. The result is horror that can feel both thrilling and corrective.</w:t>
      </w:r>
      <w:r/>
    </w:p>
    <w:p>
      <w:r/>
      <w:r>
        <w:t>As wider queer-horror reading lists show, the category now reaches well beyond vampires. It includes haunted institutions, family curses, occult conspiracies, brutal coming-of-age stories and speculative nightmares, according to the round-ups collected by Literally Horror and The Mary Sue.</w:t>
      </w:r>
      <w:r/>
    </w:p>
    <w:p>
      <w:pPr>
        <w:pStyle w:val="Heading2"/>
      </w:pPr>
      <w:r>
        <w:t>Start with the gothic classics, then follow the blood trail</w:t>
      </w:r>
      <w:r/>
    </w:p>
    <w:p>
      <w:r/>
      <w:r>
        <w:t xml:space="preserve">Joseph Sheridan Le Fanu's </w:t>
      </w:r>
      <w:r>
        <w:rPr>
          <w:i/>
        </w:rPr>
        <w:t>Carmilla</w:t>
      </w:r>
      <w:r>
        <w:t xml:space="preserve"> remains the obvious place to begin. Published before </w:t>
      </w:r>
      <w:r>
        <w:rPr>
          <w:i/>
        </w:rPr>
        <w:t>Dracula</w:t>
      </w:r>
      <w:r>
        <w:t>, this compact gothic novella centres on Laura, whose isolated life is disrupted by the arrival of the magnetic Carmilla. Attraction, illness and death soon become impossible to separate.</w:t>
      </w:r>
      <w:r/>
    </w:p>
    <w:p>
      <w:r/>
      <w:r>
        <w:t>Its influence is enormous, particularly on lesbian vampire fiction. A modern edition with commentary by Carmen Maria Machado adds useful context to a story that still feels charged, even beneath its antique prose. It isn't a long read, but its atmosphere lingers like cold air under a door.</w:t>
      </w:r>
      <w:r/>
    </w:p>
    <w:p>
      <w:r/>
      <w:r>
        <w:t xml:space="preserve">Kat Dunn's </w:t>
      </w:r>
      <w:r>
        <w:rPr>
          <w:i/>
        </w:rPr>
        <w:t>Hungerstone</w:t>
      </w:r>
      <w:r>
        <w:t xml:space="preserve"> takes that foundational idea and brings it into a more contemporary, psychologically charged frame. Lenore's unhappy marriage, the arrival of Carmilla and a mysterious illness affecting local women create a story about appetite in every sense. Desire here isn't a decorative subplot; it's the force threatening to crack open an entire life.</w:t>
      </w:r>
      <w:r/>
    </w:p>
    <w:p>
      <w:r/>
      <w:r>
        <w:t>Readers looking for more sapphic gothic fiction will find similar territory across specialist queer-horror recommendations, including lists focused specifically on lesbian characters and relationships from QueerHorror.com.</w:t>
      </w:r>
      <w:r/>
    </w:p>
    <w:p>
      <w:pPr>
        <w:pStyle w:val="Heading2"/>
      </w:pPr>
      <w:r>
        <w:t>Haunted schools and dark institutions raise the stakes</w:t>
      </w:r>
      <w:r/>
    </w:p>
    <w:p>
      <w:r/>
      <w:r>
        <w:t xml:space="preserve">Andrew Joseph White's </w:t>
      </w:r>
      <w:r>
        <w:rPr>
          <w:i/>
        </w:rPr>
        <w:t>The Spirit Bares Its Teeth</w:t>
      </w:r>
      <w:r>
        <w:t xml:space="preserve"> turns Victorian repression into a genuinely frightening setting. Silas Bell, a trans man with access to a spiritual veil, is confined to a school that intends to force him into an identity and future he rejects. The school feels oppressive before the supernatural horror fully arrives, which makes every whisper and shadow hit harder.</w:t>
      </w:r>
      <w:r/>
    </w:p>
    <w:p>
      <w:r/>
      <w:r>
        <w:t xml:space="preserve">C.G. Drews's </w:t>
      </w:r>
      <w:r>
        <w:rPr>
          <w:i/>
        </w:rPr>
        <w:t>Don't Let the Forest In</w:t>
      </w:r>
      <w:r>
        <w:t xml:space="preserve"> takes a more dreamlike route. Andrew, a young writer at an elite academy, discovers that his friend's drawings of monsters have crossed into the real world. The pair must confront the creatures together, even as their bond becomes increasingly tangled with obsession.</w:t>
      </w:r>
      <w:r/>
    </w:p>
    <w:p>
      <w:r/>
      <w:r>
        <w:t>Both books understand that institutions can be frightening long before anyone sees a ghost. A school, family or social system can make its rules feel inescapable, then add something supernatural to turn pressure into outright terror. That combination is one reason queer horror often lands with such emotional force.</w:t>
      </w:r>
      <w:r/>
    </w:p>
    <w:p>
      <w:r/>
      <w:r>
        <w:t xml:space="preserve">For shoppers choosing between them, </w:t>
      </w:r>
      <w:r>
        <w:rPr>
          <w:i/>
        </w:rPr>
        <w:t>The Spirit Bares Its Teeth</w:t>
      </w:r>
      <w:r>
        <w:t xml:space="preserve"> suits readers who want gothic world-building and trans-centred horror, while </w:t>
      </w:r>
      <w:r>
        <w:rPr>
          <w:i/>
        </w:rPr>
        <w:t>Don't Let the Forest In</w:t>
      </w:r>
      <w:r>
        <w:t xml:space="preserve"> leans towards dark academia, artistic obsession and fairytale menace. Broader queer-horror lists place both alongside similarly atmospheric contemporary titles.</w:t>
      </w:r>
      <w:r/>
    </w:p>
    <w:p>
      <w:pPr>
        <w:pStyle w:val="Heading2"/>
      </w:pPr>
      <w:r>
        <w:t>Want something visceral? Try body horror and survival terror</w:t>
      </w:r>
      <w:r/>
    </w:p>
    <w:p>
      <w:r/>
      <w:r>
        <w:t xml:space="preserve">Jade Song's </w:t>
      </w:r>
      <w:r>
        <w:rPr>
          <w:i/>
        </w:rPr>
        <w:t>Chlorine</w:t>
      </w:r>
      <w:r>
        <w:t xml:space="preserve"> follows Ren Yu, a swimmer whose devotion to performance develops into an all-consuming fixation. Mermaid mythology begins to blur with bodily transformation, ambition and self-destruction, creating a slippery psychological horror that feels especially suited to readers who like their monsters to emerge from inside the body.</w:t>
      </w:r>
      <w:r/>
    </w:p>
    <w:p>
      <w:r/>
      <w:r>
        <w:t xml:space="preserve">Caitlin Starling's </w:t>
      </w:r>
      <w:r>
        <w:rPr>
          <w:i/>
        </w:rPr>
        <w:t>The Starving Saints</w:t>
      </w:r>
      <w:r>
        <w:t xml:space="preserve"> offers a different kind of physical dread. A castle has been under siege for months when miraculous visitors arrive with food and healing. Their apparent salvation soon becomes deeply suspicious, and the trapped inhabitants are forced to question what they're consuming and what they're becoming.</w:t>
      </w:r>
      <w:r/>
    </w:p>
    <w:p>
      <w:r/>
      <w:r>
        <w:t>These aren't breezy beach reads, unless your beach happens to be haunted and carnivorous. They're better suited to readers who enjoy horror that makes ordinary sensations - hunger, exercise, flesh and appetite - feel suddenly unsafe. Queer-horror catalogues and recommendation lists also show how often body horror overlaps with stories about desire, control and transformation.</w:t>
      </w:r>
      <w:r/>
    </w:p>
    <w:p>
      <w:r/>
      <w:r>
        <w:t xml:space="preserve">If you prefer a cleaner survival setup, Kalynn Bayron's </w:t>
      </w:r>
      <w:r>
        <w:rPr>
          <w:i/>
        </w:rPr>
        <w:t>You're Not Supposed to Die Tonight</w:t>
      </w:r>
      <w:r>
        <w:t xml:space="preserve"> offers a slasher-style alternative. Charity works at a live-action horror attraction based on a classic film, but when colleagues start disappearing, the game becomes deadly. Her girlfriend Bezi is part of the fight, giving the story a propulsive, high-stakes centre.</w:t>
      </w:r>
      <w:r/>
    </w:p>
    <w:p>
      <w:pPr>
        <w:pStyle w:val="Heading2"/>
      </w:pPr>
      <w:r>
        <w:t>Conversion horror and family secrets hit closer to home</w:t>
      </w:r>
      <w:r/>
    </w:p>
    <w:p>
      <w:r/>
      <w:r>
        <w:t xml:space="preserve">Chuck Tingle's </w:t>
      </w:r>
      <w:r>
        <w:rPr>
          <w:i/>
        </w:rPr>
        <w:t>Camp Damascus</w:t>
      </w:r>
      <w:r>
        <w:t xml:space="preserve"> puts evangelical extremism and conversion therapy at the centre of its nightmare. The fictional Church of the Pine runs a highly effective camp intended to drive out supposed demons, but the religious community is hiding something far more disturbing.</w:t>
      </w:r>
      <w:r/>
    </w:p>
    <w:p>
      <w:r/>
      <w:r>
        <w:t>The premise gives familiar supernatural language an ugly new context. Instead of treating queerness as the threat, the novel turns its attention towards the systems trying to erase it. That reversal is frightening, but it can also feel sharply cathartic.</w:t>
      </w:r>
      <w:r/>
    </w:p>
    <w:p>
      <w:r/>
      <w:r>
        <w:t xml:space="preserve">Vincent Tirado's </w:t>
      </w:r>
      <w:r>
        <w:rPr>
          <w:i/>
        </w:rPr>
        <w:t>You Should Have Been Nicer to My Mom</w:t>
      </w:r>
      <w:r>
        <w:t xml:space="preserve"> shifts the focus to a wealthy family trapped together after a warning in a will reveals a demonic pact. Xiomara must work out which relative is connected to the curse while old scandals and resentments rise to the surface.</w:t>
      </w:r>
      <w:r/>
    </w:p>
    <w:p>
      <w:r/>
      <w:r>
        <w:t>Family horror works particularly well here because the danger isn't only lurking in the cellar. It's sitting at the dinner table, hiding in inheritance disputes and speaking through people who insist they know what's best. Tirado has also discussed the novel's gothic construction on panels, adding to its appeal for readers who enjoy both supernatural puzzles and character-driven dread.</w:t>
      </w:r>
      <w:r/>
    </w:p>
    <w:p>
      <w:pPr>
        <w:pStyle w:val="Heading2"/>
      </w:pPr>
      <w:r>
        <w:t>How to choose your next queer horror read</w:t>
      </w:r>
      <w:r/>
    </w:p>
    <w:p>
      <w:r/>
      <w:r>
        <w:t xml:space="preserve">For a classic gothic mood, begin with </w:t>
      </w:r>
      <w:r>
        <w:rPr>
          <w:i/>
        </w:rPr>
        <w:t>Carmilla</w:t>
      </w:r>
      <w:r>
        <w:t xml:space="preserve"> or </w:t>
      </w:r>
      <w:r>
        <w:rPr>
          <w:i/>
        </w:rPr>
        <w:t>Hungerstone</w:t>
      </w:r>
      <w:r>
        <w:t xml:space="preserve">. If you want trans-led horror with a harsher institutional edge, </w:t>
      </w:r>
      <w:r>
        <w:rPr>
          <w:i/>
        </w:rPr>
        <w:t>The Spirit Bares Its Teeth</w:t>
      </w:r>
      <w:r>
        <w:t xml:space="preserve"> is the stronger choice. Fans of eerie schools and literary darkness may prefer </w:t>
      </w:r>
      <w:r>
        <w:rPr>
          <w:i/>
        </w:rPr>
        <w:t>Don't Let the Forest In</w:t>
      </w:r>
      <w:r>
        <w:t xml:space="preserve">, while slasher readers should reach for </w:t>
      </w:r>
      <w:r>
        <w:rPr>
          <w:i/>
        </w:rPr>
        <w:t>You're Not Supposed to Die Tonight</w:t>
      </w:r>
      <w:r>
        <w:t>.</w:t>
      </w:r>
      <w:r/>
    </w:p>
    <w:p>
      <w:r/>
      <w:r>
        <w:t>Check the trigger warnings before buying, particularly for books involving conversion therapy, abuse, eating disorders, family violence or graphic body horror. QueerHorror.com's genre lists and ratings provide useful starting points for comparing themes and intensity, although individual tolerance will always vary.</w:t>
      </w:r>
      <w:r/>
    </w:p>
    <w:p>
      <w:r/>
      <w:r>
        <w:t>The most exciting thing about this corner of publishing is its range. Queer horror can be lush and romantic, messy and grotesque, funny in a pitch-black way or so unsettling that you keep the hallway light on. Most importantly, it lets queer characters be complicated people rather than symbols - and sometimes, finally, the ones holding the knife.</w:t>
      </w:r>
      <w:r/>
    </w:p>
    <w:p>
      <w:r/>
      <w:r>
        <w:t>Explore the shelf by atmosphere, then let your tolerance for the dark guide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5">
        <w:r>
          <w:rPr>
            <w:color w:val="0000EE"/>
            <w:u w:val="single"/>
          </w:rPr>
          <w:t>[6]</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4">
        <w:r>
          <w:rPr>
            <w:color w:val="0000EE"/>
            <w:u w:val="single"/>
          </w:rPr>
          <w:t>[7]</w:t>
        </w:r>
      </w:hyperlink>
      <w:r>
        <w:t xml:space="preserve">- Paragraph 16: </w:t>
      </w:r>
      <w:hyperlink r:id="rId13">
        <w:r>
          <w:rPr>
            <w:color w:val="0000EE"/>
            <w:u w:val="single"/>
          </w:rPr>
          <w:t>[5]</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3">
        <w:r>
          <w:rPr>
            <w:color w:val="0000EE"/>
            <w:u w:val="single"/>
          </w:rPr>
          <w:t>[5]</w:t>
        </w:r>
      </w:hyperlink>
      <w:r>
        <w:t xml:space="preserve">- Paragraph 19: </w:t>
      </w:r>
      <w:hyperlink r:id="rId13">
        <w:r>
          <w:rPr>
            <w:color w:val="0000EE"/>
            <w:u w:val="single"/>
          </w:rPr>
          <w:t>[5]</w:t>
        </w:r>
      </w:hyperlink>
      <w:r>
        <w:t xml:space="preserve">, </w:t>
      </w:r>
      <w:hyperlink r:id="rId14">
        <w:r>
          <w:rPr>
            <w:color w:val="0000EE"/>
            <w:u w:val="single"/>
          </w:rPr>
          <w:t>[7]</w:t>
        </w:r>
      </w:hyperlink>
      <w:r>
        <w:t xml:space="preserve">- Paragraph 20: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https://qburgh.com/10-queer-horror-books/</w:t>
        </w:r>
      </w:hyperlink>
      <w:r>
        <w:t xml:space="preserve"> - Please view link - unable to able to access data</w:t>
      </w:r>
      <w:r/>
    </w:p>
    <w:p>
      <w:pPr>
        <w:pStyle w:val="ListNumber"/>
        <w:spacing w:line="240" w:lineRule="auto"/>
        <w:ind w:left="720"/>
      </w:pPr>
      <w:r/>
      <w:hyperlink r:id="rId10">
        <w:r>
          <w:rPr>
            <w:color w:val="0000EE"/>
            <w:u w:val="single"/>
          </w:rPr>
          <w:t>https://literallyhorror.com/queer-horror-books-2025/</w:t>
        </w:r>
      </w:hyperlink>
      <w:r>
        <w:t xml:space="preserve"> - This article explores the rise of queer horror literature in 2025, highlighting how LGBTQ+ authors are reshaping the genre. It discusses various sub-genres, including queer folk horror, gothic queer horror, and queer body horror, providing examples of must-read books in each category. The piece emphasizes the importance of queer representation in horror and its role in reclaiming narratives and exploring marginalized identities.</w:t>
      </w:r>
      <w:r/>
    </w:p>
    <w:p>
      <w:pPr>
        <w:pStyle w:val="ListNumber"/>
        <w:spacing w:line="240" w:lineRule="auto"/>
        <w:ind w:left="720"/>
      </w:pPr>
      <w:r/>
      <w:hyperlink r:id="rId12">
        <w:r>
          <w:rPr>
            <w:color w:val="0000EE"/>
            <w:u w:val="single"/>
          </w:rPr>
          <w:t>https://www.listchallenges.com/fear-this-queer-queer-horror-books</w:t>
        </w:r>
      </w:hyperlink>
      <w:r>
        <w:t xml:space="preserve"> - A curated list of horror books featuring explicit queer representation, queer subtext, or authored by queer individuals. The compilation includes classics like 'Carmilla' by Sheridan Le Fanu and 'The Picture of Dorian Gray' by Oscar Wilde, as well as contemporary works, offering a diverse selection for readers interested in queer horror literature.</w:t>
      </w:r>
      <w:r/>
    </w:p>
    <w:p>
      <w:pPr>
        <w:pStyle w:val="ListNumber"/>
        <w:spacing w:line="240" w:lineRule="auto"/>
        <w:ind w:left="720"/>
      </w:pPr>
      <w:r/>
      <w:hyperlink r:id="rId11">
        <w:r>
          <w:rPr>
            <w:color w:val="0000EE"/>
            <w:u w:val="single"/>
          </w:rPr>
          <w:t>https://www.themarysue.com/BEST-LGBT-HORROR-BOOKS/</w:t>
        </w:r>
      </w:hyperlink>
      <w:r>
        <w:t xml:space="preserve"> - An article recommending 15 LGBTQIA+ horror books, highlighting the increasing explicitness of queerness in the genre. It features a range of works, from novels to short stories, that blend horror with queer themes, showcasing the diversity and richness of queer horror literature.</w:t>
      </w:r>
      <w:r/>
    </w:p>
    <w:p>
      <w:pPr>
        <w:pStyle w:val="ListNumber"/>
        <w:spacing w:line="240" w:lineRule="auto"/>
        <w:ind w:left="720"/>
      </w:pPr>
      <w:r/>
      <w:hyperlink r:id="rId13">
        <w:r>
          <w:rPr>
            <w:color w:val="0000EE"/>
            <w:u w:val="single"/>
          </w:rPr>
          <w:t>https://www.queerhorror.com/books.html</w:t>
        </w:r>
      </w:hyperlink>
      <w:r>
        <w:t xml:space="preserve"> - A comprehensive overview of queer horror books, including recommended readings and a full list of horror novels with queer content. The site categorizes books into various sub-genres, such as queer vampire, queer werewolf, and queer ghost stories, providing a valuable resource for readers seeking queer horror literature.</w:t>
      </w:r>
      <w:r/>
    </w:p>
    <w:p>
      <w:pPr>
        <w:pStyle w:val="ListNumber"/>
        <w:spacing w:line="240" w:lineRule="auto"/>
        <w:ind w:left="720"/>
      </w:pPr>
      <w:r/>
      <w:hyperlink r:id="rId15">
        <w:r>
          <w:rPr>
            <w:color w:val="0000EE"/>
            <w:u w:val="single"/>
          </w:rPr>
          <w:t>https://www.queerhorror.com/allBooksRating.html</w:t>
        </w:r>
      </w:hyperlink>
      <w:r>
        <w:t xml:space="preserve"> - A detailed list of horror novels containing queer content, with descriptions and fan ratings. The compilation includes a variety of works, from classic to contemporary, offering insights into the portrayal of queerness in horror literature and its reception among readers.</w:t>
      </w:r>
      <w:r/>
    </w:p>
    <w:p>
      <w:pPr>
        <w:pStyle w:val="ListNumber"/>
        <w:spacing w:line="240" w:lineRule="auto"/>
        <w:ind w:left="720"/>
      </w:pPr>
      <w:r/>
      <w:hyperlink r:id="rId14">
        <w:r>
          <w:rPr>
            <w:color w:val="0000EE"/>
            <w:u w:val="single"/>
          </w:rPr>
          <w:t>https://www.queerhorror.com/alllesbianBooks.html</w:t>
        </w:r>
      </w:hyperlink>
      <w:r>
        <w:t xml:space="preserve"> - A focused list of lesbian horror books, featuring novels with queer content. The site provides descriptions and ratings, highlighting the representation of lesbian characters and themes in the horror genre, and serves as a resource for readers interested in lesbian horror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10-queer-horror-books/" TargetMode="External"/><Relationship Id="rId10" Type="http://schemas.openxmlformats.org/officeDocument/2006/relationships/hyperlink" Target="https://literallyhorror.com/queer-horror-books-2025/" TargetMode="External"/><Relationship Id="rId11" Type="http://schemas.openxmlformats.org/officeDocument/2006/relationships/hyperlink" Target="https://www.themarysue.com/BEST-LGBT-HORROR-BOOKS/" TargetMode="External"/><Relationship Id="rId12" Type="http://schemas.openxmlformats.org/officeDocument/2006/relationships/hyperlink" Target="https://www.listchallenges.com/fear-this-queer-queer-horror-books" TargetMode="External"/><Relationship Id="rId13" Type="http://schemas.openxmlformats.org/officeDocument/2006/relationships/hyperlink" Target="https://www.queerhorror.com/books.html" TargetMode="External"/><Relationship Id="rId14" Type="http://schemas.openxmlformats.org/officeDocument/2006/relationships/hyperlink" Target="https://www.queerhorror.com/alllesbianBooks.html" TargetMode="External"/><Relationship Id="rId15" Type="http://schemas.openxmlformats.org/officeDocument/2006/relationships/hyperlink" Target="https://www.queerhorror.com/allBooksRating.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