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the Musical London tickets and what to expect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new Pride the Musical trailer offers an upbeat glimpse of a moving London stage story, arriving at the Bridge Theatre after successful runs in Cardiff and at the National Theatre. For audiences seeking a funny, heartfelt musical with history, protest, romance and plenty of Welsh spirit, it looks like a promising night out.</w:t>
      </w:r>
      <w:r/>
    </w:p>
    <w:p>
      <w:pPr>
        <w:pStyle w:val="Heading2"/>
      </w:pPr>
      <w:r>
        <w:t>Essential Takeaways</w:t>
      </w:r>
      <w:r/>
      <w:r/>
    </w:p>
    <w:p>
      <w:pPr>
        <w:pStyle w:val="ListBullet"/>
        <w:spacing w:line="240" w:lineRule="auto"/>
        <w:ind w:left="720"/>
      </w:pPr>
      <w:r/>
      <w:r>
        <w:rPr>
          <w:b/>
        </w:rPr>
        <w:t>Bridge Theatre run:</w:t>
      </w:r>
      <w:r>
        <w:t xml:space="preserve"> Performances are scheduled in London from 12 November 2026 to 8 May 2027.</w:t>
      </w:r>
      <w:r/>
    </w:p>
    <w:p>
      <w:pPr>
        <w:pStyle w:val="ListBullet"/>
        <w:spacing w:line="240" w:lineRule="auto"/>
        <w:ind w:left="720"/>
      </w:pPr>
      <w:r/>
      <w:r>
        <w:rPr>
          <w:b/>
        </w:rPr>
        <w:t>True story at its heart:</w:t>
      </w:r>
      <w:r>
        <w:t xml:space="preserve"> The show follows Lesbians and Gays Support the Miners during the 1984 miners' strike.</w:t>
      </w:r>
      <w:r/>
    </w:p>
    <w:p>
      <w:pPr>
        <w:pStyle w:val="ListBullet"/>
        <w:spacing w:line="240" w:lineRule="auto"/>
        <w:ind w:left="720"/>
      </w:pPr>
      <w:r/>
      <w:r>
        <w:rPr>
          <w:b/>
        </w:rPr>
        <w:t>A creative reunion:</w:t>
      </w:r>
      <w:r>
        <w:t xml:space="preserve"> Director Matthew Warchus and writer Stephen Beresford return to the story.</w:t>
      </w:r>
      <w:r/>
    </w:p>
    <w:p>
      <w:pPr>
        <w:pStyle w:val="ListBullet"/>
        <w:spacing w:line="240" w:lineRule="auto"/>
        <w:ind w:left="720"/>
      </w:pPr>
      <w:r/>
      <w:r>
        <w:rPr>
          <w:b/>
        </w:rPr>
        <w:t>Big musical mix:</w:t>
      </w:r>
      <w:r>
        <w:t xml:space="preserve"> Expect protest songs, pop, rock, disco and Welsh choral influences.</w:t>
      </w:r>
      <w:r/>
    </w:p>
    <w:p>
      <w:pPr>
        <w:pStyle w:val="ListBullet"/>
        <w:spacing w:line="240" w:lineRule="auto"/>
        <w:ind w:left="720"/>
      </w:pPr>
      <w:r/>
      <w:r>
        <w:rPr>
          <w:b/>
        </w:rPr>
        <w:t>Plan ahead:</w:t>
      </w:r>
      <w:r>
        <w:t xml:space="preserve"> The production runs for 2 hours 40 minutes, including an interval, and is recommended for ages 12 and over.</w:t>
      </w:r>
      <w:r/>
      <w:r/>
    </w:p>
    <w:p>
      <w:pPr>
        <w:pStyle w:val="Heading2"/>
      </w:pPr>
      <w:r>
        <w:t>The new trailer brings Pride's warmth to life</w:t>
      </w:r>
      <w:r/>
    </w:p>
    <w:p>
      <w:r/>
      <w:r>
        <w:t>The newly released trailer is bright, energetic and unmistakably communal, giving viewers a taste of a show that balances laughter with real emotional weight. There's a sense of raised voices, shared purpose and the slightly chaotic warmth of people discovering that solidarity can begin in the most unexpected places.</w:t>
      </w:r>
      <w:r/>
    </w:p>
    <w:p>
      <w:r/>
      <w:r>
        <w:t>According to West End Theatre, the musical is based on the true story behind the 2014 film Pride. Its central relationship is between a group of London-based gay and lesbian activists and a small Welsh mining community, brought together during a bitter national dispute.</w:t>
      </w:r>
      <w:r/>
    </w:p>
    <w:p>
      <w:r/>
      <w:r>
        <w:t>That combination gives the production a particularly appealing shape. It's political without being dry, personal without losing sight of the bigger picture, and rooted in a moment when unlikely allies found common ground.</w:t>
      </w:r>
      <w:r/>
    </w:p>
    <w:p>
      <w:pPr>
        <w:pStyle w:val="Heading2"/>
      </w:pPr>
      <w:r>
        <w:t>Why this story still feels surprisingly current</w:t>
      </w:r>
      <w:r/>
    </w:p>
    <w:p>
      <w:r/>
      <w:r>
        <w:t>Pride follows the formation of Lesbians and Gays Support the Miners, known as LGSM, during the 1984 miners' strike. The group raised money for a village in South Wales, creating a friendship that challenged assumptions on both sides.</w:t>
      </w:r>
      <w:r/>
    </w:p>
    <w:p>
      <w:r/>
      <w:r>
        <w:t>The story has plenty of historical detail, but its emotional engine is simple: people who don't initially understand one another decide to show up anyway. Visit London lists the production as a musical adaptation of the acclaimed film, while Best of Theatre highlights the show's connection to its original stage and screen legacy.</w:t>
      </w:r>
      <w:r/>
    </w:p>
    <w:p>
      <w:r/>
      <w:r>
        <w:t>That message lands neatly in a theatre landscape often drawn to stories about community. It also explains why the material can move between raucous humour and quieter, more tender moments without feeling forced.</w:t>
      </w:r>
      <w:r/>
    </w:p>
    <w:p>
      <w:pPr>
        <w:pStyle w:val="Heading2"/>
      </w:pPr>
      <w:r>
        <w:t>From Cardiff and the National Theatre to the Bridge</w:t>
      </w:r>
      <w:r/>
    </w:p>
    <w:p>
      <w:r/>
      <w:r>
        <w:t>The Bridge Theatre engagement follows sold-out seasons at Cardiff's Sherman Theatre and the National Theatre. That's a useful signal for anyone weighing up Pride the Musical tickets, particularly if they prefer productions that have already had time to develop in front of audiences.</w:t>
      </w:r>
      <w:r/>
    </w:p>
    <w:p>
      <w:r/>
      <w:r>
        <w:t>The show's creative team brings considerable experience. Matthew Warchus, known for directing Matilda the Musical, reunites with writer Stephen Beresford, whose work helped shape the original Pride story. The production's music comes from Christopher Nightingale, Josh Cohen and DJ Walde.</w:t>
      </w:r>
      <w:r/>
    </w:p>
    <w:p>
      <w:r/>
      <w:r>
        <w:t>The result isn't designed as a conventional jukebox musical. Its score draws on protest anthems, pop, rock, disco and Welsh choral traditions, so the sound should shift as quickly as the story's emotional temperature. One moment may feel like a rally; the next could carry the hush of a village choir.</w:t>
      </w:r>
      <w:r/>
    </w:p>
    <w:p>
      <w:pPr>
        <w:pStyle w:val="Heading2"/>
      </w:pPr>
      <w:r>
        <w:t>What to know before booking Pride the Musical</w:t>
      </w:r>
      <w:r/>
    </w:p>
    <w:p>
      <w:r/>
      <w:r>
        <w:t>The Bridge Theatre run is scheduled from 12 November 2026 until 8 May 2027, with evening performances from Monday to Saturday and Thursday and Saturday matinees. The Bridge Theatre's official booking information is the best place to check the latest availability, prices and performance details before committing.</w:t>
      </w:r>
      <w:r/>
    </w:p>
    <w:p>
      <w:r/>
      <w:r>
        <w:t>The running time is 2 hours 40 minutes including an interval, and the age guidance is 12+. That makes it suitable for older teenagers and adults, although families should bear in mind that the show deals with political conflict, prejudice and the realities of the miners' strike.</w:t>
      </w:r>
      <w:r/>
    </w:p>
    <w:p>
      <w:r/>
      <w:r>
        <w:t>For the best experience, consider whether you prefer the buzz of a Saturday night or the slightly calmer pace of a weekday matinee. The musical's mix of history, humour and live music should make either option feel like more than a routine trip to the theatre.</w:t>
      </w:r>
      <w:r/>
    </w:p>
    <w:p>
      <w:pPr>
        <w:pStyle w:val="Heading2"/>
      </w:pPr>
      <w:r>
        <w:t>A joyful musical with something serious to say</w:t>
      </w:r>
      <w:r/>
    </w:p>
    <w:p>
      <w:r/>
      <w:r>
        <w:t>Pride works because its central idea is both grand and ordinary. Collective action matters, but so do the small gestures that make strangers feel welcome: a meal, a conversation, a lift home or simply turning up when help is needed.</w:t>
      </w:r>
      <w:r/>
    </w:p>
    <w:p>
      <w:r/>
      <w:r>
        <w:t>The London transfer gives a new audience the chance to see how that story develops on stage, with a score that promises plenty of movement and colour. As the Bridge Theatre run approaches, the new trailer makes a persuasive case for a production that wants audiences to laugh loudly, sing along and leave with a little more faith in unlikely friendships.</w:t>
      </w:r>
      <w:r/>
    </w:p>
    <w:p>
      <w:r/>
      <w:r>
        <w:t>It's a spirited reminder that solidarity can start with one brave, generous decision.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https://www.westendtheatre.com/373566/news/pride-the-musical-trailer-bridge-theatre/</w:t>
        </w:r>
      </w:hyperlink>
      <w:r>
        <w:t xml:space="preserve"> - Please view link - unable to able to access data</w:t>
      </w:r>
      <w:r/>
    </w:p>
    <w:p>
      <w:pPr>
        <w:pStyle w:val="ListNumber"/>
        <w:spacing w:line="240" w:lineRule="auto"/>
        <w:ind w:left="720"/>
      </w:pPr>
      <w:r/>
      <w:hyperlink r:id="rId10">
        <w:r>
          <w:rPr>
            <w:color w:val="0000EE"/>
            <w:u w:val="single"/>
          </w:rPr>
          <w:t>https://www.bridgetheatre.co.uk/en-GB/event/musical/pride-tickets</w:t>
        </w:r>
      </w:hyperlink>
      <w:r>
        <w:t xml:space="preserve"> - The Bridge Theatre's official page for 'Pride The Musical' provides comprehensive details about the production, including performance dates from 12 November 2026 to 8 May 2027, ticket prices starting from £30, and the running time of 2 hours and 40 minutes. The page also offers information on accessibility features and the venue's location at 3 Potters Fields Park, London SE1 2SG. (</w:t>
      </w:r>
      <w:hyperlink r:id="rId16">
        <w:r>
          <w:rPr>
            <w:color w:val="0000EE"/>
            <w:u w:val="single"/>
          </w:rPr>
          <w:t>bridgetheatre.co.uk</w:t>
        </w:r>
      </w:hyperlink>
      <w:r>
        <w:t>)</w:t>
      </w:r>
      <w:r/>
    </w:p>
    <w:p>
      <w:pPr>
        <w:pStyle w:val="ListNumber"/>
        <w:spacing w:line="240" w:lineRule="auto"/>
        <w:ind w:left="720"/>
      </w:pPr>
      <w:r/>
      <w:hyperlink r:id="rId11">
        <w:r>
          <w:rPr>
            <w:color w:val="0000EE"/>
            <w:u w:val="single"/>
          </w:rPr>
          <w:t>https://www.visitlondon.com/things-to-do/event/51197387-pride-the-musical-london</w:t>
        </w:r>
      </w:hyperlink>
      <w:r>
        <w:t xml:space="preserve"> - Visit London's page on 'Pride The Musical' highlights the production's transfer to the Bridge Theatre following sold-out runs at Cardiff's Sherman Theatre and the National Theatre. It details the performance schedule, ticket pricing, and the musical's setting during the 1984 miners' strike, focusing on the formation of Lesbians and Gays Support the Miners (LGSM). (</w:t>
      </w:r>
      <w:hyperlink r:id="rId17">
        <w:r>
          <w:rPr>
            <w:color w:val="0000EE"/>
            <w:u w:val="single"/>
          </w:rPr>
          <w:t>visitlondon.com</w:t>
        </w:r>
      </w:hyperlink>
      <w:r>
        <w:t>)</w:t>
      </w:r>
      <w:r/>
    </w:p>
    <w:p>
      <w:pPr>
        <w:pStyle w:val="ListNumber"/>
        <w:spacing w:line="240" w:lineRule="auto"/>
        <w:ind w:left="720"/>
      </w:pPr>
      <w:r/>
      <w:hyperlink r:id="rId12">
        <w:r>
          <w:rPr>
            <w:color w:val="0000EE"/>
            <w:u w:val="single"/>
          </w:rPr>
          <w:t>https://www.bestoftheatre.co.uk/pride-the-musical</w:t>
        </w:r>
      </w:hyperlink>
      <w:r>
        <w:t xml:space="preserve"> - Best of Theatre's page for 'Pride The Musical' provides booking information, including performance dates from 12 November 2026 to 8 May 2027, ticket prices starting from £34.00, and the running time of 2 hours and 40 minutes. The page also offers a brief description of the musical's plot, set during the 1984 miners' strike, and its original songs inspired by protest anthems, pop, rock, disco, and Welsh choirs. (</w:t>
      </w:r>
      <w:hyperlink r:id="rId18">
        <w:r>
          <w:rPr>
            <w:color w:val="0000EE"/>
            <w:u w:val="single"/>
          </w:rPr>
          <w:t>bestoftheatre.co.uk</w:t>
        </w:r>
      </w:hyperlink>
      <w:r>
        <w:t>)</w:t>
      </w:r>
      <w:r/>
    </w:p>
    <w:p>
      <w:pPr>
        <w:pStyle w:val="ListNumber"/>
        <w:spacing w:line="240" w:lineRule="auto"/>
        <w:ind w:left="720"/>
      </w:pPr>
      <w:r/>
      <w:hyperlink r:id="rId13">
        <w:r>
          <w:rPr>
            <w:color w:val="0000EE"/>
            <w:u w:val="single"/>
          </w:rPr>
          <w:t>https://en.wikipedia.org/wiki/Pride_(musical)</w:t>
        </w:r>
      </w:hyperlink>
      <w:r>
        <w:t xml:space="preserve"> - The Wikipedia page for 'Pride (musical)' provides an overview of the musical's development, including its world premiere at the Sherman Theatre in Cardiff on 31 March 2026, its transfer to the National Theatre in London in June 2026, and its upcoming run at the Bridge Theatre from 12 November 2026. It also details the creative team, including director Matthew Warchus and writer Stephen Beresford, and the musical's basis on the 2014 film 'Pride'. (</w:t>
      </w:r>
      <w:hyperlink r:id="rId19">
        <w:r>
          <w:rPr>
            <w:color w:val="0000EE"/>
            <w:u w:val="single"/>
          </w:rPr>
          <w:t>en.wikipedia.org</w:t>
        </w:r>
      </w:hyperlink>
      <w:r>
        <w:t>)</w:t>
      </w:r>
      <w:r/>
    </w:p>
    <w:p>
      <w:pPr>
        <w:pStyle w:val="ListNumber"/>
        <w:spacing w:line="240" w:lineRule="auto"/>
        <w:ind w:left="720"/>
      </w:pPr>
      <w:r/>
      <w:hyperlink r:id="rId14">
        <w:r>
          <w:rPr>
            <w:color w:val="0000EE"/>
            <w:u w:val="single"/>
          </w:rPr>
          <w:t>https://musical.today/pride/london/</w:t>
        </w:r>
      </w:hyperlink>
      <w:r>
        <w:t xml:space="preserve"> - Musical Today's page on 'Pride in London' provides performance dates from 12 November 2026 to 8 May 2027, ticket prices starting from £30, and the running time of 2 hours and 40 minutes. The page also offers information on the venue, the Bridge Theatre, located at 3 Potters Fields Park, London SE1 2SG, and details on accessible performances, including captioned, audio-described, and British Sign Language-interpreted shows. (</w:t>
      </w:r>
      <w:hyperlink r:id="rId20">
        <w:r>
          <w:rPr>
            <w:color w:val="0000EE"/>
            <w:u w:val="single"/>
          </w:rPr>
          <w:t>musical.today</w:t>
        </w:r>
      </w:hyperlink>
      <w:r>
        <w:t>)</w:t>
      </w:r>
      <w:r/>
    </w:p>
    <w:p>
      <w:pPr>
        <w:pStyle w:val="ListNumber"/>
        <w:spacing w:line="240" w:lineRule="auto"/>
        <w:ind w:left="720"/>
      </w:pPr>
      <w:r/>
      <w:hyperlink r:id="rId15">
        <w:r>
          <w:rPr>
            <w:color w:val="0000EE"/>
            <w:u w:val="single"/>
          </w:rPr>
          <w:t>https://www.thewestendshows.co.uk/show/pride-the-musical-london-tickets/</w:t>
        </w:r>
      </w:hyperlink>
      <w:r>
        <w:t xml:space="preserve"> - The West End Shows' page for 'Pride the Musical' provides ticket information, including prices from £35, performance dates from 12 November 2026 to 8 May 2027, and the running time of 2 hours and 40 minutes. The page also offers a brief description of the musical's plot, focusing on the true story of Lesbians and Gays Support the Miners during the 1984 miners' strike, and mentions the sold-out runs at Cardiff’s Sherman Theatre and the National Theatre. (</w:t>
      </w:r>
      <w:hyperlink r:id="rId21">
        <w:r>
          <w:rPr>
            <w:color w:val="0000EE"/>
            <w:u w:val="single"/>
          </w:rPr>
          <w:t>thewestendshows.co.uk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tendtheatre.com/373566/news/pride-the-musical-trailer-bridge-theatre/" TargetMode="External"/><Relationship Id="rId10" Type="http://schemas.openxmlformats.org/officeDocument/2006/relationships/hyperlink" Target="https://www.bridgetheatre.co.uk/en-GB/event/musical/pride-tickets" TargetMode="External"/><Relationship Id="rId11" Type="http://schemas.openxmlformats.org/officeDocument/2006/relationships/hyperlink" Target="https://www.visitlondon.com/things-to-do/event/51197387-pride-the-musical-london" TargetMode="External"/><Relationship Id="rId12" Type="http://schemas.openxmlformats.org/officeDocument/2006/relationships/hyperlink" Target="https://www.bestoftheatre.co.uk/pride-the-musical" TargetMode="External"/><Relationship Id="rId13" Type="http://schemas.openxmlformats.org/officeDocument/2006/relationships/hyperlink" Target="https://en.wikipedia.org/wiki/Pride_(musical)" TargetMode="External"/><Relationship Id="rId14" Type="http://schemas.openxmlformats.org/officeDocument/2006/relationships/hyperlink" Target="https://musical.today/pride/london/" TargetMode="External"/><Relationship Id="rId15" Type="http://schemas.openxmlformats.org/officeDocument/2006/relationships/hyperlink" Target="https://www.thewestendshows.co.uk/show/pride-the-musical-london-tickets/" TargetMode="External"/><Relationship Id="rId16" Type="http://schemas.openxmlformats.org/officeDocument/2006/relationships/hyperlink" Target="https://www.bridgetheatre.co.uk/en-GB/event/musical/pride-tickets?utm_source=openai" TargetMode="External"/><Relationship Id="rId17" Type="http://schemas.openxmlformats.org/officeDocument/2006/relationships/hyperlink" Target="https://www.visitlondon.com/things-to-do/event/51197387-pride-the-musical-london?utm_source=openai" TargetMode="External"/><Relationship Id="rId18" Type="http://schemas.openxmlformats.org/officeDocument/2006/relationships/hyperlink" Target="https://www.bestoftheatre.co.uk/pride-the-musical?utm_source=openai" TargetMode="External"/><Relationship Id="rId19" Type="http://schemas.openxmlformats.org/officeDocument/2006/relationships/hyperlink" Target="https://en.wikipedia.org/wiki/Pride_%28musical%29?utm_source=openai" TargetMode="External"/><Relationship Id="rId20" Type="http://schemas.openxmlformats.org/officeDocument/2006/relationships/hyperlink" Target="https://musical.today/pride/london/?utm_source=openai" TargetMode="External"/><Relationship Id="rId21" Type="http://schemas.openxmlformats.org/officeDocument/2006/relationships/hyperlink" Target="https://www.thewestendshows.co.uk/show/pride-the-musical-london-ticke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