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NHL Pride Night dates for LGBTQ fans in 2026-27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looking for NHL Pride Night celebrations in the 2026-27 season have plenty of fixtures to choose from, with 27 teams announcing events so far. From Detroit in October to San Jose in April, the schedule shows continued support, although several teams remain undecided and Dallas has stepped away from its annual celebration.</w:t>
      </w:r>
      <w:r/>
    </w:p>
    <w:p>
      <w:pPr>
        <w:pStyle w:val="Heading2"/>
      </w:pPr>
      <w:r>
        <w:t>Essential Takeaways</w:t>
      </w:r>
      <w:r/>
      <w:r/>
    </w:p>
    <w:p>
      <w:pPr>
        <w:pStyle w:val="ListBullet"/>
        <w:spacing w:line="240" w:lineRule="auto"/>
        <w:ind w:left="720"/>
      </w:pPr>
      <w:r/>
      <w:r>
        <w:rPr>
          <w:b/>
        </w:rPr>
        <w:t>A broad schedule:</w:t>
      </w:r>
      <w:r>
        <w:t xml:space="preserve"> 27 NHL teams have announced Pride or inclusion-focused events for the 2026-27 season.</w:t>
      </w:r>
      <w:r/>
    </w:p>
    <w:p>
      <w:pPr>
        <w:pStyle w:val="ListBullet"/>
        <w:spacing w:line="240" w:lineRule="auto"/>
        <w:ind w:left="720"/>
      </w:pPr>
      <w:r/>
      <w:r>
        <w:rPr>
          <w:b/>
        </w:rPr>
        <w:t>The season starts early:</w:t>
      </w:r>
      <w:r>
        <w:t xml:space="preserve"> Detroit hosts its celebration on 9 October 2026, with the Islanders following on 20 October.</w:t>
      </w:r>
      <w:r/>
    </w:p>
    <w:p>
      <w:pPr>
        <w:pStyle w:val="ListBullet"/>
        <w:spacing w:line="240" w:lineRule="auto"/>
        <w:ind w:left="720"/>
      </w:pPr>
      <w:r/>
      <w:r>
        <w:rPr>
          <w:b/>
        </w:rPr>
        <w:t>Big February and March calendar:</w:t>
      </w:r>
      <w:r>
        <w:t xml:space="preserve"> Many teams, including Columbus, Florida, Chicago and Montreal, will hold events during the second half of the season.</w:t>
      </w:r>
      <w:r/>
    </w:p>
    <w:p>
      <w:pPr>
        <w:pStyle w:val="ListBullet"/>
        <w:spacing w:line="240" w:lineRule="auto"/>
        <w:ind w:left="720"/>
      </w:pPr>
      <w:r/>
      <w:r>
        <w:rPr>
          <w:b/>
        </w:rPr>
        <w:t>Different names, similar aims:</w:t>
      </w:r>
      <w:r>
        <w:t xml:space="preserve"> Some clubs use “Hockey Is For Everyone” or “Hockey Unites” rather than calling the event Pride Night.</w:t>
      </w:r>
      <w:r/>
    </w:p>
    <w:p>
      <w:pPr>
        <w:pStyle w:val="ListBullet"/>
        <w:spacing w:line="240" w:lineRule="auto"/>
        <w:ind w:left="720"/>
      </w:pPr>
      <w:r/>
      <w:r>
        <w:rPr>
          <w:b/>
        </w:rPr>
        <w:t>One notable omission:</w:t>
      </w:r>
      <w:r>
        <w:t xml:space="preserve"> Dallas has not announced a Pride event after holding one for five consecutive seasons.</w:t>
      </w:r>
      <w:r/>
      <w:r/>
    </w:p>
    <w:p>
      <w:pPr>
        <w:pStyle w:val="Heading2"/>
      </w:pPr>
      <w:r>
        <w:t>Pride Night is becoming a regular part of the NHL calendar</w:t>
      </w:r>
      <w:r/>
    </w:p>
    <w:p>
      <w:r/>
      <w:r>
        <w:t>The 2026-27 NHL Pride Night schedule stretches across the season, giving LGBTQ fans and allies more than a single weekend to look forward to. Detroit gets the ball rolling on 9 October, while the New York Islanders follow later that month.</w:t>
      </w:r>
      <w:r/>
    </w:p>
    <w:p>
      <w:r/>
      <w:r>
        <w:t>There’s a pleasingly varied feel to the calendar. Some teams are offering Pride-branded giveaways, others are planning themed ticket packages, and several will feature special in-arena moments. The NHL’s wider theme-night programme also includes inclusion-led events that don’t always use the word Pride, according to the league’s official listings.</w:t>
      </w:r>
      <w:r/>
    </w:p>
    <w:p>
      <w:r/>
      <w:r>
        <w:t>That matters because a night’s title can vary, while the practical experience may still centre on LGBTQ supporters, community partners and allyship. In other words, fans may need to look beyond the headline on a team’s fixture page.</w:t>
      </w:r>
      <w:r/>
    </w:p>
    <w:p>
      <w:pPr>
        <w:pStyle w:val="Heading2"/>
      </w:pPr>
      <w:r>
        <w:t>Which teams are hosting events in 2027?</w:t>
      </w:r>
      <w:r/>
    </w:p>
    <w:p>
      <w:r/>
      <w:r>
        <w:t>January is especially busy. The Los Angeles Kings will host Pride on 2 January, followed by Nashville, Calgary, Tampa Bay, Washington, New Jersey and Philadelphia. The Capitals are among the league’s most consistent supporters, with the club’s official announcement marking another consecutive Pride celebration.</w:t>
      </w:r>
      <w:r/>
    </w:p>
    <w:p>
      <w:r/>
      <w:r>
        <w:t>The Flyers also have a particularly established event. NHL coverage of Philadelphia’s annual Pride game highlights the club’s ongoing relationship with LGBTQ fans and community groups, making it more than a quick colour change on the scoreboard.</w:t>
      </w:r>
      <w:r/>
    </w:p>
    <w:p>
      <w:r/>
      <w:r>
        <w:t>February brings celebrations from Seattle, Columbus, Florida, Anaheim and Colorado. Seattle’s event is notable for its regularity, while Columbus is pairing its inclusion night with a Pride Ticket Package and a wearable item. That’s a handy option for supporters who want a souvenir without having to hunt around the concourse.</w:t>
      </w:r>
      <w:r/>
    </w:p>
    <w:p>
      <w:r/>
      <w:r>
        <w:t>March is the busiest month, with Buffalo, Edmonton, Montreal, Ottawa, Chicago, Minnesota and the New York Rangers all scheduled to take part. San Jose rounds things off on 8 April, giving fans on the west coast one of the final Pride opportunities of the regular season.</w:t>
      </w:r>
      <w:r/>
    </w:p>
    <w:p>
      <w:pPr>
        <w:pStyle w:val="Heading2"/>
      </w:pPr>
      <w:r>
        <w:t>Pride Night or Hockey Is For Everyone?</w:t>
      </w:r>
      <w:r/>
    </w:p>
    <w:p>
      <w:r/>
      <w:r>
        <w:t>Not every club uses the same language. Boston, Columbus, St Louis and Carolina are among the teams choosing “Hockey Is For Everyone” branding, while other clubs use phrases such as “Celebrating Pride” or “Hockey Unites”.</w:t>
      </w:r>
      <w:r/>
    </w:p>
    <w:p>
      <w:r/>
      <w:r>
        <w:t>That distinction can be meaningful, but it shouldn’t automatically be read as a lack of support. The NHL has used broader inclusion campaigns for years, and the league’s official Pride Cup coverage has also presented LGBTQ inclusion as part of a wider hockey community.</w:t>
      </w:r>
      <w:r/>
    </w:p>
    <w:p>
      <w:r/>
      <w:r>
        <w:t>Still, fans understandably want clarity. A general inclusion label tells you less about whether there’ll be rainbow merchandise, LGBTQ community stalls, player participation or dedicated fan activities. Checking the team’s ticket page and community announcement closer to game day is the safest way to find out what’s actually planned.</w:t>
      </w:r>
      <w:r/>
    </w:p>
    <w:p>
      <w:pPr>
        <w:pStyle w:val="Heading2"/>
      </w:pPr>
      <w:r>
        <w:t>What fans should check before booking</w:t>
      </w:r>
      <w:r/>
    </w:p>
    <w:p>
      <w:r/>
      <w:r>
        <w:t>Start with the event name, then look for the details underneath it. A Pride Ticket Package may include a scarf, shirt or other giveaway, while a standard game ticket might only provide access to the themed presentation.</w:t>
      </w:r>
      <w:r/>
    </w:p>
    <w:p>
      <w:r/>
      <w:r>
        <w:t>It’s also worth checking the timing. The Islanders’ October event, for instance, falls on a busy New York sports night, so fans may want to plan transport and accommodation earlier than usual. Popular fixtures can become expensive quickly, particularly when they overlap with other major games or city events.</w:t>
      </w:r>
      <w:r/>
    </w:p>
    <w:p>
      <w:r/>
      <w:r>
        <w:t>For families and first-time attendees, look for information about community partners, accessibility, venue policies and pre-match activities. The best Pride nights feel welcoming before the opening face-off, not just during a brief ceremony.</w:t>
      </w:r>
      <w:r/>
    </w:p>
    <w:p>
      <w:pPr>
        <w:pStyle w:val="Heading2"/>
      </w:pPr>
      <w:r>
        <w:t>Dallas raises an uncomfortable question</w:t>
      </w:r>
      <w:r/>
    </w:p>
    <w:p>
      <w:r/>
      <w:r>
        <w:t>The most striking change is in Dallas, where the Stars have not announced a Pride event after five consecutive seasons of hosting one. Instead, the club is using its “Hockey Unites Night” to spotlight women in sport, according to reporting cited in the source material.</w:t>
      </w:r>
      <w:r/>
    </w:p>
    <w:p>
      <w:r/>
      <w:r>
        <w:t>That decision has prompted concern among LGBTQ supporters, especially as other professional sports organisations have also moved away from dedicated Pride programming. A broader inclusion event can still do valuable work, but fans may reasonably ask whether LGBTQ visibility is being diluted.</w:t>
      </w:r>
      <w:r/>
    </w:p>
    <w:p>
      <w:r/>
      <w:r>
        <w:t>For now, the wider NHL picture remains mixed but substantial. Most clubs have announced some form of Pride or inclusion activity, while Toronto, Utah, Vancouver and Vegas have yet to provide clear 2026-27 details. The schedule is active, but it’s not quite complete.</w:t>
      </w:r>
      <w:r/>
    </w:p>
    <w:p>
      <w:r/>
      <w:r>
        <w:t>It's a strong calendar overall, but the missing dates show why visibility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5">
        <w:r>
          <w:rPr>
            <w:color w:val="0000EE"/>
            <w:u w:val="single"/>
          </w:rPr>
          <w:t>[7]</w:t>
        </w:r>
      </w:hyperlink>
      <w:r>
        <w:t xml:space="preserve">, </w:t>
      </w:r>
      <w:hyperlink r:id="rId10">
        <w:r>
          <w:rPr>
            <w:color w:val="0000EE"/>
            <w:u w:val="single"/>
          </w:rPr>
          <w:t>[2]</w:t>
        </w:r>
      </w:hyperlink>
      <w:r>
        <w:t xml:space="preserve">- Paragraph 12: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https://www.outsports.com/2026/10/23/24145927/nhl-pride-night-celebrations-list-2026-2027/</w:t>
        </w:r>
      </w:hyperlink>
      <w:r>
        <w:t xml:space="preserve"> - Please view link - unable to able to access data</w:t>
      </w:r>
      <w:r/>
    </w:p>
    <w:p>
      <w:pPr>
        <w:pStyle w:val="ListNumber"/>
        <w:spacing w:line="240" w:lineRule="auto"/>
        <w:ind w:left="720"/>
      </w:pPr>
      <w:r/>
      <w:hyperlink r:id="rId10">
        <w:r>
          <w:rPr>
            <w:color w:val="0000EE"/>
            <w:u w:val="single"/>
          </w:rPr>
          <w:t>https://www.nhl.com/news/nhl-theme-night-celebration-2025-2026</w:t>
        </w:r>
      </w:hyperlink>
      <w:r>
        <w:t xml:space="preserve"> - The NHL's Cultural Celebrations/Community Theme Nights blog provides updates on special event nights across the league. For instance, on March 25, 2026, the Nashville Predators hosted their Pride Night, featuring a jersey designed by local artist Tiffany Evans and players using rainbow 'Pride Tape' on their sticks. Similarly, the New York Islanders celebrated Pride on March 26, 2026, with rainbow decor at UBS Arena and special edition Pride hats and shirts for players. Additionally, members of the New York City Pride Hockey Alliance participated in a pregame skate at UBS Arena ahead of the Islanders' Pride Game.</w:t>
      </w:r>
      <w:r/>
    </w:p>
    <w:p>
      <w:pPr>
        <w:pStyle w:val="ListNumber"/>
        <w:spacing w:line="240" w:lineRule="auto"/>
        <w:ind w:left="720"/>
      </w:pPr>
      <w:r/>
      <w:hyperlink r:id="rId12">
        <w:r>
          <w:rPr>
            <w:color w:val="0000EE"/>
            <w:u w:val="single"/>
          </w:rPr>
          <w:t>https://www.nhl.com/news/flyers-to-host-annual-pride-game-x6902</w:t>
        </w:r>
      </w:hyperlink>
      <w:r>
        <w:t xml:space="preserve"> - The Philadelphia Flyers announced their annual Pride Game, scheduled for January 12, 2026, against the Tampa Bay Lightning at Xfinity Mobile Arena. The event aims to celebrate inclusion, visibility, and community, reinforcing the organization's commitment to supporting the local LGBTQ+ community. In celebration, the Flyers provided over 300 tickets to local nonprofits, displayed special pride-themed arena LEDs and decor, and offered fans the opportunity to purchase Flyers Pride merchandise, including t-shirts, hoodies, and hats.</w:t>
      </w:r>
      <w:r/>
    </w:p>
    <w:p>
      <w:pPr>
        <w:pStyle w:val="ListNumber"/>
        <w:spacing w:line="240" w:lineRule="auto"/>
        <w:ind w:left="720"/>
      </w:pPr>
      <w:r/>
      <w:hyperlink r:id="rId11">
        <w:r>
          <w:rPr>
            <w:color w:val="0000EE"/>
            <w:u w:val="single"/>
          </w:rPr>
          <w:t>https://www.nhl.com/news/nhl-unites-features-vancouver-seattle-for-third-annual-pride-cup</w:t>
        </w:r>
      </w:hyperlink>
      <w:r>
        <w:t xml:space="preserve"> - The NHL, in partnership with Pride Tape, hosted the 2026 NHL Unites Pride Cup for the third consecutive season. The event featured members of Vancouver’s The Cutting Edges and the Seattle Pride Hockey Association competing for the Pride Cup trophy on February 28 and March 1, 2026, in Surrey, British Columbia. The two-day event at the North Surrey Sport &amp; Ice Complex showcased LGBTQ+ hockey associations in the Pacific Northwest, with each organization receiving a $25,000 donation to support their community impact.</w:t>
      </w:r>
      <w:r/>
    </w:p>
    <w:p>
      <w:pPr>
        <w:pStyle w:val="ListNumber"/>
        <w:spacing w:line="240" w:lineRule="auto"/>
        <w:ind w:left="720"/>
      </w:pPr>
      <w:r/>
      <w:hyperlink r:id="rId14">
        <w:r>
          <w:rPr>
            <w:color w:val="0000EE"/>
            <w:u w:val="single"/>
          </w:rPr>
          <w:t>https://www.nhl.com/devils/news/theme-nights-giveaways-2026-27-release-8-24-26</w:t>
        </w:r>
      </w:hyperlink>
      <w:r>
        <w:t xml:space="preserve"> - The New Jersey Devils announced their 2026-27 Theme Night and Giveaway schedule, including new and fan-favorite nights such as Devils K-Pop Night, Youth Hockey Day presented by RWJBarnabas Health, and Ring of Honor presented by Citizens. Giveaways this season will include a Luke Hughes bobblehead, Arseny Gritsyuk figurine bag tag presented by RWJBarnabas Health, and NJ Devil night light presented by MSG Networks. The Devils will also honor the rich diversity of people, cultures, and communities that make up their fanbase and the state of New Jersey on nights like Newark Celebration (November 18), Pride (January 19), Black History (February 23), and Hispanic Heritage (March 29).</w:t>
      </w:r>
      <w:r/>
    </w:p>
    <w:p>
      <w:pPr>
        <w:pStyle w:val="ListNumber"/>
        <w:spacing w:line="240" w:lineRule="auto"/>
        <w:ind w:left="720"/>
      </w:pPr>
      <w:r/>
      <w:hyperlink r:id="rId13">
        <w:r>
          <w:rPr>
            <w:color w:val="0000EE"/>
            <w:u w:val="single"/>
          </w:rPr>
          <w:t>https://www.nhl.com/capitals/news/a-decade-of-pride-capitals-to-host-10th-consecutive-pride-night-presented-by-giant-on-jan-17</w:t>
        </w:r>
      </w:hyperlink>
      <w:r>
        <w:t xml:space="preserve"> - The Washington Capitals announced they will host their 10th consecutive Pride Night, presented by Giant, on January 17, 2026, when they face the Florida Panthers at Capital One Arena. Fans are invited to a pre-game Block Party at District E beginning at 5 p.m., featuring a performance by the band NovaKane, specialty happy hour food and beverages, giveaways courtesy of the Capitals and Giant, and a presence by several local LGBTQ+ community organizations.</w:t>
      </w:r>
      <w:r/>
    </w:p>
    <w:p>
      <w:pPr>
        <w:pStyle w:val="ListNumber"/>
        <w:spacing w:line="240" w:lineRule="auto"/>
        <w:ind w:left="720"/>
      </w:pPr>
      <w:r/>
      <w:hyperlink r:id="rId15">
        <w:r>
          <w:rPr>
            <w:color w:val="0000EE"/>
            <w:u w:val="single"/>
          </w:rPr>
          <w:t>https://100percentfedup.com/nhl-team-scraps-pride-night-schedule/</w:t>
        </w:r>
      </w:hyperlink>
      <w:r>
        <w:t xml:space="preserve"> - The Dallas Stars will not host a Pride Night for the 2026-2027 season, marking the first time in at least five years. The team did not provide a specific reason for dropping Pride Night from its schedule, which typically occurs in February or March. Instead, reports indicate that the Stars will host a game called “Hockey Unites Us: Women in Sports Night” on March 23 against the Carolina Hurricanes. A Stars spokesperson stated that the new Hockey Unites Night allows the organization to celebrate and support a different underrepresented community each season.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3/24145927/nhl-pride-night-celebrations-list-2026-2027/" TargetMode="External"/><Relationship Id="rId10" Type="http://schemas.openxmlformats.org/officeDocument/2006/relationships/hyperlink" Target="https://www.nhl.com/news/nhl-theme-night-celebration-2025-2026" TargetMode="External"/><Relationship Id="rId11" Type="http://schemas.openxmlformats.org/officeDocument/2006/relationships/hyperlink" Target="https://www.nhl.com/news/nhl-unites-features-vancouver-seattle-for-third-annual-pride-cup" TargetMode="External"/><Relationship Id="rId12" Type="http://schemas.openxmlformats.org/officeDocument/2006/relationships/hyperlink" Target="https://www.nhl.com/news/flyers-to-host-annual-pride-game-x6902" TargetMode="External"/><Relationship Id="rId13" Type="http://schemas.openxmlformats.org/officeDocument/2006/relationships/hyperlink" Target="https://www.nhl.com/capitals/news/a-decade-of-pride-capitals-to-host-10th-consecutive-pride-night-presented-by-giant-on-jan-17" TargetMode="External"/><Relationship Id="rId14" Type="http://schemas.openxmlformats.org/officeDocument/2006/relationships/hyperlink" Target="https://www.nhl.com/devils/news/theme-nights-giveaways-2026-27-release-8-24-26" TargetMode="External"/><Relationship Id="rId15" Type="http://schemas.openxmlformats.org/officeDocument/2006/relationships/hyperlink" Target="https://100percentfedup.com/nhl-team-scraps-pride-night-schedu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