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Culture War Book Explores Pop Culture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enter to win Lisa M. Stulberg's new book, How to Win a Culture War, a timely study of how LGBTQ+ artists, athletes and activists use visibility, storytelling and workplace change to shift public attitudes across the United States.</w:t>
      </w:r>
      <w:r/>
    </w:p>
    <w:p>
      <w:pPr>
        <w:pStyle w:val="Heading2"/>
      </w:pPr>
      <w:r>
        <w:t>Essential Takeaways</w:t>
      </w:r>
      <w:r/>
      <w:r/>
    </w:p>
    <w:p>
      <w:pPr>
        <w:pStyle w:val="ListBullet"/>
        <w:spacing w:line="240" w:lineRule="auto"/>
        <w:ind w:left="720"/>
      </w:pPr>
      <w:r/>
      <w:r>
        <w:rPr>
          <w:b/>
        </w:rPr>
        <w:t>Prize book:</w:t>
      </w:r>
      <w:r>
        <w:t xml:space="preserve"> How to Win a Culture War examines LGBTQ+ social change through entertainment, sport and politics.</w:t>
      </w:r>
      <w:r/>
    </w:p>
    <w:p>
      <w:pPr>
        <w:pStyle w:val="ListBullet"/>
        <w:spacing w:line="240" w:lineRule="auto"/>
        <w:ind w:left="720"/>
      </w:pPr>
      <w:r/>
      <w:r>
        <w:rPr>
          <w:b/>
        </w:rPr>
        <w:t>Long-running research:</w:t>
      </w:r>
      <w:r>
        <w:t xml:space="preserve"> Sociologist Lisa M. Stulberg interviewed 170 culture workers over 14 years.</w:t>
      </w:r>
      <w:r/>
    </w:p>
    <w:p>
      <w:pPr>
        <w:pStyle w:val="ListBullet"/>
        <w:spacing w:line="240" w:lineRule="auto"/>
        <w:ind w:left="720"/>
      </w:pPr>
      <w:r/>
      <w:r>
        <w:rPr>
          <w:b/>
        </w:rPr>
        <w:t>Six-part approach:</w:t>
      </w:r>
      <w:r>
        <w:t xml:space="preserve"> The book highlights visibility, platform-building, workplace reform, excellence, normalisation and staying openly queer.</w:t>
      </w:r>
      <w:r/>
    </w:p>
    <w:p>
      <w:pPr>
        <w:pStyle w:val="ListBullet"/>
        <w:spacing w:line="240" w:lineRule="auto"/>
        <w:ind w:left="720"/>
      </w:pPr>
      <w:r/>
      <w:r>
        <w:rPr>
          <w:b/>
        </w:rPr>
        <w:t>Who can enter:</w:t>
      </w:r>
      <w:r>
        <w:t xml:space="preserve"> The giveaway is open to US residents aged 18 and over, with one entry permitted per person.</w:t>
      </w:r>
      <w:r/>
    </w:p>
    <w:p>
      <w:pPr>
        <w:pStyle w:val="ListBullet"/>
        <w:spacing w:line="240" w:lineRule="auto"/>
        <w:ind w:left="720"/>
      </w:pPr>
      <w:r/>
      <w:r>
        <w:rPr>
          <w:b/>
        </w:rPr>
        <w:t>Why it feels timely:</w:t>
      </w:r>
      <w:r>
        <w:t xml:space="preserve"> Popular queer-led television shows have made cultural representation a mainstream conversation.</w:t>
      </w:r>
      <w:r/>
      <w:r/>
    </w:p>
    <w:p>
      <w:pPr>
        <w:pStyle w:val="Heading2"/>
      </w:pPr>
      <w:r>
        <w:t>Why this book arrives at the right moment</w:t>
      </w:r>
      <w:r/>
    </w:p>
    <w:p>
      <w:r/>
      <w:r>
        <w:t>Some cultural shifts begin quietly, then suddenly appear everywhere. A television drama, a high-profile athlete or a familiar face in a workplace can make once-uncomfortable conversations feel ordinary, even intimate.</w:t>
      </w:r>
      <w:r/>
    </w:p>
    <w:p>
      <w:r/>
      <w:r>
        <w:t>That is the territory explored in How to Win a Culture War. Stulberg's book considers how LGBTQ+ people and their allies have used culture not simply to reflect social change, but to help create it. The argument is especially relevant while representation remains both increasingly visible and politically contested.</w:t>
      </w:r>
      <w:r/>
    </w:p>
    <w:p>
      <w:pPr>
        <w:pStyle w:val="Heading2"/>
      </w:pPr>
      <w:r>
        <w:t>From sporting arenas to television screens</w:t>
      </w:r>
      <w:r/>
    </w:p>
    <w:p>
      <w:r/>
      <w:r>
        <w:t>The book draws on 170 interviews conducted across 14 years, including conversations with actors, writers, producers, musicians, elite athletes and activists. The range matters because cultural influence rarely comes from one industry alone. A television writer may open a door that an athlete later pushes wider, while activists help turn visibility into lasting institutional change.</w:t>
      </w:r>
      <w:r/>
    </w:p>
    <w:p>
      <w:r/>
      <w:r>
        <w:t>Recent television successes have made that connection hard to miss. Heated Rivalry, a series centred on two queer ice hockey players, has brought a same-sex love story into a traditionally masculine sporting world, according to listings and coverage from Rotten Tomatoes and Tom's Guide. Its popularity also underlines the book's central idea: audiences don't just consume stories, they absorb new possibilities through them.</w:t>
      </w:r>
      <w:r/>
    </w:p>
    <w:p>
      <w:pPr>
        <w:pStyle w:val="Heading2"/>
      </w:pPr>
      <w:r>
        <w:t>The six moves behind meaningful representation</w:t>
      </w:r>
      <w:r/>
    </w:p>
    <w:p>
      <w:r/>
      <w:r>
        <w:t>Stulberg identifies six recurring actions among the people she studied. They become visible, make use of the platforms available to them, change their workplaces, overachieve in environments that may doubt them, become familiar to wider audiences and remain openly queer.</w:t>
      </w:r>
      <w:r/>
    </w:p>
    <w:p>
      <w:r/>
      <w:r>
        <w:t>That final point is particularly striking. Representation can become polished and harmless when it loses its connection to real lives, disagreement and community. The book instead presents openness as an active choice, one that can carry personal risk but also prevents LGBTQ+ visibility from becoming merely decorative.</w:t>
      </w:r>
      <w:r/>
    </w:p>
    <w:p>
      <w:r/>
      <w:r>
        <w:t>For readers looking for an accessible introduction to LGBTQ+ social change through pop culture, this framework offers a useful way to watch, listen and think more critically. The next time a show, performer or athlete shifts a public conversation, these six ideas provide a handy lens.</w:t>
      </w:r>
      <w:r/>
    </w:p>
    <w:p>
      <w:pPr>
        <w:pStyle w:val="Heading2"/>
      </w:pPr>
      <w:r>
        <w:t>How the giveaway works</w:t>
      </w:r>
      <w:r/>
    </w:p>
    <w:p>
      <w:r/>
      <w:r>
        <w:t>The competition is open between Friday, 23 October, and Friday, 13 November. Entrants must be US residents aged 18 or over, and the rules allow one entry per person.</w:t>
      </w:r>
      <w:r/>
    </w:p>
    <w:p>
      <w:r/>
      <w:r>
        <w:t>That makes the giveaway a straightforward opportunity for readers interested in sociology, LGBTQ+ history, media studies or the politics of representation. It also suits anyone who has ever wondered why one television programme or public figure can suddenly change what feels possible on screen and in everyday life.</w:t>
      </w:r>
      <w:r/>
    </w:p>
    <w:p>
      <w:pPr>
        <w:pStyle w:val="Heading2"/>
      </w:pPr>
      <w:r>
        <w:t>A cultural playbook rather than a quick fix</w:t>
      </w:r>
      <w:r/>
    </w:p>
    <w:p>
      <w:r/>
      <w:r>
        <w:t>How to Win a Culture War doesn't suggest that a successful drama or a single public coming-out moment can solve discrimination. Instead, it presents cultural change as cumulative work, built through stories, institutions, professional courage and community pressure.</w:t>
      </w:r>
      <w:r/>
    </w:p>
    <w:p>
      <w:r/>
      <w:r>
        <w:t>That feels like the book's most valuable promise. Culture can entertain us, but it can also quietly redraw the boundaries of belonging. As more creators and performers take that responsibility seriously, audiences are left with more than a good story: they're given a different map of the world.</w:t>
      </w:r>
      <w:r/>
    </w:p>
    <w:p>
      <w:r/>
      <w:r>
        <w:t>Enter if the book sounds like your kind of read, and check the eligibility rules before submitting your form.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https://www.eriegaynews.com/news/article.php?recordid=202611howtowinaculturewar&amp;sourceid=4&amp;sourcereason=RSSFeed</w:t>
        </w:r>
      </w:hyperlink>
      <w:r>
        <w:t xml:space="preserve"> - Please view link - unable to able to access data</w:t>
      </w:r>
      <w:r/>
    </w:p>
    <w:p>
      <w:pPr>
        <w:pStyle w:val="ListNumber"/>
        <w:spacing w:line="240" w:lineRule="auto"/>
        <w:ind w:left="720"/>
      </w:pPr>
      <w:r/>
      <w:hyperlink r:id="rId9">
        <w:r>
          <w:rPr>
            <w:color w:val="0000EE"/>
            <w:u w:val="single"/>
          </w:rPr>
          <w:t>https://www.eriegaynews.com/news/article.php?recordid=202611howtowinaculturewar&amp;sourceid=4&amp;sourcereason=RSSFeed</w:t>
        </w:r>
      </w:hyperlink>
      <w:r>
        <w:t xml:space="preserve"> - This article announces a contest to win a copy of 'How to Win a Culture War: LGBTQ+ Social Change Through Pop Culture' by Lisa M. Stulberg. The contest is open to US residents aged 18 and over, running from October 23 to November 13, 2026. The book explores how elite athletes and entertainment industry figures contribute to LGBTQ+ social justice through their work in arts, sports, and politics. It includes interviews with 170 culture workers, such as actors, musicians, athletes, and activists, discussing their efforts to change American culture and promote LGBTQ+ rights.</w:t>
      </w:r>
      <w:r/>
    </w:p>
    <w:p>
      <w:pPr>
        <w:pStyle w:val="ListNumber"/>
        <w:spacing w:line="240" w:lineRule="auto"/>
        <w:ind w:left="720"/>
      </w:pPr>
      <w:r/>
      <w:hyperlink r:id="rId10">
        <w:r>
          <w:rPr>
            <w:color w:val="0000EE"/>
            <w:u w:val="single"/>
          </w:rPr>
          <w:t>https://www.urania.institute/en/book-news/2026/how-to-win-a-culture-war-stulberg/</w:t>
        </w:r>
      </w:hyperlink>
      <w:r>
        <w:t xml:space="preserve"> - In October 2026, the University of Chicago Press published 'How to Win a Culture War: LGBTQ+ Social Change Through Pop Culture' by sociologist Lisa M. Stulberg. The book examines how media, entertainment, and sports have transformed LGBTQ+ acceptance in the United States. Stulberg conducted in-depth interviews with 170 culture workers, including television, film, and theater actors and creators; musicians; elite athletes; and activists over 14 years. The book outlines six primary steps these individuals take toward LGBTQ+ social change: becoming visible, using available platforms, changing their workplaces, overachieving, becoming normal, and staying queer.</w:t>
      </w:r>
      <w:r/>
    </w:p>
    <w:p>
      <w:pPr>
        <w:pStyle w:val="ListNumber"/>
        <w:spacing w:line="240" w:lineRule="auto"/>
        <w:ind w:left="720"/>
      </w:pPr>
      <w:r/>
      <w:hyperlink r:id="rId11">
        <w:r>
          <w:rPr>
            <w:color w:val="0000EE"/>
            <w:u w:val="single"/>
          </w:rPr>
          <w:t>https://www.rottentomatoes.com/tv/heated_rivalry</w:t>
        </w:r>
      </w:hyperlink>
      <w:r>
        <w:t xml:space="preserve"> - Rotten Tomatoes provides information on 'Heated Rivalry', a television series that premiered on November 28, 2025. The show has received a 97% average rating from critics and an 88% average audience score. It is available for streaming on HBO Max. The series is set in the world of hockey and follows the story of Shane Hollander and Ilya Rozanov, two stars in Major League Hockey, bound by ambition, rivalry, and a magnetic pull neither of them fully understands.</w:t>
      </w:r>
      <w:r/>
    </w:p>
    <w:p>
      <w:pPr>
        <w:pStyle w:val="ListNumber"/>
        <w:spacing w:line="240" w:lineRule="auto"/>
        <w:ind w:left="720"/>
      </w:pPr>
      <w:r/>
      <w:hyperlink r:id="rId12">
        <w:r>
          <w:rPr>
            <w:color w:val="0000EE"/>
            <w:u w:val="single"/>
          </w:rPr>
          <w:t>https://www.tomsguide.com/entertainment/hbo-max/watch-heated-rivalry</w:t>
        </w:r>
      </w:hyperlink>
      <w:r>
        <w:t xml:space="preserve"> - This article provides a comprehensive guide on how to watch the LGBTQ+ sports romance drama series 'Heated Rivalry' from anywhere in the world. Premiering on November 28, 2025, the show features a weekly episode drop until its finale on December 26. The drama centers around two Major League Hockey players, Shane Hollander and Ilya Rozanov, who must balance their intense on-ice rivalry with a secret romantic relationship, set against the backdrop of professional sports culture. The series is available on Crave in Canada, HBO Max in the U.S. and Australia, Sky in the U.K. (starting January 10, 2026), and Neon in New Zealand.</w:t>
      </w:r>
      <w:r/>
    </w:p>
    <w:p>
      <w:pPr>
        <w:pStyle w:val="ListNumber"/>
        <w:spacing w:line="240" w:lineRule="auto"/>
        <w:ind w:left="720"/>
      </w:pPr>
      <w:r/>
      <w:hyperlink r:id="rId13">
        <w:r>
          <w:rPr>
            <w:color w:val="0000EE"/>
            <w:u w:val="single"/>
          </w:rPr>
          <w:t>https://www.shakespeareandcompany.com/books/how-to-win-a-culture-war</w:t>
        </w:r>
      </w:hyperlink>
      <w:r>
        <w:t xml:space="preserve"> - Shakespeare and Company offers 'How to Win a Culture War: LGBTQ+ Social Change Through Pop Culture' by Lisa M. Stulberg. The book explores how elite athletes and entertainment industry figures work to advance LGBTQ+ social justice. It discusses the success of the television series 'Heated Rivalry', which tells the love story of two queer ice hockey players, and how such cultural productions are influenced by the advocacy of previous generations of LGBTQ+ individuals and their allies in the entertainment industry.</w:t>
      </w:r>
      <w:r/>
    </w:p>
    <w:p>
      <w:pPr>
        <w:pStyle w:val="ListNumber"/>
        <w:spacing w:line="240" w:lineRule="auto"/>
        <w:ind w:left="720"/>
      </w:pPr>
      <w:r/>
      <w:hyperlink r:id="rId14">
        <w:r>
          <w:rPr>
            <w:color w:val="0000EE"/>
            <w:u w:val="single"/>
          </w:rPr>
          <w:t>https://www.youtube.com/watch?v=wSojxn8cAfU</w:t>
        </w:r>
      </w:hyperlink>
      <w:r>
        <w:t xml:space="preserve"> - This is the official trailer for 'Heated Rivalry', a television series that premiered on HBO Max. The trailer provides a glimpse into the series, which tells the love story of two queer ice hockey players, Shane Hollander and Ilya Rozanov. The show has been praised for its portrayal of LGBTQ+ themes in the context of professional sports and has received positive reviews for its storytelling and performances.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howtowinaculturewar&amp;sourceid=4&amp;sourcereason=RSSFeed" TargetMode="External"/><Relationship Id="rId10" Type="http://schemas.openxmlformats.org/officeDocument/2006/relationships/hyperlink" Target="https://www.urania.institute/en/book-news/2026/how-to-win-a-culture-war-stulberg/" TargetMode="External"/><Relationship Id="rId11" Type="http://schemas.openxmlformats.org/officeDocument/2006/relationships/hyperlink" Target="https://www.rottentomatoes.com/tv/heated_rivalry" TargetMode="External"/><Relationship Id="rId12" Type="http://schemas.openxmlformats.org/officeDocument/2006/relationships/hyperlink" Target="https://www.tomsguide.com/entertainment/hbo-max/watch-heated-rivalry" TargetMode="External"/><Relationship Id="rId13" Type="http://schemas.openxmlformats.org/officeDocument/2006/relationships/hyperlink" Target="https://www.shakespeareandcompany.com/books/how-to-win-a-culture-war" TargetMode="External"/><Relationship Id="rId14" Type="http://schemas.openxmlformats.org/officeDocument/2006/relationships/hyperlink" Target="https://www.youtube.com/watch?v=wSojxn8cAf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