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Houston this Halloween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LGBTQ+ community has a packed Halloween weekend ahead, with costume parties, drag, theatre, live music, family activities and creative gatherings across Montrose and beyond. Whether you're after a lively night out or a welcoming daytime event, these popular picks make it easy to plan your October 22 to 25 itinerary.</w:t>
      </w:r>
      <w:r/>
    </w:p>
    <w:p>
      <w:pPr>
        <w:pStyle w:val="Heading2"/>
      </w:pPr>
      <w:r>
        <w:t>Essential Takeaways</w:t>
      </w:r>
      <w:r/>
      <w:r/>
    </w:p>
    <w:p>
      <w:pPr>
        <w:pStyle w:val="ListBullet"/>
        <w:spacing w:line="240" w:lineRule="auto"/>
        <w:ind w:left="720"/>
      </w:pPr>
      <w:r/>
      <w:r>
        <w:rPr>
          <w:b/>
        </w:rPr>
        <w:t>Costume season is in full swing:</w:t>
      </w:r>
      <w:r>
        <w:t xml:space="preserve"> Expect themed mixers, drag shows and contests with prizes.</w:t>
      </w:r>
      <w:r/>
    </w:p>
    <w:p>
      <w:pPr>
        <w:pStyle w:val="ListBullet"/>
        <w:spacing w:line="240" w:lineRule="auto"/>
        <w:ind w:left="720"/>
      </w:pPr>
      <w:r/>
      <w:r>
        <w:rPr>
          <w:b/>
        </w:rPr>
        <w:t>There’s something for every age:</w:t>
      </w:r>
      <w:r>
        <w:t xml:space="preserve"> Family-friendly events sit alongside adults-only nightlife and concerts.</w:t>
      </w:r>
      <w:r/>
    </w:p>
    <w:p>
      <w:pPr>
        <w:pStyle w:val="ListBullet"/>
        <w:spacing w:line="240" w:lineRule="auto"/>
        <w:ind w:left="720"/>
      </w:pPr>
      <w:r/>
      <w:r>
        <w:rPr>
          <w:b/>
        </w:rPr>
        <w:t>Creative spaces lead the way:</w:t>
      </w:r>
      <w:r>
        <w:t xml:space="preserve"> Crafting, theatre, burlesque, visual art and live chamber music all feature.</w:t>
      </w:r>
      <w:r/>
    </w:p>
    <w:p>
      <w:pPr>
        <w:pStyle w:val="ListBullet"/>
        <w:spacing w:line="240" w:lineRule="auto"/>
        <w:ind w:left="720"/>
      </w:pPr>
      <w:r/>
      <w:r>
        <w:rPr>
          <w:b/>
        </w:rPr>
        <w:t>Several events are free:</w:t>
      </w:r>
      <w:r>
        <w:t xml:space="preserve"> Community yoga, family activities and voter education offer low-cost ways to join in.</w:t>
      </w:r>
      <w:r/>
    </w:p>
    <w:p>
      <w:pPr>
        <w:pStyle w:val="ListBullet"/>
        <w:spacing w:line="240" w:lineRule="auto"/>
        <w:ind w:left="720"/>
      </w:pPr>
      <w:r/>
      <w:r>
        <w:rPr>
          <w:b/>
        </w:rPr>
        <w:t>Plan ahead for popular shows:</w:t>
      </w:r>
      <w:r>
        <w:t xml:space="preserve"> Tituss Burgess has an added performance, while several events have limited seating or ticketed entry.</w:t>
      </w:r>
      <w:r/>
      <w:r/>
    </w:p>
    <w:p>
      <w:pPr>
        <w:pStyle w:val="Heading2"/>
      </w:pPr>
      <w:r>
        <w:t>Houston’s Halloween calendar is wonderfully queer</w:t>
      </w:r>
      <w:r/>
    </w:p>
    <w:p>
      <w:r/>
      <w:r>
        <w:t>The weekend begins with a social flourish at Eureka Heights Brew Co, where the Greater Houston LGBTQ+ Chamber of Commerce is staging a Halloween edition of its OUT &amp; About Mixer. Guests can dress as a favourite LGBTQ+ icon, enter the costume contest and settle in with craft beer and food trucks. It’s networking, but with considerably more glitter.</w:t>
      </w:r>
      <w:r/>
    </w:p>
    <w:p>
      <w:r/>
      <w:r>
        <w:t xml:space="preserve">For a quieter start, Beyond the Binary’s Crafting Night at the Montrose Center offers art, conversation and an affirming setting for nonbinary, gender-nonconforming and trans adults. Bring an unfinished project or make something from scratch. The event is free, which makes it an easy choice for anyone wanting community without the pressure of a big night out. The Montrose Center lists the gathering as part of its regular programming, while local event listings also highlight its open, creative format. </w:t>
      </w:r>
      <w:hyperlink r:id="rId9">
        <w:r>
          <w:rPr>
            <w:color w:val="0000EE"/>
            <w:u w:val="single"/>
          </w:rPr>
          <w:t>[2]</w:t>
        </w:r>
      </w:hyperlink>
      <w:r/>
    </w:p>
    <w:p>
      <w:pPr>
        <w:pStyle w:val="Heading2"/>
      </w:pPr>
      <w:r>
        <w:t>From drag and voting advice to live Queen hits</w:t>
      </w:r>
      <w:r/>
    </w:p>
    <w:p>
      <w:r/>
      <w:r>
        <w:t>Friday brings one of the weekend’s most playful combinations at Pearl Bar. Slaybill pairs drag and comedy with nonpartisan voter education, including practical guidance on identification and voting resources. There’s free food too, so attendees can leave entertained and better prepared for the ballot box.</w:t>
      </w:r>
      <w:r/>
    </w:p>
    <w:p>
      <w:r/>
      <w:r>
        <w:t>If theatrical camp isn't quite your style, Killer Queen brings a different kind of spectacle to the Arena Theatre. Patrick Myers channels Freddie Mercury in a concert built around Queen favourites, including "Bohemian Rhapsody" and "Somebody to Love". It's the sort of show where even the most reluctant singalong can happen before the second chorus.</w:t>
      </w:r>
      <w:r/>
    </w:p>
    <w:p>
      <w:r/>
      <w:r>
        <w:t>Meanwhile, ROCO Connections turns the River Oaks Theatre into a haunted musical cinema. A live chamber ensemble accompanies the silent-era The Phantom of the Opera, alongside a fresh treatment of The Skeleton Dance. It sounds deliciously strange, in the best possible way.</w:t>
      </w:r>
      <w:r/>
    </w:p>
    <w:p>
      <w:pPr>
        <w:pStyle w:val="Heading2"/>
      </w:pPr>
      <w:r>
        <w:t>Family-friendly Pride meets high-glamour nightlife</w:t>
      </w:r>
      <w:r/>
    </w:p>
    <w:p>
      <w:r/>
      <w:r>
        <w:t>Saturday morning is reserved for families with Pride at Discovery Green. Children can enjoy costumes, storytime, crafts, face painting, mini golf and live music, while adults can browse community resource booths. The free event is a useful reminder that LGBTQ+ celebrations aren't defined solely by nightlife.</w:t>
      </w:r>
      <w:r/>
    </w:p>
    <w:p>
      <w:r/>
      <w:r>
        <w:t>By evening, Montrose Collective shifts into witchy performance mode with Hocus Pocus &amp; High Heels. Queen Persephone leads an evening of drag, costumes and Sanderson-sister-inspired glamour. It’s free and open to adults aged 18 and over, making it a straightforward option if you want a social evening without buying a theatre ticket.</w:t>
      </w:r>
      <w:r/>
    </w:p>
    <w:p>
      <w:r/>
      <w:r>
        <w:t>For visitors who prefer a more curated night, Pearl Bar’s Pearlesque: Fright Night adds burlesque, drag and aerial acts to the Halloween mix. Tickets start at $7, while tables and VIP booths with champagne are available. In other words, there’s a budget-friendly route and a full-feathers route.</w:t>
      </w:r>
      <w:r/>
    </w:p>
    <w:p>
      <w:pPr>
        <w:pStyle w:val="Heading2"/>
      </w:pPr>
      <w:r>
        <w:t>Sunday offers theatre, movement and a big musical voice</w:t>
      </w:r>
      <w:r/>
    </w:p>
    <w:p>
      <w:r/>
      <w:r>
        <w:t>Sunday starts gently with free Community Yoga at the Montrose Center. JuJu’s class combines mindful movement, breathing and meditation, and welcomes all levels and body types. Bring a mat and expect a more restorative mood than Saturday’s drag-filled evening.</w:t>
      </w:r>
      <w:r/>
    </w:p>
    <w:p>
      <w:r/>
      <w:r>
        <w:t>The stage remains busy, however. Theatre Under the Stars reaches the final day of Mrs. Doubtfire, while Tituss Burgess brings the Hobby Center’s Beyond Broadway series to life with musical theatre favourites and songs by artists including John Mayer, Shirley Bassey and Bette Midler. A second performance was added after strong demand, so checking availability early is sensible.</w:t>
      </w:r>
      <w:r/>
    </w:p>
    <w:p>
      <w:r/>
      <w:r>
        <w:t>The Alley Theatre’s All New Festival also continues through the weekend, offering staged readings of new work. For theatre fans, that means a chance to see ambitious ideas while they're still taking shape, rather than waiting for the polished opening night version.</w:t>
      </w:r>
      <w:r/>
    </w:p>
    <w:p>
      <w:pPr>
        <w:pStyle w:val="Heading2"/>
      </w:pPr>
      <w:r>
        <w:t>What else is worth adding to your Houston plans?</w:t>
      </w:r>
      <w:r/>
    </w:p>
    <w:p>
      <w:r/>
      <w:r>
        <w:t>The weekend sits within a broader programme of LGBTQ+ culture and history. Asia Society Texas is showing Yoshitaka Amano’s fantasy artwork, including pieces connected to worlds such as Final Fantasy and Vampire Hunter D. The University of Houston’s We the People exhibition, meanwhile, traces local LGBTQ+ history through photographs, letters, clothing and other archival material.</w:t>
      </w:r>
      <w:r/>
    </w:p>
    <w:p>
      <w:r/>
      <w:r>
        <w:t>At the Alley Theatre, Gloria Majule’s Uhuru explores belonging, identity and a supposedly Tanzanian-only climb of Mount Kilimanjaro. It’s a world premiere with satire at its centre, and it continues beyond the weekend.</w:t>
      </w:r>
      <w:r/>
    </w:p>
    <w:p>
      <w:r/>
      <w:r>
        <w:t>Looking further ahead, The Woodlands Pride Festival blends Pride and Halloween on October 31 with entertainment, vendors, food trucks and family activities. Costumes are encouraged, naturally. For the best experience, check opening times, age restrictions, ticket availability and venue details before setting off, particularly for performances with timed entry.</w:t>
      </w:r>
      <w:r/>
    </w:p>
    <w:p>
      <w:r/>
      <w:r>
        <w:t>Houston’s LGBTQ+ Halloween weekend has enough range for a full itinerary, or just one excellent night.</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9">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1">
        <w:r>
          <w:rPr>
            <w:color w:val="0000EE"/>
            <w:u w:val="single"/>
          </w:rPr>
          <w:t>[5]</w:t>
        </w:r>
      </w:hyperlink>
      <w:r>
        <w:t xml:space="preserve">, </w:t>
      </w:r>
      <w:hyperlink r:id="rId14">
        <w:r>
          <w:rPr>
            <w:color w:val="0000EE"/>
            <w:u w:val="single"/>
          </w:rPr>
          <w:t>[6]</w:t>
        </w:r>
      </w:hyperlink>
      <w:r>
        <w:t xml:space="preserve">- Paragraph 14: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https://www.outsmartmagazine.com/2026/10/queer-things-to-do-in-houston-oct-22-25/</w:t>
        </w:r>
      </w:hyperlink>
      <w:r>
        <w:t xml:space="preserve"> - Please view link - unable to able to access data</w:t>
      </w:r>
      <w:r/>
    </w:p>
    <w:p>
      <w:pPr>
        <w:pStyle w:val="ListNumber"/>
        <w:spacing w:line="240" w:lineRule="auto"/>
        <w:ind w:left="720"/>
      </w:pPr>
      <w:r/>
      <w:hyperlink r:id="rId9">
        <w:r>
          <w:rPr>
            <w:color w:val="0000EE"/>
            <w:u w:val="single"/>
          </w:rPr>
          <w:t>https://business.houstonlgbtchamber.com/event-calendar/Details/halloween-edition-out-about-mixer-at-eureka-heights-1925731?sourceTypeId=Hub</w:t>
        </w:r>
      </w:hyperlink>
      <w:r>
        <w:t xml:space="preserve"> - The Greater Houston LGBTQ+ Chamber of Commerce is hosting a Halloween Edition of its OUT &amp; About Mixer at Eureka Heights Brew Co. on Thursday, October 22, 2026, from 5:00 PM to 7:00 PM. Attendees are encouraged to dress as their favourite LGBTQ+ icon for a costume contest, with prizes for the top three. The event features over 22 taps of award-winning craft beer, a spacious industrial-chic taproom, pinball machines, cornhole, arcade games, and rotating food trucks. Members can attend for free with advance registration; guests pay $25 in advance or $30 at the door. The venue is located at 941 W. 18th St., Houston, TX 77008. Parking is available on-site and in the surrounding Heights neighbourhood, with rideshare options also recommended. For more information and to register, visit the Chamber's website.</w:t>
      </w:r>
      <w:r/>
    </w:p>
    <w:p>
      <w:pPr>
        <w:pStyle w:val="ListNumber"/>
        <w:spacing w:line="240" w:lineRule="auto"/>
        <w:ind w:left="720"/>
      </w:pPr>
      <w:r/>
      <w:hyperlink r:id="rId12">
        <w:r>
          <w:rPr>
            <w:color w:val="0000EE"/>
            <w:u w:val="single"/>
          </w:rPr>
          <w:t>https://montrosecenter.org/event/beyond-the-binary-crafting-night-114/2026-09-24/</w:t>
        </w:r>
      </w:hyperlink>
      <w:r>
        <w:t xml:space="preserve"> - Beyond the Binary is a safer space discussion group at the Montrose Center for non-binary, gender non-conforming, trans, and non-cisgender individuals. The group provides a supportive environment for participants to express their thoughts and experiences and build community. The Crafting Night event is open to anyone with an identity outside the gender binary, including non-binary, gender non-conforming, trans, and non-cisgender people. Participants are encouraged to bring a project they are working on or start something new. The event is free and takes place on the fourth Thursday of each month. For more information, contact [email protected].</w:t>
      </w:r>
      <w:r/>
    </w:p>
    <w:p>
      <w:pPr>
        <w:pStyle w:val="ListNumber"/>
        <w:spacing w:line="240" w:lineRule="auto"/>
        <w:ind w:left="720"/>
      </w:pPr>
      <w:r/>
      <w:hyperlink r:id="rId13">
        <w:r>
          <w:rPr>
            <w:color w:val="0000EE"/>
            <w:u w:val="single"/>
          </w:rPr>
          <w:t>https://texas.gay/events/2026-10-22-beyond-the-binary-crafting-night/</w:t>
        </w:r>
      </w:hyperlink>
      <w:r>
        <w:t xml:space="preserve"> - Beyond the Binary is a safer-space discussion group at the Montrose Center for non-binary, gender non-conforming, trans, and non-cisgender individuals. On fourth Thursdays, the group gathers for a night of arts, crafts, and conversation, where participants can bring a project they are working on or start something new. The group is open to anyone with an identity outside the gender binary, and participants must be 18 or older. Beyond the Binary also meets online through Teams on second Thursdays. The event is free and takes place on Thursday, October 22, 2026, from 6:30 PM to 9:00 PM at the Montrose Center, 401 Branard St., Houston, TX 77006. For more information, contact [email protected].</w:t>
      </w:r>
      <w:r/>
    </w:p>
    <w:p>
      <w:pPr>
        <w:pStyle w:val="ListNumber"/>
        <w:spacing w:line="240" w:lineRule="auto"/>
        <w:ind w:left="720"/>
      </w:pPr>
      <w:r/>
      <w:hyperlink r:id="rId11">
        <w:r>
          <w:rPr>
            <w:color w:val="0000EE"/>
            <w:u w:val="single"/>
          </w:rPr>
          <w:t>https://www.outsmartmagazine.com/events/halloween-edition-out-about-mixer-at-eureka-heights/</w:t>
        </w:r>
      </w:hyperlink>
      <w:r>
        <w:t xml:space="preserve"> - The Greater Houston LGBTQ+ Chamber of Commerce is hosting a Halloween Edition of its OUT &amp; About Mixer at Eureka Heights Brew Co. on Thursday, October 22, 2026, from 5:00 PM to 7:00 PM. Attendees are invited to dress as their favourite LGBTQ+ icon for a costume contest, with prizes for first, second, and third place. The brewery offers over 22 taps of award-winning craft beer, pinball machines, cornhole, arcade games, and rotating food trucks. Advance registration is required. The venue is located at 941 West 18th Street, Houston, TX 77008. For more information and to register, visit OutSmart Magazine's website.</w:t>
      </w:r>
      <w:r/>
    </w:p>
    <w:p>
      <w:pPr>
        <w:pStyle w:val="ListNumber"/>
        <w:spacing w:line="240" w:lineRule="auto"/>
        <w:ind w:left="720"/>
      </w:pPr>
      <w:r/>
      <w:hyperlink r:id="rId14">
        <w:r>
          <w:rPr>
            <w:color w:val="0000EE"/>
            <w:u w:val="single"/>
          </w:rPr>
          <w:t>https://www.houstonlgbtchamber.com/</w:t>
        </w:r>
      </w:hyperlink>
      <w:r>
        <w:t xml:space="preserve"> - The Greater Houston LGBTQ+ Chamber of Commerce is a leading economic voice in the greater Houston region, aiming to achieve economic parity and unprecedented economic opportunities for the LGBTQ+ and allied community. The Chamber focuses on business development and growth, education and networking, collaboration and partnerships, leadership development, and advocacy. Through its work, the Chamber drives economic opportunity and advances economic inclusion for the LGBTQ+ community, fostering a thriving LGBTQ+ economic ecosystem by connecting community, businesses, and organizations, and empowering professionals and entrepreneurs to grow and succeed.</w:t>
      </w:r>
      <w:r/>
    </w:p>
    <w:p>
      <w:pPr>
        <w:pStyle w:val="ListNumber"/>
        <w:spacing w:line="240" w:lineRule="auto"/>
        <w:ind w:left="720"/>
      </w:pPr>
      <w:r/>
      <w:hyperlink r:id="rId15">
        <w:r>
          <w:rPr>
            <w:color w:val="0000EE"/>
            <w:u w:val="single"/>
          </w:rPr>
          <w:t>https://www.houstonlgbtchamber.com/the-chamber/</w:t>
        </w:r>
      </w:hyperlink>
      <w:r>
        <w:t xml:space="preserve"> - The Greater Houston LGBTQ+ Chamber of Commerce is a leading economic voice in the greater Houston region, aiming to achieve economic parity and unprecedented economic opportunities for the LGBTQ+ and allied community. The Chamber focuses on business development and growth, education and networking, collaboration and partnerships, leadership development, and advocacy. Through its work, the Chamber drives economic opportunity and advances economic inclusion for the LGBTQ+ community, fostering a thriving LGBTQ+ economic ecosystem by connecting community, businesses, and organizations, and empowering professionals and entrepreneurs to grow and succeed.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usiness.houstonlgbtchamber.com/event-calendar/Details/halloween-edition-out-about-mixer-at-eureka-heights-1925731?sourceTypeId=Hub" TargetMode="External"/><Relationship Id="rId10" Type="http://schemas.openxmlformats.org/officeDocument/2006/relationships/hyperlink" Target="https://www.outsmartmagazine.com/2026/10/queer-things-to-do-in-houston-oct-22-25/" TargetMode="External"/><Relationship Id="rId11" Type="http://schemas.openxmlformats.org/officeDocument/2006/relationships/hyperlink" Target="https://www.outsmartmagazine.com/events/halloween-edition-out-about-mixer-at-eureka-heights/" TargetMode="External"/><Relationship Id="rId12" Type="http://schemas.openxmlformats.org/officeDocument/2006/relationships/hyperlink" Target="https://montrosecenter.org/event/beyond-the-binary-crafting-night-114/2026-09-24/" TargetMode="External"/><Relationship Id="rId13" Type="http://schemas.openxmlformats.org/officeDocument/2006/relationships/hyperlink" Target="https://texas.gay/events/2026-10-22-beyond-the-binary-crafting-night/" TargetMode="External"/><Relationship Id="rId14" Type="http://schemas.openxmlformats.org/officeDocument/2006/relationships/hyperlink" Target="https://www.houstonlgbtchamber.com/" TargetMode="External"/><Relationship Id="rId15" Type="http://schemas.openxmlformats.org/officeDocument/2006/relationships/hyperlink" Target="https://www.houstonlgbtchamber.com/the-chamb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